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35D9" w14:textId="77777777" w:rsidR="00D8042F" w:rsidRDefault="007A4ED0">
      <w:pPr>
        <w:jc w:val="right"/>
      </w:pPr>
      <w:r>
        <w:rPr>
          <w:b/>
        </w:rPr>
        <w:t>様式第</w:t>
      </w:r>
      <w:r>
        <w:rPr>
          <w:b/>
        </w:rPr>
        <w:t>1</w:t>
      </w:r>
      <w:r>
        <w:rPr>
          <w:b/>
        </w:rPr>
        <w:t>号</w:t>
      </w:r>
    </w:p>
    <w:p w14:paraId="3D0BBACC" w14:textId="77777777" w:rsidR="00D8042F" w:rsidRDefault="007A4ED0">
      <w:pPr>
        <w:jc w:val="center"/>
      </w:pPr>
      <w:r>
        <w:rPr>
          <w:b/>
          <w:sz w:val="32"/>
        </w:rPr>
        <w:t>質　問　書</w:t>
      </w:r>
    </w:p>
    <w:p w14:paraId="0609EC58" w14:textId="77777777" w:rsidR="00D8042F" w:rsidRDefault="007A4ED0">
      <w:pPr>
        <w:jc w:val="right"/>
      </w:pPr>
      <w:r>
        <w:rPr>
          <w:color w:val="666666"/>
          <w:sz w:val="16"/>
        </w:rPr>
        <w:t>（根拠：実施要領第</w:t>
      </w:r>
      <w:r>
        <w:rPr>
          <w:color w:val="666666"/>
          <w:sz w:val="16"/>
        </w:rPr>
        <w:t>6</w:t>
      </w:r>
      <w:r>
        <w:rPr>
          <w:color w:val="666666"/>
          <w:sz w:val="16"/>
        </w:rPr>
        <w:t>）</w:t>
      </w:r>
    </w:p>
    <w:p w14:paraId="45BCA357" w14:textId="77777777" w:rsidR="00D8042F" w:rsidRDefault="007A4ED0">
      <w:pPr>
        <w:rPr>
          <w:lang w:eastAsia="ja-JP"/>
        </w:rPr>
      </w:pPr>
      <w:r>
        <w:rPr>
          <w:lang w:eastAsia="ja-JP"/>
        </w:rPr>
        <w:t>種子島開発総合センターリニューアル基本構想・基本計画策定業務委託の公募型プロポーザルについて、次のとおり質問します。</w:t>
      </w:r>
    </w:p>
    <w:tbl>
      <w:tblPr>
        <w:tblStyle w:val="afe"/>
        <w:tblW w:w="0" w:type="auto"/>
        <w:jc w:val="center"/>
        <w:tblLook w:val="04A0" w:firstRow="1" w:lastRow="0" w:firstColumn="1" w:lastColumn="0" w:noHBand="0" w:noVBand="1"/>
      </w:tblPr>
      <w:tblGrid>
        <w:gridCol w:w="3118"/>
        <w:gridCol w:w="6804"/>
      </w:tblGrid>
      <w:tr w:rsidR="00D8042F" w14:paraId="7DE3B371" w14:textId="77777777">
        <w:trPr>
          <w:tblHeader/>
          <w:jc w:val="center"/>
        </w:trPr>
        <w:tc>
          <w:tcPr>
            <w:tcW w:w="3118" w:type="dxa"/>
            <w:shd w:val="clear" w:color="auto" w:fill="1F4E78"/>
            <w:tcMar>
              <w:top w:w="80" w:type="dxa"/>
              <w:left w:w="80" w:type="dxa"/>
              <w:bottom w:w="80" w:type="dxa"/>
              <w:right w:w="80" w:type="dxa"/>
            </w:tcMar>
          </w:tcPr>
          <w:p w14:paraId="70D3235C" w14:textId="77777777" w:rsidR="00D8042F" w:rsidRDefault="007A4ED0">
            <w:pPr>
              <w:jc w:val="center"/>
            </w:pPr>
            <w:proofErr w:type="spellStart"/>
            <w:r>
              <w:rPr>
                <w:b/>
                <w:color w:val="FFFFFF"/>
                <w:sz w:val="18"/>
              </w:rPr>
              <w:t>項目</w:t>
            </w:r>
            <w:proofErr w:type="spellEnd"/>
          </w:p>
        </w:tc>
        <w:tc>
          <w:tcPr>
            <w:tcW w:w="6804" w:type="dxa"/>
            <w:shd w:val="clear" w:color="auto" w:fill="1F4E78"/>
            <w:tcMar>
              <w:top w:w="80" w:type="dxa"/>
              <w:left w:w="80" w:type="dxa"/>
              <w:bottom w:w="80" w:type="dxa"/>
              <w:right w:w="80" w:type="dxa"/>
            </w:tcMar>
          </w:tcPr>
          <w:p w14:paraId="6F0069B2" w14:textId="77777777" w:rsidR="00D8042F" w:rsidRDefault="007A4ED0">
            <w:pPr>
              <w:jc w:val="center"/>
            </w:pPr>
            <w:r>
              <w:rPr>
                <w:b/>
                <w:color w:val="FFFFFF"/>
                <w:sz w:val="18"/>
              </w:rPr>
              <w:t>記載欄</w:t>
            </w:r>
          </w:p>
        </w:tc>
      </w:tr>
      <w:tr w:rsidR="00D8042F" w14:paraId="5CD1DC5F" w14:textId="77777777">
        <w:trPr>
          <w:jc w:val="center"/>
        </w:trPr>
        <w:tc>
          <w:tcPr>
            <w:tcW w:w="3118" w:type="dxa"/>
            <w:tcMar>
              <w:top w:w="80" w:type="dxa"/>
              <w:left w:w="80" w:type="dxa"/>
              <w:bottom w:w="80" w:type="dxa"/>
              <w:right w:w="80" w:type="dxa"/>
            </w:tcMar>
            <w:vAlign w:val="center"/>
          </w:tcPr>
          <w:p w14:paraId="2367F7E7" w14:textId="77777777" w:rsidR="00D8042F" w:rsidRDefault="007A4ED0">
            <w:r>
              <w:rPr>
                <w:sz w:val="18"/>
              </w:rPr>
              <w:t>法人等名称／共同企業体名</w:t>
            </w:r>
          </w:p>
        </w:tc>
        <w:tc>
          <w:tcPr>
            <w:tcW w:w="6804" w:type="dxa"/>
            <w:tcMar>
              <w:top w:w="80" w:type="dxa"/>
              <w:left w:w="80" w:type="dxa"/>
              <w:bottom w:w="80" w:type="dxa"/>
              <w:right w:w="80" w:type="dxa"/>
            </w:tcMar>
            <w:vAlign w:val="center"/>
          </w:tcPr>
          <w:p w14:paraId="669E2A83" w14:textId="77777777" w:rsidR="00D8042F" w:rsidRDefault="00D8042F"/>
        </w:tc>
      </w:tr>
      <w:tr w:rsidR="00D8042F" w14:paraId="1E0B42A5" w14:textId="77777777">
        <w:trPr>
          <w:jc w:val="center"/>
        </w:trPr>
        <w:tc>
          <w:tcPr>
            <w:tcW w:w="3118" w:type="dxa"/>
            <w:tcMar>
              <w:top w:w="80" w:type="dxa"/>
              <w:left w:w="80" w:type="dxa"/>
              <w:bottom w:w="80" w:type="dxa"/>
              <w:right w:w="80" w:type="dxa"/>
            </w:tcMar>
            <w:vAlign w:val="center"/>
          </w:tcPr>
          <w:p w14:paraId="7A002138" w14:textId="77777777" w:rsidR="00D8042F" w:rsidRDefault="007A4ED0">
            <w:pPr>
              <w:rPr>
                <w:lang w:eastAsia="ja-JP"/>
              </w:rPr>
            </w:pPr>
            <w:r>
              <w:rPr>
                <w:sz w:val="18"/>
                <w:lang w:eastAsia="ja-JP"/>
              </w:rPr>
              <w:t>担当者（所属・氏名）</w:t>
            </w:r>
          </w:p>
        </w:tc>
        <w:tc>
          <w:tcPr>
            <w:tcW w:w="6804" w:type="dxa"/>
            <w:tcMar>
              <w:top w:w="80" w:type="dxa"/>
              <w:left w:w="80" w:type="dxa"/>
              <w:bottom w:w="80" w:type="dxa"/>
              <w:right w:w="80" w:type="dxa"/>
            </w:tcMar>
            <w:vAlign w:val="center"/>
          </w:tcPr>
          <w:p w14:paraId="72075315" w14:textId="77777777" w:rsidR="00D8042F" w:rsidRDefault="00D8042F">
            <w:pPr>
              <w:rPr>
                <w:lang w:eastAsia="ja-JP"/>
              </w:rPr>
            </w:pPr>
          </w:p>
        </w:tc>
      </w:tr>
      <w:tr w:rsidR="00D8042F" w14:paraId="3DB6F213" w14:textId="77777777">
        <w:trPr>
          <w:jc w:val="center"/>
        </w:trPr>
        <w:tc>
          <w:tcPr>
            <w:tcW w:w="3118" w:type="dxa"/>
            <w:tcMar>
              <w:top w:w="80" w:type="dxa"/>
              <w:left w:w="80" w:type="dxa"/>
              <w:bottom w:w="80" w:type="dxa"/>
              <w:right w:w="80" w:type="dxa"/>
            </w:tcMar>
            <w:vAlign w:val="center"/>
          </w:tcPr>
          <w:p w14:paraId="31086AB7" w14:textId="77777777" w:rsidR="00D8042F" w:rsidRDefault="007A4ED0">
            <w:proofErr w:type="spellStart"/>
            <w:r>
              <w:rPr>
                <w:sz w:val="18"/>
              </w:rPr>
              <w:t>電話番号</w:t>
            </w:r>
            <w:proofErr w:type="spellEnd"/>
          </w:p>
        </w:tc>
        <w:tc>
          <w:tcPr>
            <w:tcW w:w="6804" w:type="dxa"/>
            <w:tcMar>
              <w:top w:w="80" w:type="dxa"/>
              <w:left w:w="80" w:type="dxa"/>
              <w:bottom w:w="80" w:type="dxa"/>
              <w:right w:w="80" w:type="dxa"/>
            </w:tcMar>
            <w:vAlign w:val="center"/>
          </w:tcPr>
          <w:p w14:paraId="2AF2BFDB" w14:textId="77777777" w:rsidR="00D8042F" w:rsidRDefault="00D8042F"/>
        </w:tc>
      </w:tr>
      <w:tr w:rsidR="00D8042F" w14:paraId="5563C6F2" w14:textId="77777777">
        <w:trPr>
          <w:jc w:val="center"/>
        </w:trPr>
        <w:tc>
          <w:tcPr>
            <w:tcW w:w="3118" w:type="dxa"/>
            <w:tcMar>
              <w:top w:w="80" w:type="dxa"/>
              <w:left w:w="80" w:type="dxa"/>
              <w:bottom w:w="80" w:type="dxa"/>
              <w:right w:w="80" w:type="dxa"/>
            </w:tcMar>
            <w:vAlign w:val="center"/>
          </w:tcPr>
          <w:p w14:paraId="2E71A19D" w14:textId="77777777" w:rsidR="00D8042F" w:rsidRDefault="007A4ED0">
            <w:r>
              <w:rPr>
                <w:sz w:val="18"/>
              </w:rPr>
              <w:t>E-mail</w:t>
            </w:r>
          </w:p>
        </w:tc>
        <w:tc>
          <w:tcPr>
            <w:tcW w:w="6804" w:type="dxa"/>
            <w:tcMar>
              <w:top w:w="80" w:type="dxa"/>
              <w:left w:w="80" w:type="dxa"/>
              <w:bottom w:w="80" w:type="dxa"/>
              <w:right w:w="80" w:type="dxa"/>
            </w:tcMar>
            <w:vAlign w:val="center"/>
          </w:tcPr>
          <w:p w14:paraId="5851CE4A" w14:textId="77777777" w:rsidR="00D8042F" w:rsidRDefault="00D8042F"/>
        </w:tc>
      </w:tr>
    </w:tbl>
    <w:p w14:paraId="6FD4187D" w14:textId="77777777" w:rsidR="00D8042F" w:rsidRDefault="00D8042F"/>
    <w:tbl>
      <w:tblPr>
        <w:tblStyle w:val="afe"/>
        <w:tblW w:w="0" w:type="auto"/>
        <w:jc w:val="center"/>
        <w:tblLook w:val="04A0" w:firstRow="1" w:lastRow="0" w:firstColumn="1" w:lastColumn="0" w:noHBand="0" w:noVBand="1"/>
      </w:tblPr>
      <w:tblGrid>
        <w:gridCol w:w="680"/>
        <w:gridCol w:w="2381"/>
        <w:gridCol w:w="1984"/>
        <w:gridCol w:w="4876"/>
      </w:tblGrid>
      <w:tr w:rsidR="00D8042F" w14:paraId="2F68C085" w14:textId="77777777">
        <w:trPr>
          <w:tblHeader/>
          <w:jc w:val="center"/>
        </w:trPr>
        <w:tc>
          <w:tcPr>
            <w:tcW w:w="680" w:type="dxa"/>
            <w:shd w:val="clear" w:color="auto" w:fill="1F4E78"/>
            <w:tcMar>
              <w:top w:w="80" w:type="dxa"/>
              <w:left w:w="80" w:type="dxa"/>
              <w:bottom w:w="80" w:type="dxa"/>
              <w:right w:w="80" w:type="dxa"/>
            </w:tcMar>
          </w:tcPr>
          <w:p w14:paraId="36BC66CD" w14:textId="77777777" w:rsidR="00D8042F" w:rsidRDefault="007A4ED0">
            <w:pPr>
              <w:jc w:val="center"/>
            </w:pPr>
            <w:r>
              <w:rPr>
                <w:b/>
                <w:color w:val="FFFFFF"/>
                <w:sz w:val="18"/>
              </w:rPr>
              <w:t>No.</w:t>
            </w:r>
          </w:p>
        </w:tc>
        <w:tc>
          <w:tcPr>
            <w:tcW w:w="2381" w:type="dxa"/>
            <w:shd w:val="clear" w:color="auto" w:fill="1F4E78"/>
            <w:tcMar>
              <w:top w:w="80" w:type="dxa"/>
              <w:left w:w="80" w:type="dxa"/>
              <w:bottom w:w="80" w:type="dxa"/>
              <w:right w:w="80" w:type="dxa"/>
            </w:tcMar>
          </w:tcPr>
          <w:p w14:paraId="74C095D2" w14:textId="77777777" w:rsidR="00D8042F" w:rsidRDefault="007A4ED0">
            <w:pPr>
              <w:jc w:val="center"/>
            </w:pPr>
            <w:r>
              <w:rPr>
                <w:b/>
                <w:color w:val="FFFFFF"/>
                <w:sz w:val="18"/>
              </w:rPr>
              <w:t>対象資料</w:t>
            </w:r>
          </w:p>
        </w:tc>
        <w:tc>
          <w:tcPr>
            <w:tcW w:w="1984" w:type="dxa"/>
            <w:shd w:val="clear" w:color="auto" w:fill="1F4E78"/>
            <w:tcMar>
              <w:top w:w="80" w:type="dxa"/>
              <w:left w:w="80" w:type="dxa"/>
              <w:bottom w:w="80" w:type="dxa"/>
              <w:right w:w="80" w:type="dxa"/>
            </w:tcMar>
          </w:tcPr>
          <w:p w14:paraId="1B4080D8" w14:textId="77777777" w:rsidR="00D8042F" w:rsidRDefault="007A4ED0">
            <w:pPr>
              <w:jc w:val="center"/>
            </w:pPr>
            <w:r>
              <w:rPr>
                <w:b/>
                <w:color w:val="FFFFFF"/>
                <w:sz w:val="18"/>
              </w:rPr>
              <w:t>頁・条項等</w:t>
            </w:r>
          </w:p>
        </w:tc>
        <w:tc>
          <w:tcPr>
            <w:tcW w:w="4876" w:type="dxa"/>
            <w:shd w:val="clear" w:color="auto" w:fill="1F4E78"/>
            <w:tcMar>
              <w:top w:w="80" w:type="dxa"/>
              <w:left w:w="80" w:type="dxa"/>
              <w:bottom w:w="80" w:type="dxa"/>
              <w:right w:w="80" w:type="dxa"/>
            </w:tcMar>
          </w:tcPr>
          <w:p w14:paraId="149B9325" w14:textId="77777777" w:rsidR="00D8042F" w:rsidRDefault="007A4ED0">
            <w:pPr>
              <w:jc w:val="center"/>
            </w:pPr>
            <w:r>
              <w:rPr>
                <w:b/>
                <w:color w:val="FFFFFF"/>
                <w:sz w:val="18"/>
              </w:rPr>
              <w:t>質問内容</w:t>
            </w:r>
          </w:p>
        </w:tc>
      </w:tr>
      <w:tr w:rsidR="00D8042F" w14:paraId="719EEB59" w14:textId="77777777">
        <w:trPr>
          <w:trHeight w:val="1134"/>
          <w:jc w:val="center"/>
        </w:trPr>
        <w:tc>
          <w:tcPr>
            <w:tcW w:w="680" w:type="dxa"/>
            <w:tcMar>
              <w:top w:w="80" w:type="dxa"/>
              <w:left w:w="80" w:type="dxa"/>
              <w:bottom w:w="80" w:type="dxa"/>
              <w:right w:w="80" w:type="dxa"/>
            </w:tcMar>
            <w:vAlign w:val="center"/>
          </w:tcPr>
          <w:p w14:paraId="60AE6C21" w14:textId="77777777" w:rsidR="00D8042F" w:rsidRDefault="007A4ED0">
            <w:r>
              <w:rPr>
                <w:sz w:val="18"/>
              </w:rPr>
              <w:t>1</w:t>
            </w:r>
          </w:p>
        </w:tc>
        <w:tc>
          <w:tcPr>
            <w:tcW w:w="2381" w:type="dxa"/>
            <w:tcMar>
              <w:top w:w="80" w:type="dxa"/>
              <w:left w:w="80" w:type="dxa"/>
              <w:bottom w:w="80" w:type="dxa"/>
              <w:right w:w="80" w:type="dxa"/>
            </w:tcMar>
            <w:vAlign w:val="center"/>
          </w:tcPr>
          <w:p w14:paraId="1E772893" w14:textId="77777777" w:rsidR="00D8042F" w:rsidRDefault="00D8042F"/>
        </w:tc>
        <w:tc>
          <w:tcPr>
            <w:tcW w:w="1984" w:type="dxa"/>
            <w:tcMar>
              <w:top w:w="80" w:type="dxa"/>
              <w:left w:w="80" w:type="dxa"/>
              <w:bottom w:w="80" w:type="dxa"/>
              <w:right w:w="80" w:type="dxa"/>
            </w:tcMar>
            <w:vAlign w:val="center"/>
          </w:tcPr>
          <w:p w14:paraId="5C5C492C" w14:textId="77777777" w:rsidR="00D8042F" w:rsidRDefault="00D8042F"/>
        </w:tc>
        <w:tc>
          <w:tcPr>
            <w:tcW w:w="4876" w:type="dxa"/>
            <w:tcMar>
              <w:top w:w="80" w:type="dxa"/>
              <w:left w:w="80" w:type="dxa"/>
              <w:bottom w:w="80" w:type="dxa"/>
              <w:right w:w="80" w:type="dxa"/>
            </w:tcMar>
            <w:vAlign w:val="center"/>
          </w:tcPr>
          <w:p w14:paraId="5B6FF88C" w14:textId="77777777" w:rsidR="00D8042F" w:rsidRDefault="00D8042F"/>
        </w:tc>
      </w:tr>
      <w:tr w:rsidR="00D8042F" w14:paraId="6F104071" w14:textId="77777777">
        <w:trPr>
          <w:trHeight w:val="1134"/>
          <w:jc w:val="center"/>
        </w:trPr>
        <w:tc>
          <w:tcPr>
            <w:tcW w:w="680" w:type="dxa"/>
            <w:tcMar>
              <w:top w:w="80" w:type="dxa"/>
              <w:left w:w="80" w:type="dxa"/>
              <w:bottom w:w="80" w:type="dxa"/>
              <w:right w:w="80" w:type="dxa"/>
            </w:tcMar>
            <w:vAlign w:val="center"/>
          </w:tcPr>
          <w:p w14:paraId="78B7A306" w14:textId="77777777" w:rsidR="00D8042F" w:rsidRDefault="007A4ED0">
            <w:r>
              <w:rPr>
                <w:sz w:val="18"/>
              </w:rPr>
              <w:t>2</w:t>
            </w:r>
          </w:p>
        </w:tc>
        <w:tc>
          <w:tcPr>
            <w:tcW w:w="2381" w:type="dxa"/>
            <w:tcMar>
              <w:top w:w="80" w:type="dxa"/>
              <w:left w:w="80" w:type="dxa"/>
              <w:bottom w:w="80" w:type="dxa"/>
              <w:right w:w="80" w:type="dxa"/>
            </w:tcMar>
            <w:vAlign w:val="center"/>
          </w:tcPr>
          <w:p w14:paraId="37F61A63" w14:textId="77777777" w:rsidR="00D8042F" w:rsidRDefault="00D8042F"/>
        </w:tc>
        <w:tc>
          <w:tcPr>
            <w:tcW w:w="1984" w:type="dxa"/>
            <w:tcMar>
              <w:top w:w="80" w:type="dxa"/>
              <w:left w:w="80" w:type="dxa"/>
              <w:bottom w:w="80" w:type="dxa"/>
              <w:right w:w="80" w:type="dxa"/>
            </w:tcMar>
            <w:vAlign w:val="center"/>
          </w:tcPr>
          <w:p w14:paraId="775F0F85" w14:textId="77777777" w:rsidR="00D8042F" w:rsidRDefault="00D8042F"/>
        </w:tc>
        <w:tc>
          <w:tcPr>
            <w:tcW w:w="4876" w:type="dxa"/>
            <w:tcMar>
              <w:top w:w="80" w:type="dxa"/>
              <w:left w:w="80" w:type="dxa"/>
              <w:bottom w:w="80" w:type="dxa"/>
              <w:right w:w="80" w:type="dxa"/>
            </w:tcMar>
            <w:vAlign w:val="center"/>
          </w:tcPr>
          <w:p w14:paraId="14E34D11" w14:textId="77777777" w:rsidR="00D8042F" w:rsidRDefault="00D8042F"/>
        </w:tc>
      </w:tr>
      <w:tr w:rsidR="00D8042F" w14:paraId="71A0DA48" w14:textId="77777777">
        <w:trPr>
          <w:trHeight w:val="1134"/>
          <w:jc w:val="center"/>
        </w:trPr>
        <w:tc>
          <w:tcPr>
            <w:tcW w:w="680" w:type="dxa"/>
            <w:tcMar>
              <w:top w:w="80" w:type="dxa"/>
              <w:left w:w="80" w:type="dxa"/>
              <w:bottom w:w="80" w:type="dxa"/>
              <w:right w:w="80" w:type="dxa"/>
            </w:tcMar>
            <w:vAlign w:val="center"/>
          </w:tcPr>
          <w:p w14:paraId="5D8522E3" w14:textId="77777777" w:rsidR="00D8042F" w:rsidRDefault="007A4ED0">
            <w:r>
              <w:rPr>
                <w:sz w:val="18"/>
              </w:rPr>
              <w:t>3</w:t>
            </w:r>
          </w:p>
        </w:tc>
        <w:tc>
          <w:tcPr>
            <w:tcW w:w="2381" w:type="dxa"/>
            <w:tcMar>
              <w:top w:w="80" w:type="dxa"/>
              <w:left w:w="80" w:type="dxa"/>
              <w:bottom w:w="80" w:type="dxa"/>
              <w:right w:w="80" w:type="dxa"/>
            </w:tcMar>
            <w:vAlign w:val="center"/>
          </w:tcPr>
          <w:p w14:paraId="579857C6" w14:textId="77777777" w:rsidR="00D8042F" w:rsidRDefault="00D8042F"/>
        </w:tc>
        <w:tc>
          <w:tcPr>
            <w:tcW w:w="1984" w:type="dxa"/>
            <w:tcMar>
              <w:top w:w="80" w:type="dxa"/>
              <w:left w:w="80" w:type="dxa"/>
              <w:bottom w:w="80" w:type="dxa"/>
              <w:right w:w="80" w:type="dxa"/>
            </w:tcMar>
            <w:vAlign w:val="center"/>
          </w:tcPr>
          <w:p w14:paraId="0A6C23B2" w14:textId="77777777" w:rsidR="00D8042F" w:rsidRDefault="00D8042F"/>
        </w:tc>
        <w:tc>
          <w:tcPr>
            <w:tcW w:w="4876" w:type="dxa"/>
            <w:tcMar>
              <w:top w:w="80" w:type="dxa"/>
              <w:left w:w="80" w:type="dxa"/>
              <w:bottom w:w="80" w:type="dxa"/>
              <w:right w:w="80" w:type="dxa"/>
            </w:tcMar>
            <w:vAlign w:val="center"/>
          </w:tcPr>
          <w:p w14:paraId="71A21231" w14:textId="77777777" w:rsidR="00D8042F" w:rsidRDefault="00D8042F"/>
        </w:tc>
      </w:tr>
      <w:tr w:rsidR="00D8042F" w14:paraId="751B50C4" w14:textId="77777777">
        <w:trPr>
          <w:trHeight w:val="1134"/>
          <w:jc w:val="center"/>
        </w:trPr>
        <w:tc>
          <w:tcPr>
            <w:tcW w:w="680" w:type="dxa"/>
            <w:tcMar>
              <w:top w:w="80" w:type="dxa"/>
              <w:left w:w="80" w:type="dxa"/>
              <w:bottom w:w="80" w:type="dxa"/>
              <w:right w:w="80" w:type="dxa"/>
            </w:tcMar>
            <w:vAlign w:val="center"/>
          </w:tcPr>
          <w:p w14:paraId="42E2FF5B" w14:textId="77777777" w:rsidR="00D8042F" w:rsidRDefault="007A4ED0">
            <w:r>
              <w:rPr>
                <w:sz w:val="18"/>
              </w:rPr>
              <w:t>4</w:t>
            </w:r>
          </w:p>
        </w:tc>
        <w:tc>
          <w:tcPr>
            <w:tcW w:w="2381" w:type="dxa"/>
            <w:tcMar>
              <w:top w:w="80" w:type="dxa"/>
              <w:left w:w="80" w:type="dxa"/>
              <w:bottom w:w="80" w:type="dxa"/>
              <w:right w:w="80" w:type="dxa"/>
            </w:tcMar>
            <w:vAlign w:val="center"/>
          </w:tcPr>
          <w:p w14:paraId="196B2200" w14:textId="77777777" w:rsidR="00D8042F" w:rsidRDefault="00D8042F"/>
        </w:tc>
        <w:tc>
          <w:tcPr>
            <w:tcW w:w="1984" w:type="dxa"/>
            <w:tcMar>
              <w:top w:w="80" w:type="dxa"/>
              <w:left w:w="80" w:type="dxa"/>
              <w:bottom w:w="80" w:type="dxa"/>
              <w:right w:w="80" w:type="dxa"/>
            </w:tcMar>
            <w:vAlign w:val="center"/>
          </w:tcPr>
          <w:p w14:paraId="3E04089B" w14:textId="77777777" w:rsidR="00D8042F" w:rsidRDefault="00D8042F"/>
        </w:tc>
        <w:tc>
          <w:tcPr>
            <w:tcW w:w="4876" w:type="dxa"/>
            <w:tcMar>
              <w:top w:w="80" w:type="dxa"/>
              <w:left w:w="80" w:type="dxa"/>
              <w:bottom w:w="80" w:type="dxa"/>
              <w:right w:w="80" w:type="dxa"/>
            </w:tcMar>
            <w:vAlign w:val="center"/>
          </w:tcPr>
          <w:p w14:paraId="3BCAFB66" w14:textId="77777777" w:rsidR="00D8042F" w:rsidRDefault="00D8042F"/>
        </w:tc>
      </w:tr>
    </w:tbl>
    <w:p w14:paraId="33F671CE" w14:textId="77777777" w:rsidR="00D8042F" w:rsidRDefault="007A4ED0">
      <w:pPr>
        <w:rPr>
          <w:lang w:eastAsia="ja-JP"/>
        </w:rPr>
      </w:pPr>
      <w:r>
        <w:rPr>
          <w:b/>
          <w:lang w:eastAsia="ja-JP"/>
        </w:rPr>
        <w:t>注：</w:t>
      </w:r>
      <w:r>
        <w:rPr>
          <w:lang w:eastAsia="ja-JP"/>
        </w:rPr>
        <w:t>質問は簡潔・明瞭に記載し、電子メールで事務局へ提出してください。提出期限は、市が公告時に確定した実施要領の期限に従ってください。</w:t>
      </w:r>
    </w:p>
    <w:p w14:paraId="1078B665" w14:textId="77777777" w:rsidR="00D8042F" w:rsidRDefault="007A4ED0">
      <w:pPr>
        <w:rPr>
          <w:lang w:eastAsia="ja-JP"/>
        </w:rPr>
      </w:pPr>
      <w:r>
        <w:rPr>
          <w:lang w:eastAsia="ja-JP"/>
        </w:rPr>
        <w:br w:type="page"/>
      </w:r>
    </w:p>
    <w:p w14:paraId="01F9E9E8" w14:textId="77777777" w:rsidR="00D8042F" w:rsidRDefault="007A4ED0">
      <w:pPr>
        <w:jc w:val="right"/>
      </w:pPr>
      <w:r>
        <w:rPr>
          <w:b/>
        </w:rPr>
        <w:lastRenderedPageBreak/>
        <w:t>様式第</w:t>
      </w:r>
      <w:r>
        <w:rPr>
          <w:b/>
        </w:rPr>
        <w:t>2</w:t>
      </w:r>
      <w:r>
        <w:rPr>
          <w:b/>
        </w:rPr>
        <w:t>号</w:t>
      </w:r>
    </w:p>
    <w:p w14:paraId="6B8F1902" w14:textId="77777777" w:rsidR="00D8042F" w:rsidRDefault="007A4ED0">
      <w:pPr>
        <w:jc w:val="center"/>
      </w:pPr>
      <w:r>
        <w:rPr>
          <w:b/>
          <w:sz w:val="32"/>
        </w:rPr>
        <w:t>施設見学申込書</w:t>
      </w:r>
    </w:p>
    <w:p w14:paraId="6BBF569D" w14:textId="77777777" w:rsidR="00D8042F" w:rsidRDefault="007A4ED0">
      <w:pPr>
        <w:jc w:val="right"/>
        <w:rPr>
          <w:lang w:eastAsia="ja-JP"/>
        </w:rPr>
      </w:pPr>
      <w:r>
        <w:rPr>
          <w:color w:val="666666"/>
          <w:sz w:val="16"/>
          <w:lang w:eastAsia="ja-JP"/>
        </w:rPr>
        <w:t>（根拠：実施要領第</w:t>
      </w:r>
      <w:r>
        <w:rPr>
          <w:color w:val="666666"/>
          <w:sz w:val="16"/>
          <w:lang w:eastAsia="ja-JP"/>
        </w:rPr>
        <w:t>7</w:t>
      </w:r>
      <w:r>
        <w:rPr>
          <w:color w:val="666666"/>
          <w:sz w:val="16"/>
          <w:lang w:eastAsia="ja-JP"/>
        </w:rPr>
        <w:t>）</w:t>
      </w:r>
    </w:p>
    <w:p w14:paraId="266AC3BE" w14:textId="77777777" w:rsidR="00D8042F" w:rsidRDefault="007A4ED0">
      <w:pPr>
        <w:rPr>
          <w:lang w:eastAsia="ja-JP"/>
        </w:rPr>
      </w:pPr>
      <w:r>
        <w:rPr>
          <w:lang w:eastAsia="ja-JP"/>
        </w:rPr>
        <w:t>施設見学会への参加を次のとおり申し込みます。</w:t>
      </w:r>
    </w:p>
    <w:p w14:paraId="68E4097E" w14:textId="77777777" w:rsidR="00D8042F" w:rsidRDefault="007A4ED0">
      <w:pPr>
        <w:jc w:val="right"/>
      </w:pPr>
      <w:r>
        <w:t>令和</w:t>
      </w:r>
      <w:r>
        <w:t>8</w:t>
      </w:r>
      <w:proofErr w:type="gramStart"/>
      <w:r>
        <w:t>年　　月</w:t>
      </w:r>
      <w:proofErr w:type="gramEnd"/>
      <w:r>
        <w:t xml:space="preserve">　　日</w:t>
      </w:r>
    </w:p>
    <w:p w14:paraId="0F4D0CD4" w14:textId="77777777" w:rsidR="00D8042F" w:rsidRDefault="007A4ED0">
      <w:r>
        <w:t>西之表市教育委員会歴史文化課　御中</w:t>
      </w:r>
    </w:p>
    <w:tbl>
      <w:tblPr>
        <w:tblStyle w:val="afe"/>
        <w:tblW w:w="0" w:type="auto"/>
        <w:jc w:val="right"/>
        <w:tblLook w:val="04A0" w:firstRow="1" w:lastRow="0" w:firstColumn="1" w:lastColumn="0" w:noHBand="0" w:noVBand="1"/>
      </w:tblPr>
      <w:tblGrid>
        <w:gridCol w:w="3402"/>
        <w:gridCol w:w="6520"/>
      </w:tblGrid>
      <w:tr w:rsidR="00D8042F" w14:paraId="4226F7B8" w14:textId="77777777">
        <w:trPr>
          <w:jc w:val="right"/>
        </w:trPr>
        <w:tc>
          <w:tcPr>
            <w:tcW w:w="2154" w:type="dxa"/>
            <w:shd w:val="clear" w:color="auto" w:fill="F3F6F8"/>
            <w:tcMar>
              <w:top w:w="80" w:type="dxa"/>
              <w:left w:w="80" w:type="dxa"/>
              <w:bottom w:w="80" w:type="dxa"/>
              <w:right w:w="80" w:type="dxa"/>
            </w:tcMar>
          </w:tcPr>
          <w:p w14:paraId="19F1E3A1" w14:textId="77777777" w:rsidR="00D8042F" w:rsidRDefault="007A4ED0">
            <w:r>
              <w:t>所在地</w:t>
            </w:r>
          </w:p>
        </w:tc>
        <w:tc>
          <w:tcPr>
            <w:tcW w:w="6237" w:type="dxa"/>
            <w:tcMar>
              <w:top w:w="80" w:type="dxa"/>
              <w:left w:w="80" w:type="dxa"/>
              <w:bottom w:w="80" w:type="dxa"/>
              <w:right w:w="80" w:type="dxa"/>
            </w:tcMar>
          </w:tcPr>
          <w:p w14:paraId="6FB65D52" w14:textId="77777777" w:rsidR="00D8042F" w:rsidRDefault="00D8042F"/>
        </w:tc>
      </w:tr>
      <w:tr w:rsidR="00D8042F" w14:paraId="74E56ACB" w14:textId="77777777">
        <w:trPr>
          <w:jc w:val="right"/>
        </w:trPr>
        <w:tc>
          <w:tcPr>
            <w:tcW w:w="2154" w:type="dxa"/>
            <w:shd w:val="clear" w:color="auto" w:fill="F3F6F8"/>
            <w:tcMar>
              <w:top w:w="80" w:type="dxa"/>
              <w:left w:w="80" w:type="dxa"/>
              <w:bottom w:w="80" w:type="dxa"/>
              <w:right w:w="80" w:type="dxa"/>
            </w:tcMar>
          </w:tcPr>
          <w:p w14:paraId="6BFA1B18" w14:textId="77777777" w:rsidR="00D8042F" w:rsidRDefault="007A4ED0">
            <w:r>
              <w:t>法人等名称</w:t>
            </w:r>
          </w:p>
        </w:tc>
        <w:tc>
          <w:tcPr>
            <w:tcW w:w="6237" w:type="dxa"/>
            <w:tcMar>
              <w:top w:w="80" w:type="dxa"/>
              <w:left w:w="80" w:type="dxa"/>
              <w:bottom w:w="80" w:type="dxa"/>
              <w:right w:w="80" w:type="dxa"/>
            </w:tcMar>
          </w:tcPr>
          <w:p w14:paraId="74EE4BF8" w14:textId="77777777" w:rsidR="00D8042F" w:rsidRDefault="00D8042F"/>
        </w:tc>
      </w:tr>
      <w:tr w:rsidR="00D8042F" w14:paraId="62CF37E6" w14:textId="77777777">
        <w:trPr>
          <w:jc w:val="right"/>
        </w:trPr>
        <w:tc>
          <w:tcPr>
            <w:tcW w:w="2154" w:type="dxa"/>
            <w:shd w:val="clear" w:color="auto" w:fill="F3F6F8"/>
            <w:tcMar>
              <w:top w:w="80" w:type="dxa"/>
              <w:left w:w="80" w:type="dxa"/>
              <w:bottom w:w="80" w:type="dxa"/>
              <w:right w:w="80" w:type="dxa"/>
            </w:tcMar>
          </w:tcPr>
          <w:p w14:paraId="203ED7C6" w14:textId="77777777" w:rsidR="00D8042F" w:rsidRDefault="007A4ED0">
            <w:r>
              <w:t>代表者役職・氏名</w:t>
            </w:r>
          </w:p>
        </w:tc>
        <w:tc>
          <w:tcPr>
            <w:tcW w:w="6237" w:type="dxa"/>
            <w:tcMar>
              <w:top w:w="80" w:type="dxa"/>
              <w:left w:w="80" w:type="dxa"/>
              <w:bottom w:w="80" w:type="dxa"/>
              <w:right w:w="80" w:type="dxa"/>
            </w:tcMar>
          </w:tcPr>
          <w:p w14:paraId="25E87B4E" w14:textId="77777777" w:rsidR="00D8042F" w:rsidRDefault="007A4ED0">
            <w:r>
              <w:t xml:space="preserve">　　　　　　　　　　　　　　　印</w:t>
            </w:r>
          </w:p>
        </w:tc>
      </w:tr>
      <w:tr w:rsidR="00D8042F" w14:paraId="2CEA2E09" w14:textId="77777777">
        <w:trPr>
          <w:jc w:val="right"/>
        </w:trPr>
        <w:tc>
          <w:tcPr>
            <w:tcW w:w="2154" w:type="dxa"/>
            <w:shd w:val="clear" w:color="auto" w:fill="F3F6F8"/>
            <w:tcMar>
              <w:top w:w="80" w:type="dxa"/>
              <w:left w:w="80" w:type="dxa"/>
              <w:bottom w:w="80" w:type="dxa"/>
              <w:right w:w="80" w:type="dxa"/>
            </w:tcMar>
          </w:tcPr>
          <w:p w14:paraId="42A06738" w14:textId="77777777" w:rsidR="00D8042F" w:rsidRDefault="007A4ED0">
            <w:r>
              <w:t>担当者連絡先</w:t>
            </w:r>
          </w:p>
        </w:tc>
        <w:tc>
          <w:tcPr>
            <w:tcW w:w="6237" w:type="dxa"/>
            <w:tcMar>
              <w:top w:w="80" w:type="dxa"/>
              <w:left w:w="80" w:type="dxa"/>
              <w:bottom w:w="80" w:type="dxa"/>
              <w:right w:w="80" w:type="dxa"/>
            </w:tcMar>
          </w:tcPr>
          <w:p w14:paraId="1EA4A211" w14:textId="77777777" w:rsidR="00D8042F" w:rsidRDefault="007A4ED0">
            <w:r>
              <w:t xml:space="preserve">所属：　　　　　　氏名：　　　　　　</w:t>
            </w:r>
            <w:r>
              <w:t>TEL</w:t>
            </w:r>
            <w:r>
              <w:t xml:space="preserve">：　　　　　　</w:t>
            </w:r>
            <w:r>
              <w:t>E-mail</w:t>
            </w:r>
            <w:r>
              <w:t>：</w:t>
            </w:r>
          </w:p>
        </w:tc>
      </w:tr>
      <w:tr w:rsidR="00D8042F" w14:paraId="14846B04" w14:textId="77777777">
        <w:tblPrEx>
          <w:jc w:val="center"/>
        </w:tblPrEx>
        <w:trPr>
          <w:tblHeader/>
          <w:jc w:val="center"/>
        </w:trPr>
        <w:tc>
          <w:tcPr>
            <w:tcW w:w="3402" w:type="dxa"/>
            <w:shd w:val="clear" w:color="auto" w:fill="1F4E78"/>
            <w:tcMar>
              <w:top w:w="80" w:type="dxa"/>
              <w:left w:w="80" w:type="dxa"/>
              <w:bottom w:w="80" w:type="dxa"/>
              <w:right w:w="80" w:type="dxa"/>
            </w:tcMar>
          </w:tcPr>
          <w:p w14:paraId="2EF4CA2A" w14:textId="77777777" w:rsidR="00D8042F" w:rsidRDefault="007A4ED0">
            <w:pPr>
              <w:jc w:val="center"/>
            </w:pPr>
            <w:r>
              <w:rPr>
                <w:b/>
                <w:color w:val="FFFFFF"/>
                <w:sz w:val="18"/>
              </w:rPr>
              <w:t>項目</w:t>
            </w:r>
          </w:p>
        </w:tc>
        <w:tc>
          <w:tcPr>
            <w:tcW w:w="6520" w:type="dxa"/>
            <w:shd w:val="clear" w:color="auto" w:fill="1F4E78"/>
            <w:tcMar>
              <w:top w:w="80" w:type="dxa"/>
              <w:left w:w="80" w:type="dxa"/>
              <w:bottom w:w="80" w:type="dxa"/>
              <w:right w:w="80" w:type="dxa"/>
            </w:tcMar>
          </w:tcPr>
          <w:p w14:paraId="7FFC7E40" w14:textId="77777777" w:rsidR="00D8042F" w:rsidRDefault="007A4ED0">
            <w:pPr>
              <w:jc w:val="center"/>
            </w:pPr>
            <w:r>
              <w:rPr>
                <w:b/>
                <w:color w:val="FFFFFF"/>
                <w:sz w:val="18"/>
              </w:rPr>
              <w:t>記載欄</w:t>
            </w:r>
          </w:p>
        </w:tc>
      </w:tr>
      <w:tr w:rsidR="00D8042F" w14:paraId="71566390" w14:textId="77777777">
        <w:tblPrEx>
          <w:jc w:val="center"/>
        </w:tblPrEx>
        <w:trPr>
          <w:jc w:val="center"/>
        </w:trPr>
        <w:tc>
          <w:tcPr>
            <w:tcW w:w="3402" w:type="dxa"/>
            <w:tcMar>
              <w:top w:w="80" w:type="dxa"/>
              <w:left w:w="80" w:type="dxa"/>
              <w:bottom w:w="80" w:type="dxa"/>
              <w:right w:w="80" w:type="dxa"/>
            </w:tcMar>
            <w:vAlign w:val="center"/>
          </w:tcPr>
          <w:p w14:paraId="370A4568" w14:textId="77777777" w:rsidR="00D8042F" w:rsidRDefault="007A4ED0">
            <w:r>
              <w:rPr>
                <w:sz w:val="18"/>
              </w:rPr>
              <w:t>参加者区分</w:t>
            </w:r>
          </w:p>
        </w:tc>
        <w:tc>
          <w:tcPr>
            <w:tcW w:w="6520" w:type="dxa"/>
            <w:tcMar>
              <w:top w:w="80" w:type="dxa"/>
              <w:left w:w="80" w:type="dxa"/>
              <w:bottom w:w="80" w:type="dxa"/>
              <w:right w:w="80" w:type="dxa"/>
            </w:tcMar>
            <w:vAlign w:val="center"/>
          </w:tcPr>
          <w:p w14:paraId="20156F2A" w14:textId="77777777" w:rsidR="00D8042F" w:rsidRDefault="007A4ED0">
            <w:r>
              <w:rPr>
                <w:sz w:val="18"/>
              </w:rPr>
              <w:t xml:space="preserve">□ </w:t>
            </w:r>
            <w:r>
              <w:rPr>
                <w:sz w:val="18"/>
              </w:rPr>
              <w:t xml:space="preserve">単独企業　</w:t>
            </w:r>
            <w:r>
              <w:rPr>
                <w:sz w:val="18"/>
              </w:rPr>
              <w:t xml:space="preserve">□ </w:t>
            </w:r>
            <w:r>
              <w:rPr>
                <w:sz w:val="18"/>
              </w:rPr>
              <w:t>共同企業体</w:t>
            </w:r>
          </w:p>
        </w:tc>
      </w:tr>
      <w:tr w:rsidR="00D8042F" w14:paraId="3B9E4488" w14:textId="77777777">
        <w:tblPrEx>
          <w:jc w:val="center"/>
        </w:tblPrEx>
        <w:trPr>
          <w:jc w:val="center"/>
        </w:trPr>
        <w:tc>
          <w:tcPr>
            <w:tcW w:w="3402" w:type="dxa"/>
            <w:tcMar>
              <w:top w:w="80" w:type="dxa"/>
              <w:left w:w="80" w:type="dxa"/>
              <w:bottom w:w="80" w:type="dxa"/>
              <w:right w:w="80" w:type="dxa"/>
            </w:tcMar>
            <w:vAlign w:val="center"/>
          </w:tcPr>
          <w:p w14:paraId="1A368C31" w14:textId="77777777" w:rsidR="00D8042F" w:rsidRDefault="007A4ED0">
            <w:r>
              <w:rPr>
                <w:sz w:val="18"/>
              </w:rPr>
              <w:t>法人等名称／共同企業体名</w:t>
            </w:r>
          </w:p>
        </w:tc>
        <w:tc>
          <w:tcPr>
            <w:tcW w:w="6520" w:type="dxa"/>
            <w:tcMar>
              <w:top w:w="80" w:type="dxa"/>
              <w:left w:w="80" w:type="dxa"/>
              <w:bottom w:w="80" w:type="dxa"/>
              <w:right w:w="80" w:type="dxa"/>
            </w:tcMar>
            <w:vAlign w:val="center"/>
          </w:tcPr>
          <w:p w14:paraId="39ACF776" w14:textId="77777777" w:rsidR="00D8042F" w:rsidRDefault="00D8042F"/>
        </w:tc>
      </w:tr>
      <w:tr w:rsidR="00D8042F" w14:paraId="13A0685E" w14:textId="77777777">
        <w:tblPrEx>
          <w:jc w:val="center"/>
        </w:tblPrEx>
        <w:trPr>
          <w:jc w:val="center"/>
        </w:trPr>
        <w:tc>
          <w:tcPr>
            <w:tcW w:w="3402" w:type="dxa"/>
            <w:tcMar>
              <w:top w:w="80" w:type="dxa"/>
              <w:left w:w="80" w:type="dxa"/>
              <w:bottom w:w="80" w:type="dxa"/>
              <w:right w:w="80" w:type="dxa"/>
            </w:tcMar>
            <w:vAlign w:val="center"/>
          </w:tcPr>
          <w:p w14:paraId="41B7E701" w14:textId="77777777" w:rsidR="00D8042F" w:rsidRDefault="007A4ED0">
            <w:pPr>
              <w:rPr>
                <w:lang w:eastAsia="ja-JP"/>
              </w:rPr>
            </w:pPr>
            <w:r>
              <w:rPr>
                <w:sz w:val="18"/>
                <w:lang w:eastAsia="ja-JP"/>
              </w:rPr>
              <w:t>参加者</w:t>
            </w:r>
            <w:r>
              <w:rPr>
                <w:sz w:val="18"/>
                <w:lang w:eastAsia="ja-JP"/>
              </w:rPr>
              <w:t>1</w:t>
            </w:r>
            <w:r>
              <w:rPr>
                <w:sz w:val="18"/>
                <w:lang w:eastAsia="ja-JP"/>
              </w:rPr>
              <w:t>（所属・役職・氏名）</w:t>
            </w:r>
          </w:p>
        </w:tc>
        <w:tc>
          <w:tcPr>
            <w:tcW w:w="6520" w:type="dxa"/>
            <w:tcMar>
              <w:top w:w="80" w:type="dxa"/>
              <w:left w:w="80" w:type="dxa"/>
              <w:bottom w:w="80" w:type="dxa"/>
              <w:right w:w="80" w:type="dxa"/>
            </w:tcMar>
            <w:vAlign w:val="center"/>
          </w:tcPr>
          <w:p w14:paraId="4725E3C9" w14:textId="77777777" w:rsidR="00D8042F" w:rsidRDefault="00D8042F">
            <w:pPr>
              <w:rPr>
                <w:lang w:eastAsia="ja-JP"/>
              </w:rPr>
            </w:pPr>
          </w:p>
        </w:tc>
      </w:tr>
      <w:tr w:rsidR="00D8042F" w14:paraId="4837F69F" w14:textId="77777777">
        <w:tblPrEx>
          <w:jc w:val="center"/>
        </w:tblPrEx>
        <w:trPr>
          <w:jc w:val="center"/>
        </w:trPr>
        <w:tc>
          <w:tcPr>
            <w:tcW w:w="3402" w:type="dxa"/>
            <w:tcMar>
              <w:top w:w="80" w:type="dxa"/>
              <w:left w:w="80" w:type="dxa"/>
              <w:bottom w:w="80" w:type="dxa"/>
              <w:right w:w="80" w:type="dxa"/>
            </w:tcMar>
            <w:vAlign w:val="center"/>
          </w:tcPr>
          <w:p w14:paraId="0BD0A988" w14:textId="77777777" w:rsidR="00D8042F" w:rsidRDefault="007A4ED0">
            <w:pPr>
              <w:rPr>
                <w:lang w:eastAsia="ja-JP"/>
              </w:rPr>
            </w:pPr>
            <w:r>
              <w:rPr>
                <w:sz w:val="18"/>
                <w:lang w:eastAsia="ja-JP"/>
              </w:rPr>
              <w:t>参加者</w:t>
            </w:r>
            <w:r>
              <w:rPr>
                <w:sz w:val="18"/>
                <w:lang w:eastAsia="ja-JP"/>
              </w:rPr>
              <w:t>2</w:t>
            </w:r>
            <w:r>
              <w:rPr>
                <w:sz w:val="18"/>
                <w:lang w:eastAsia="ja-JP"/>
              </w:rPr>
              <w:t>（所属・役職・氏名）</w:t>
            </w:r>
          </w:p>
        </w:tc>
        <w:tc>
          <w:tcPr>
            <w:tcW w:w="6520" w:type="dxa"/>
            <w:tcMar>
              <w:top w:w="80" w:type="dxa"/>
              <w:left w:w="80" w:type="dxa"/>
              <w:bottom w:w="80" w:type="dxa"/>
              <w:right w:w="80" w:type="dxa"/>
            </w:tcMar>
            <w:vAlign w:val="center"/>
          </w:tcPr>
          <w:p w14:paraId="5F046F8A" w14:textId="77777777" w:rsidR="00D8042F" w:rsidRDefault="00D8042F">
            <w:pPr>
              <w:rPr>
                <w:lang w:eastAsia="ja-JP"/>
              </w:rPr>
            </w:pPr>
          </w:p>
        </w:tc>
      </w:tr>
      <w:tr w:rsidR="00D8042F" w14:paraId="4A91A549" w14:textId="77777777">
        <w:tblPrEx>
          <w:jc w:val="center"/>
        </w:tblPrEx>
        <w:trPr>
          <w:jc w:val="center"/>
        </w:trPr>
        <w:tc>
          <w:tcPr>
            <w:tcW w:w="3402" w:type="dxa"/>
            <w:tcMar>
              <w:top w:w="80" w:type="dxa"/>
              <w:left w:w="80" w:type="dxa"/>
              <w:bottom w:w="80" w:type="dxa"/>
              <w:right w:w="80" w:type="dxa"/>
            </w:tcMar>
            <w:vAlign w:val="center"/>
          </w:tcPr>
          <w:p w14:paraId="25FD0469" w14:textId="77777777" w:rsidR="00D8042F" w:rsidRDefault="007A4ED0">
            <w:pPr>
              <w:rPr>
                <w:lang w:eastAsia="ja-JP"/>
              </w:rPr>
            </w:pPr>
            <w:r>
              <w:rPr>
                <w:sz w:val="18"/>
                <w:lang w:eastAsia="ja-JP"/>
              </w:rPr>
              <w:t>参加者</w:t>
            </w:r>
            <w:r>
              <w:rPr>
                <w:sz w:val="18"/>
                <w:lang w:eastAsia="ja-JP"/>
              </w:rPr>
              <w:t>3</w:t>
            </w:r>
            <w:r>
              <w:rPr>
                <w:sz w:val="18"/>
                <w:lang w:eastAsia="ja-JP"/>
              </w:rPr>
              <w:t>（所属・役職・氏名）</w:t>
            </w:r>
          </w:p>
        </w:tc>
        <w:tc>
          <w:tcPr>
            <w:tcW w:w="6520" w:type="dxa"/>
            <w:tcMar>
              <w:top w:w="80" w:type="dxa"/>
              <w:left w:w="80" w:type="dxa"/>
              <w:bottom w:w="80" w:type="dxa"/>
              <w:right w:w="80" w:type="dxa"/>
            </w:tcMar>
            <w:vAlign w:val="center"/>
          </w:tcPr>
          <w:p w14:paraId="769EF108" w14:textId="77777777" w:rsidR="00D8042F" w:rsidRDefault="00D8042F">
            <w:pPr>
              <w:rPr>
                <w:lang w:eastAsia="ja-JP"/>
              </w:rPr>
            </w:pPr>
          </w:p>
        </w:tc>
      </w:tr>
      <w:tr w:rsidR="00D8042F" w14:paraId="21BE1D73" w14:textId="77777777">
        <w:tblPrEx>
          <w:jc w:val="center"/>
        </w:tblPrEx>
        <w:trPr>
          <w:jc w:val="center"/>
        </w:trPr>
        <w:tc>
          <w:tcPr>
            <w:tcW w:w="3402" w:type="dxa"/>
            <w:tcMar>
              <w:top w:w="80" w:type="dxa"/>
              <w:left w:w="80" w:type="dxa"/>
              <w:bottom w:w="80" w:type="dxa"/>
              <w:right w:w="80" w:type="dxa"/>
            </w:tcMar>
            <w:vAlign w:val="center"/>
          </w:tcPr>
          <w:p w14:paraId="507EB237" w14:textId="77777777" w:rsidR="00D8042F" w:rsidRDefault="007A4ED0">
            <w:proofErr w:type="spellStart"/>
            <w:r>
              <w:rPr>
                <w:sz w:val="18"/>
              </w:rPr>
              <w:t>当日連絡先</w:t>
            </w:r>
            <w:proofErr w:type="spellEnd"/>
          </w:p>
        </w:tc>
        <w:tc>
          <w:tcPr>
            <w:tcW w:w="6520" w:type="dxa"/>
            <w:tcMar>
              <w:top w:w="80" w:type="dxa"/>
              <w:left w:w="80" w:type="dxa"/>
              <w:bottom w:w="80" w:type="dxa"/>
              <w:right w:w="80" w:type="dxa"/>
            </w:tcMar>
            <w:vAlign w:val="center"/>
          </w:tcPr>
          <w:p w14:paraId="2787D9E0" w14:textId="77777777" w:rsidR="00D8042F" w:rsidRDefault="00D8042F"/>
        </w:tc>
      </w:tr>
    </w:tbl>
    <w:p w14:paraId="157C8BAA" w14:textId="77777777" w:rsidR="00D8042F" w:rsidRDefault="007A4ED0">
      <w:pPr>
        <w:rPr>
          <w:lang w:eastAsia="ja-JP"/>
        </w:rPr>
      </w:pPr>
      <w:r>
        <w:rPr>
          <w:lang w:eastAsia="ja-JP"/>
        </w:rPr>
        <w:t>※</w:t>
      </w:r>
      <w:r>
        <w:rPr>
          <w:lang w:eastAsia="ja-JP"/>
        </w:rPr>
        <w:t>現地では質問を受け付けず、質問がある場合は実施要領第</w:t>
      </w:r>
      <w:r>
        <w:rPr>
          <w:lang w:eastAsia="ja-JP"/>
        </w:rPr>
        <w:t>6</w:t>
      </w:r>
      <w:r>
        <w:rPr>
          <w:lang w:eastAsia="ja-JP"/>
        </w:rPr>
        <w:t>の方法によって提出します。</w:t>
      </w:r>
    </w:p>
    <w:p w14:paraId="6606A5CA" w14:textId="77777777" w:rsidR="00D8042F" w:rsidRDefault="007A4ED0">
      <w:pPr>
        <w:rPr>
          <w:lang w:eastAsia="ja-JP"/>
        </w:rPr>
      </w:pPr>
      <w:r>
        <w:rPr>
          <w:lang w:eastAsia="ja-JP"/>
        </w:rPr>
        <w:br w:type="page"/>
      </w:r>
    </w:p>
    <w:p w14:paraId="28131698" w14:textId="77777777" w:rsidR="00D8042F" w:rsidRDefault="007A4ED0">
      <w:pPr>
        <w:jc w:val="right"/>
      </w:pPr>
      <w:r>
        <w:rPr>
          <w:b/>
        </w:rPr>
        <w:lastRenderedPageBreak/>
        <w:t>様式第</w:t>
      </w:r>
      <w:r>
        <w:rPr>
          <w:b/>
        </w:rPr>
        <w:t>3</w:t>
      </w:r>
      <w:r>
        <w:rPr>
          <w:b/>
        </w:rPr>
        <w:t>号</w:t>
      </w:r>
    </w:p>
    <w:p w14:paraId="7F568162" w14:textId="77777777" w:rsidR="00D8042F" w:rsidRDefault="007A4ED0">
      <w:pPr>
        <w:jc w:val="center"/>
      </w:pPr>
      <w:r>
        <w:rPr>
          <w:b/>
          <w:sz w:val="32"/>
        </w:rPr>
        <w:t>参</w:t>
      </w:r>
      <w:r>
        <w:rPr>
          <w:b/>
          <w:sz w:val="32"/>
        </w:rPr>
        <w:t xml:space="preserve"> </w:t>
      </w:r>
      <w:r>
        <w:rPr>
          <w:b/>
          <w:sz w:val="32"/>
        </w:rPr>
        <w:t>加</w:t>
      </w:r>
      <w:r>
        <w:rPr>
          <w:b/>
          <w:sz w:val="32"/>
        </w:rPr>
        <w:t xml:space="preserve"> </w:t>
      </w:r>
      <w:r>
        <w:rPr>
          <w:b/>
          <w:sz w:val="32"/>
        </w:rPr>
        <w:t>申</w:t>
      </w:r>
      <w:r>
        <w:rPr>
          <w:b/>
          <w:sz w:val="32"/>
        </w:rPr>
        <w:t xml:space="preserve"> </w:t>
      </w:r>
      <w:r>
        <w:rPr>
          <w:b/>
          <w:sz w:val="32"/>
        </w:rPr>
        <w:t>込</w:t>
      </w:r>
      <w:r>
        <w:rPr>
          <w:b/>
          <w:sz w:val="32"/>
        </w:rPr>
        <w:t xml:space="preserve"> </w:t>
      </w:r>
      <w:r>
        <w:rPr>
          <w:b/>
          <w:sz w:val="32"/>
        </w:rPr>
        <w:t>書</w:t>
      </w:r>
    </w:p>
    <w:p w14:paraId="34AE8756" w14:textId="77777777" w:rsidR="00D8042F" w:rsidRDefault="007A4ED0">
      <w:pPr>
        <w:jc w:val="right"/>
      </w:pPr>
      <w:r>
        <w:rPr>
          <w:color w:val="666666"/>
          <w:sz w:val="16"/>
        </w:rPr>
        <w:t>（根拠：実施要領第</w:t>
      </w:r>
      <w:r>
        <w:rPr>
          <w:color w:val="666666"/>
          <w:sz w:val="16"/>
        </w:rPr>
        <w:t>8</w:t>
      </w:r>
      <w:r>
        <w:rPr>
          <w:color w:val="666666"/>
          <w:sz w:val="16"/>
        </w:rPr>
        <w:t>）</w:t>
      </w:r>
    </w:p>
    <w:p w14:paraId="268AB61A" w14:textId="77777777" w:rsidR="00D8042F" w:rsidRDefault="007A4ED0">
      <w:pPr>
        <w:jc w:val="right"/>
      </w:pPr>
      <w:r>
        <w:t>令和</w:t>
      </w:r>
      <w:r>
        <w:t>8</w:t>
      </w:r>
      <w:proofErr w:type="gramStart"/>
      <w:r>
        <w:t>年　　月</w:t>
      </w:r>
      <w:proofErr w:type="gramEnd"/>
      <w:r>
        <w:t xml:space="preserve">　　日</w:t>
      </w:r>
    </w:p>
    <w:p w14:paraId="3278BE57" w14:textId="77777777" w:rsidR="00D8042F" w:rsidRDefault="007A4ED0">
      <w:r>
        <w:t>西之表市長　様</w:t>
      </w:r>
    </w:p>
    <w:tbl>
      <w:tblPr>
        <w:tblStyle w:val="afe"/>
        <w:tblW w:w="0" w:type="auto"/>
        <w:jc w:val="right"/>
        <w:tblLook w:val="04A0" w:firstRow="1" w:lastRow="0" w:firstColumn="1" w:lastColumn="0" w:noHBand="0" w:noVBand="1"/>
      </w:tblPr>
      <w:tblGrid>
        <w:gridCol w:w="2154"/>
        <w:gridCol w:w="6237"/>
      </w:tblGrid>
      <w:tr w:rsidR="00D8042F" w14:paraId="3C783249" w14:textId="77777777">
        <w:trPr>
          <w:jc w:val="right"/>
        </w:trPr>
        <w:tc>
          <w:tcPr>
            <w:tcW w:w="2154" w:type="dxa"/>
            <w:shd w:val="clear" w:color="auto" w:fill="F3F6F8"/>
            <w:tcMar>
              <w:top w:w="80" w:type="dxa"/>
              <w:left w:w="80" w:type="dxa"/>
              <w:bottom w:w="80" w:type="dxa"/>
              <w:right w:w="80" w:type="dxa"/>
            </w:tcMar>
          </w:tcPr>
          <w:p w14:paraId="5D2AE09A" w14:textId="77777777" w:rsidR="00D8042F" w:rsidRDefault="007A4ED0">
            <w:r>
              <w:t>所在地</w:t>
            </w:r>
          </w:p>
        </w:tc>
        <w:tc>
          <w:tcPr>
            <w:tcW w:w="6237" w:type="dxa"/>
            <w:tcMar>
              <w:top w:w="80" w:type="dxa"/>
              <w:left w:w="80" w:type="dxa"/>
              <w:bottom w:w="80" w:type="dxa"/>
              <w:right w:w="80" w:type="dxa"/>
            </w:tcMar>
          </w:tcPr>
          <w:p w14:paraId="50F75B58" w14:textId="77777777" w:rsidR="00D8042F" w:rsidRDefault="00D8042F"/>
        </w:tc>
      </w:tr>
      <w:tr w:rsidR="00D8042F" w14:paraId="5FDEF495" w14:textId="77777777">
        <w:trPr>
          <w:jc w:val="right"/>
        </w:trPr>
        <w:tc>
          <w:tcPr>
            <w:tcW w:w="2154" w:type="dxa"/>
            <w:shd w:val="clear" w:color="auto" w:fill="F3F6F8"/>
            <w:tcMar>
              <w:top w:w="80" w:type="dxa"/>
              <w:left w:w="80" w:type="dxa"/>
              <w:bottom w:w="80" w:type="dxa"/>
              <w:right w:w="80" w:type="dxa"/>
            </w:tcMar>
          </w:tcPr>
          <w:p w14:paraId="6A2DE2E6" w14:textId="77777777" w:rsidR="00D8042F" w:rsidRDefault="007A4ED0">
            <w:r>
              <w:t>法人等名称</w:t>
            </w:r>
          </w:p>
        </w:tc>
        <w:tc>
          <w:tcPr>
            <w:tcW w:w="6237" w:type="dxa"/>
            <w:tcMar>
              <w:top w:w="80" w:type="dxa"/>
              <w:left w:w="80" w:type="dxa"/>
              <w:bottom w:w="80" w:type="dxa"/>
              <w:right w:w="80" w:type="dxa"/>
            </w:tcMar>
          </w:tcPr>
          <w:p w14:paraId="7D667D39" w14:textId="77777777" w:rsidR="00D8042F" w:rsidRDefault="00D8042F"/>
        </w:tc>
      </w:tr>
      <w:tr w:rsidR="00D8042F" w14:paraId="76CFD8F9" w14:textId="77777777">
        <w:trPr>
          <w:jc w:val="right"/>
        </w:trPr>
        <w:tc>
          <w:tcPr>
            <w:tcW w:w="2154" w:type="dxa"/>
            <w:shd w:val="clear" w:color="auto" w:fill="F3F6F8"/>
            <w:tcMar>
              <w:top w:w="80" w:type="dxa"/>
              <w:left w:w="80" w:type="dxa"/>
              <w:bottom w:w="80" w:type="dxa"/>
              <w:right w:w="80" w:type="dxa"/>
            </w:tcMar>
          </w:tcPr>
          <w:p w14:paraId="0759E228" w14:textId="77777777" w:rsidR="00D8042F" w:rsidRDefault="007A4ED0">
            <w:r>
              <w:t>代表者役職・氏名</w:t>
            </w:r>
          </w:p>
        </w:tc>
        <w:tc>
          <w:tcPr>
            <w:tcW w:w="6237" w:type="dxa"/>
            <w:tcMar>
              <w:top w:w="80" w:type="dxa"/>
              <w:left w:w="80" w:type="dxa"/>
              <w:bottom w:w="80" w:type="dxa"/>
              <w:right w:w="80" w:type="dxa"/>
            </w:tcMar>
          </w:tcPr>
          <w:p w14:paraId="1E45CCD5" w14:textId="77777777" w:rsidR="00D8042F" w:rsidRDefault="007A4ED0">
            <w:r>
              <w:t xml:space="preserve">　　　　　　　　　　　　　　　印</w:t>
            </w:r>
          </w:p>
        </w:tc>
      </w:tr>
      <w:tr w:rsidR="00D8042F" w14:paraId="668DEB63" w14:textId="77777777">
        <w:trPr>
          <w:jc w:val="right"/>
        </w:trPr>
        <w:tc>
          <w:tcPr>
            <w:tcW w:w="2154" w:type="dxa"/>
            <w:shd w:val="clear" w:color="auto" w:fill="F3F6F8"/>
            <w:tcMar>
              <w:top w:w="80" w:type="dxa"/>
              <w:left w:w="80" w:type="dxa"/>
              <w:bottom w:w="80" w:type="dxa"/>
              <w:right w:w="80" w:type="dxa"/>
            </w:tcMar>
          </w:tcPr>
          <w:p w14:paraId="1EC3C13E" w14:textId="77777777" w:rsidR="00D8042F" w:rsidRDefault="007A4ED0">
            <w:r>
              <w:t>担当者連絡先</w:t>
            </w:r>
          </w:p>
        </w:tc>
        <w:tc>
          <w:tcPr>
            <w:tcW w:w="6237" w:type="dxa"/>
            <w:tcMar>
              <w:top w:w="80" w:type="dxa"/>
              <w:left w:w="80" w:type="dxa"/>
              <w:bottom w:w="80" w:type="dxa"/>
              <w:right w:w="80" w:type="dxa"/>
            </w:tcMar>
          </w:tcPr>
          <w:p w14:paraId="56D939DE" w14:textId="77777777" w:rsidR="00D8042F" w:rsidRDefault="007A4ED0">
            <w:r>
              <w:t xml:space="preserve">所属：　　　　　　氏名：　　　　　　</w:t>
            </w:r>
            <w:r>
              <w:t>TEL</w:t>
            </w:r>
            <w:r>
              <w:t xml:space="preserve">：　　　　　　</w:t>
            </w:r>
            <w:r>
              <w:t>E-mail</w:t>
            </w:r>
            <w:r>
              <w:t>：</w:t>
            </w:r>
          </w:p>
        </w:tc>
      </w:tr>
    </w:tbl>
    <w:p w14:paraId="6D8C2AD3" w14:textId="77777777" w:rsidR="00D8042F" w:rsidRDefault="007A4ED0">
      <w:pPr>
        <w:rPr>
          <w:lang w:eastAsia="ja-JP"/>
        </w:rPr>
      </w:pPr>
      <w:r>
        <w:t xml:space="preserve">　</w:t>
      </w:r>
      <w:r>
        <w:rPr>
          <w:lang w:eastAsia="ja-JP"/>
        </w:rPr>
        <w:t>下記業務の公募型プロポーザルについて、実施要領その他の公告資料を了承の上、参加を申し込みます。</w:t>
      </w:r>
    </w:p>
    <w:tbl>
      <w:tblPr>
        <w:tblStyle w:val="afe"/>
        <w:tblW w:w="0" w:type="auto"/>
        <w:jc w:val="center"/>
        <w:tblLook w:val="04A0" w:firstRow="1" w:lastRow="0" w:firstColumn="1" w:lastColumn="0" w:noHBand="0" w:noVBand="1"/>
      </w:tblPr>
      <w:tblGrid>
        <w:gridCol w:w="3118"/>
        <w:gridCol w:w="6804"/>
      </w:tblGrid>
      <w:tr w:rsidR="00D8042F" w14:paraId="12C1A176" w14:textId="77777777">
        <w:trPr>
          <w:tblHeader/>
          <w:jc w:val="center"/>
        </w:trPr>
        <w:tc>
          <w:tcPr>
            <w:tcW w:w="3118" w:type="dxa"/>
            <w:shd w:val="clear" w:color="auto" w:fill="1F4E78"/>
            <w:tcMar>
              <w:top w:w="80" w:type="dxa"/>
              <w:left w:w="80" w:type="dxa"/>
              <w:bottom w:w="80" w:type="dxa"/>
              <w:right w:w="80" w:type="dxa"/>
            </w:tcMar>
          </w:tcPr>
          <w:p w14:paraId="3553D624" w14:textId="77777777" w:rsidR="00D8042F" w:rsidRDefault="007A4ED0">
            <w:pPr>
              <w:jc w:val="center"/>
            </w:pPr>
            <w:proofErr w:type="spellStart"/>
            <w:r>
              <w:rPr>
                <w:b/>
                <w:color w:val="FFFFFF"/>
                <w:sz w:val="18"/>
              </w:rPr>
              <w:t>項目</w:t>
            </w:r>
            <w:proofErr w:type="spellEnd"/>
          </w:p>
        </w:tc>
        <w:tc>
          <w:tcPr>
            <w:tcW w:w="6804" w:type="dxa"/>
            <w:shd w:val="clear" w:color="auto" w:fill="1F4E78"/>
            <w:tcMar>
              <w:top w:w="80" w:type="dxa"/>
              <w:left w:w="80" w:type="dxa"/>
              <w:bottom w:w="80" w:type="dxa"/>
              <w:right w:w="80" w:type="dxa"/>
            </w:tcMar>
          </w:tcPr>
          <w:p w14:paraId="6C4AF5B9" w14:textId="77777777" w:rsidR="00D8042F" w:rsidRDefault="007A4ED0">
            <w:pPr>
              <w:jc w:val="center"/>
            </w:pPr>
            <w:r>
              <w:rPr>
                <w:b/>
                <w:color w:val="FFFFFF"/>
                <w:sz w:val="18"/>
              </w:rPr>
              <w:t>内容</w:t>
            </w:r>
          </w:p>
        </w:tc>
      </w:tr>
      <w:tr w:rsidR="00D8042F" w14:paraId="306B67EA" w14:textId="77777777">
        <w:trPr>
          <w:jc w:val="center"/>
        </w:trPr>
        <w:tc>
          <w:tcPr>
            <w:tcW w:w="3118" w:type="dxa"/>
            <w:tcMar>
              <w:top w:w="80" w:type="dxa"/>
              <w:left w:w="80" w:type="dxa"/>
              <w:bottom w:w="80" w:type="dxa"/>
              <w:right w:w="80" w:type="dxa"/>
            </w:tcMar>
            <w:vAlign w:val="center"/>
          </w:tcPr>
          <w:p w14:paraId="295BEB09" w14:textId="77777777" w:rsidR="00D8042F" w:rsidRDefault="007A4ED0">
            <w:r>
              <w:rPr>
                <w:sz w:val="18"/>
              </w:rPr>
              <w:t>業務名</w:t>
            </w:r>
          </w:p>
        </w:tc>
        <w:tc>
          <w:tcPr>
            <w:tcW w:w="6804" w:type="dxa"/>
            <w:tcMar>
              <w:top w:w="80" w:type="dxa"/>
              <w:left w:w="80" w:type="dxa"/>
              <w:bottom w:w="80" w:type="dxa"/>
              <w:right w:w="80" w:type="dxa"/>
            </w:tcMar>
            <w:vAlign w:val="center"/>
          </w:tcPr>
          <w:p w14:paraId="46547077" w14:textId="77777777" w:rsidR="00D8042F" w:rsidRDefault="007A4ED0">
            <w:pPr>
              <w:rPr>
                <w:lang w:eastAsia="ja-JP"/>
              </w:rPr>
            </w:pPr>
            <w:r>
              <w:rPr>
                <w:sz w:val="18"/>
                <w:lang w:eastAsia="ja-JP"/>
              </w:rPr>
              <w:t>種子島開発総合センターリニューアル基本構想・基本計画策定業務委託</w:t>
            </w:r>
          </w:p>
        </w:tc>
      </w:tr>
      <w:tr w:rsidR="00D8042F" w14:paraId="638F1EE0" w14:textId="77777777">
        <w:trPr>
          <w:jc w:val="center"/>
        </w:trPr>
        <w:tc>
          <w:tcPr>
            <w:tcW w:w="3118" w:type="dxa"/>
            <w:tcMar>
              <w:top w:w="80" w:type="dxa"/>
              <w:left w:w="80" w:type="dxa"/>
              <w:bottom w:w="80" w:type="dxa"/>
              <w:right w:w="80" w:type="dxa"/>
            </w:tcMar>
            <w:vAlign w:val="center"/>
          </w:tcPr>
          <w:p w14:paraId="237E37F4" w14:textId="77777777" w:rsidR="00D8042F" w:rsidRDefault="007A4ED0">
            <w:proofErr w:type="spellStart"/>
            <w:r>
              <w:rPr>
                <w:sz w:val="18"/>
              </w:rPr>
              <w:t>参加形態</w:t>
            </w:r>
            <w:proofErr w:type="spellEnd"/>
          </w:p>
        </w:tc>
        <w:tc>
          <w:tcPr>
            <w:tcW w:w="6804" w:type="dxa"/>
            <w:tcMar>
              <w:top w:w="80" w:type="dxa"/>
              <w:left w:w="80" w:type="dxa"/>
              <w:bottom w:w="80" w:type="dxa"/>
              <w:right w:w="80" w:type="dxa"/>
            </w:tcMar>
            <w:vAlign w:val="center"/>
          </w:tcPr>
          <w:p w14:paraId="3C354B1B" w14:textId="77777777" w:rsidR="00D8042F" w:rsidRDefault="007A4ED0">
            <w:r>
              <w:rPr>
                <w:sz w:val="18"/>
              </w:rPr>
              <w:t xml:space="preserve">□ </w:t>
            </w:r>
            <w:proofErr w:type="gramStart"/>
            <w:r>
              <w:rPr>
                <w:sz w:val="18"/>
              </w:rPr>
              <w:t xml:space="preserve">単独企業　　</w:t>
            </w:r>
            <w:r>
              <w:rPr>
                <w:sz w:val="18"/>
              </w:rPr>
              <w:t>□</w:t>
            </w:r>
            <w:proofErr w:type="gramEnd"/>
            <w:r>
              <w:rPr>
                <w:sz w:val="18"/>
              </w:rPr>
              <w:t xml:space="preserve"> </w:t>
            </w:r>
            <w:r>
              <w:rPr>
                <w:sz w:val="18"/>
              </w:rPr>
              <w:t>共同企業体</w:t>
            </w:r>
          </w:p>
        </w:tc>
      </w:tr>
      <w:tr w:rsidR="00D8042F" w14:paraId="1B78833B" w14:textId="77777777">
        <w:trPr>
          <w:jc w:val="center"/>
        </w:trPr>
        <w:tc>
          <w:tcPr>
            <w:tcW w:w="3118" w:type="dxa"/>
            <w:tcMar>
              <w:top w:w="80" w:type="dxa"/>
              <w:left w:w="80" w:type="dxa"/>
              <w:bottom w:w="80" w:type="dxa"/>
              <w:right w:w="80" w:type="dxa"/>
            </w:tcMar>
            <w:vAlign w:val="center"/>
          </w:tcPr>
          <w:p w14:paraId="04A06FF0" w14:textId="77777777" w:rsidR="00D8042F" w:rsidRDefault="007A4ED0">
            <w:pPr>
              <w:rPr>
                <w:lang w:eastAsia="ja-JP"/>
              </w:rPr>
            </w:pPr>
            <w:r>
              <w:rPr>
                <w:sz w:val="18"/>
                <w:lang w:eastAsia="ja-JP"/>
              </w:rPr>
              <w:t>共同企業体名（該当する場合）</w:t>
            </w:r>
          </w:p>
        </w:tc>
        <w:tc>
          <w:tcPr>
            <w:tcW w:w="6804" w:type="dxa"/>
            <w:tcMar>
              <w:top w:w="80" w:type="dxa"/>
              <w:left w:w="80" w:type="dxa"/>
              <w:bottom w:w="80" w:type="dxa"/>
              <w:right w:w="80" w:type="dxa"/>
            </w:tcMar>
            <w:vAlign w:val="center"/>
          </w:tcPr>
          <w:p w14:paraId="19F307A2" w14:textId="77777777" w:rsidR="00D8042F" w:rsidRDefault="00D8042F">
            <w:pPr>
              <w:rPr>
                <w:lang w:eastAsia="ja-JP"/>
              </w:rPr>
            </w:pPr>
          </w:p>
        </w:tc>
      </w:tr>
    </w:tbl>
    <w:p w14:paraId="794F3CCE" w14:textId="77777777" w:rsidR="00D8042F" w:rsidRDefault="007A4ED0">
      <w:r>
        <w:rPr>
          <w:b/>
        </w:rPr>
        <w:t>【</w:t>
      </w:r>
      <w:proofErr w:type="spellStart"/>
      <w:r>
        <w:rPr>
          <w:b/>
        </w:rPr>
        <w:t>添付書類</w:t>
      </w:r>
      <w:proofErr w:type="spellEnd"/>
      <w:r>
        <w:rPr>
          <w:b/>
        </w:rPr>
        <w:t>】</w:t>
      </w:r>
    </w:p>
    <w:p w14:paraId="6FDCAAE3" w14:textId="77777777" w:rsidR="00D8042F" w:rsidRDefault="007A4ED0">
      <w:pPr>
        <w:pStyle w:val="a0"/>
        <w:rPr>
          <w:lang w:eastAsia="ja-JP"/>
        </w:rPr>
      </w:pPr>
      <w:r>
        <w:rPr>
          <w:lang w:eastAsia="ja-JP"/>
        </w:rPr>
        <w:t>法人概要書及び履歴事項全部証明書</w:t>
      </w:r>
    </w:p>
    <w:p w14:paraId="7F94B0A2" w14:textId="77777777" w:rsidR="00D8042F" w:rsidRDefault="007A4ED0">
      <w:pPr>
        <w:pStyle w:val="a0"/>
        <w:rPr>
          <w:lang w:eastAsia="ja-JP"/>
        </w:rPr>
      </w:pPr>
      <w:r>
        <w:rPr>
          <w:lang w:eastAsia="ja-JP"/>
        </w:rPr>
        <w:t>業務実績書及び契約書・業務完了を確認できる資料</w:t>
      </w:r>
    </w:p>
    <w:p w14:paraId="064945E5" w14:textId="77777777" w:rsidR="00D8042F" w:rsidRDefault="007A4ED0">
      <w:pPr>
        <w:pStyle w:val="a0"/>
        <w:rPr>
          <w:lang w:eastAsia="ja-JP"/>
        </w:rPr>
      </w:pPr>
      <w:r>
        <w:rPr>
          <w:lang w:eastAsia="ja-JP"/>
        </w:rPr>
        <w:t>管理技術者及び主要担当者の経歴・実績・資格証明</w:t>
      </w:r>
    </w:p>
    <w:p w14:paraId="440B0C3A" w14:textId="77777777" w:rsidR="00D8042F" w:rsidRDefault="007A4ED0">
      <w:pPr>
        <w:pStyle w:val="a0"/>
      </w:pPr>
      <w:proofErr w:type="spellStart"/>
      <w:r>
        <w:t>業務実施体制予定表</w:t>
      </w:r>
      <w:proofErr w:type="spellEnd"/>
    </w:p>
    <w:p w14:paraId="76E0E316" w14:textId="77777777" w:rsidR="00D8042F" w:rsidRDefault="007A4ED0">
      <w:pPr>
        <w:pStyle w:val="a0"/>
      </w:pPr>
      <w:r>
        <w:t>参加資格等誓約書</w:t>
      </w:r>
    </w:p>
    <w:p w14:paraId="2C74B0EA" w14:textId="77777777" w:rsidR="00D8042F" w:rsidRDefault="007A4ED0">
      <w:pPr>
        <w:pStyle w:val="a0"/>
      </w:pPr>
      <w:r>
        <w:t>利益相反等申告書</w:t>
      </w:r>
    </w:p>
    <w:p w14:paraId="13B3C678" w14:textId="77777777" w:rsidR="00D8042F" w:rsidRDefault="007A4ED0">
      <w:pPr>
        <w:pStyle w:val="a0"/>
        <w:rPr>
          <w:lang w:eastAsia="ja-JP"/>
        </w:rPr>
      </w:pPr>
      <w:r>
        <w:rPr>
          <w:lang w:eastAsia="ja-JP"/>
        </w:rPr>
        <w:t>共同企業体の場合：協定書、委任状、構成員一覧</w:t>
      </w:r>
    </w:p>
    <w:p w14:paraId="72D1ABAD" w14:textId="77777777" w:rsidR="00D8042F" w:rsidRDefault="007A4ED0">
      <w:pPr>
        <w:pStyle w:val="a0"/>
        <w:rPr>
          <w:lang w:eastAsia="ja-JP"/>
        </w:rPr>
      </w:pPr>
      <w:r>
        <w:rPr>
          <w:lang w:eastAsia="ja-JP"/>
        </w:rPr>
        <w:t>西之表市入札参加資格者名簿未登録者：財産監理課所定のコンサルタント等入札参加資格審査表及び必要書類</w:t>
      </w:r>
    </w:p>
    <w:p w14:paraId="70B413FD" w14:textId="77777777" w:rsidR="00D8042F" w:rsidRDefault="007A4ED0">
      <w:pPr>
        <w:rPr>
          <w:lang w:eastAsia="ja-JP"/>
        </w:rPr>
      </w:pPr>
      <w:r>
        <w:rPr>
          <w:lang w:eastAsia="ja-JP"/>
        </w:rPr>
        <w:br w:type="page"/>
      </w:r>
    </w:p>
    <w:p w14:paraId="476FD2C3" w14:textId="77777777" w:rsidR="00D8042F" w:rsidRDefault="007A4ED0">
      <w:pPr>
        <w:jc w:val="right"/>
        <w:rPr>
          <w:lang w:eastAsia="ja-JP"/>
        </w:rPr>
      </w:pPr>
      <w:r>
        <w:rPr>
          <w:b/>
          <w:lang w:eastAsia="ja-JP"/>
        </w:rPr>
        <w:lastRenderedPageBreak/>
        <w:t>様式第</w:t>
      </w:r>
      <w:r>
        <w:rPr>
          <w:b/>
          <w:lang w:eastAsia="ja-JP"/>
        </w:rPr>
        <w:t>4</w:t>
      </w:r>
      <w:r>
        <w:rPr>
          <w:b/>
          <w:lang w:eastAsia="ja-JP"/>
        </w:rPr>
        <w:t>号</w:t>
      </w:r>
    </w:p>
    <w:p w14:paraId="27F55470" w14:textId="77777777" w:rsidR="00D8042F" w:rsidRDefault="007A4ED0">
      <w:pPr>
        <w:jc w:val="center"/>
        <w:rPr>
          <w:lang w:eastAsia="ja-JP"/>
        </w:rPr>
      </w:pPr>
      <w:r>
        <w:rPr>
          <w:b/>
          <w:sz w:val="32"/>
          <w:lang w:eastAsia="ja-JP"/>
        </w:rPr>
        <w:t>法人概要書</w:t>
      </w:r>
    </w:p>
    <w:p w14:paraId="09B51F1D" w14:textId="77777777" w:rsidR="00D8042F" w:rsidRDefault="007A4ED0">
      <w:pPr>
        <w:jc w:val="right"/>
        <w:rPr>
          <w:lang w:eastAsia="ja-JP"/>
        </w:rPr>
      </w:pPr>
      <w:r>
        <w:rPr>
          <w:color w:val="666666"/>
          <w:sz w:val="16"/>
          <w:lang w:eastAsia="ja-JP"/>
        </w:rPr>
        <w:t>（根拠：実施要領第</w:t>
      </w:r>
      <w:r>
        <w:rPr>
          <w:color w:val="666666"/>
          <w:sz w:val="16"/>
          <w:lang w:eastAsia="ja-JP"/>
        </w:rPr>
        <w:t>8</w:t>
      </w:r>
      <w:r>
        <w:rPr>
          <w:color w:val="666666"/>
          <w:sz w:val="16"/>
          <w:lang w:eastAsia="ja-JP"/>
        </w:rPr>
        <w:t>及び第</w:t>
      </w:r>
      <w:r>
        <w:rPr>
          <w:color w:val="666666"/>
          <w:sz w:val="16"/>
          <w:lang w:eastAsia="ja-JP"/>
        </w:rPr>
        <w:t>4</w:t>
      </w:r>
      <w:r>
        <w:rPr>
          <w:color w:val="666666"/>
          <w:sz w:val="16"/>
          <w:lang w:eastAsia="ja-JP"/>
        </w:rPr>
        <w:t>）</w:t>
      </w:r>
    </w:p>
    <w:p w14:paraId="04774786" w14:textId="77777777" w:rsidR="00D8042F" w:rsidRDefault="007A4ED0">
      <w:pPr>
        <w:rPr>
          <w:lang w:eastAsia="ja-JP"/>
        </w:rPr>
      </w:pPr>
      <w:r>
        <w:rPr>
          <w:lang w:eastAsia="ja-JP"/>
        </w:rPr>
        <w:t>※</w:t>
      </w:r>
      <w:r>
        <w:rPr>
          <w:lang w:eastAsia="ja-JP"/>
        </w:rPr>
        <w:t>共同企業体の場合は、各構成員について</w:t>
      </w:r>
      <w:r>
        <w:rPr>
          <w:lang w:eastAsia="ja-JP"/>
        </w:rPr>
        <w:t>1</w:t>
      </w:r>
      <w:r>
        <w:rPr>
          <w:lang w:eastAsia="ja-JP"/>
        </w:rPr>
        <w:t>部ずつ作成してください。</w:t>
      </w:r>
    </w:p>
    <w:tbl>
      <w:tblPr>
        <w:tblStyle w:val="afe"/>
        <w:tblW w:w="0" w:type="auto"/>
        <w:jc w:val="center"/>
        <w:tblLook w:val="04A0" w:firstRow="1" w:lastRow="0" w:firstColumn="1" w:lastColumn="0" w:noHBand="0" w:noVBand="1"/>
      </w:tblPr>
      <w:tblGrid>
        <w:gridCol w:w="3288"/>
        <w:gridCol w:w="6633"/>
      </w:tblGrid>
      <w:tr w:rsidR="00D8042F" w14:paraId="1BE5CA76" w14:textId="77777777">
        <w:trPr>
          <w:tblHeader/>
          <w:jc w:val="center"/>
        </w:trPr>
        <w:tc>
          <w:tcPr>
            <w:tcW w:w="3288" w:type="dxa"/>
            <w:shd w:val="clear" w:color="auto" w:fill="1F4E78"/>
            <w:tcMar>
              <w:top w:w="80" w:type="dxa"/>
              <w:left w:w="80" w:type="dxa"/>
              <w:bottom w:w="80" w:type="dxa"/>
              <w:right w:w="80" w:type="dxa"/>
            </w:tcMar>
          </w:tcPr>
          <w:p w14:paraId="6EFF84B1" w14:textId="77777777" w:rsidR="00D8042F" w:rsidRDefault="007A4ED0">
            <w:pPr>
              <w:jc w:val="center"/>
            </w:pPr>
            <w:proofErr w:type="spellStart"/>
            <w:r>
              <w:rPr>
                <w:b/>
                <w:color w:val="FFFFFF"/>
                <w:sz w:val="18"/>
              </w:rPr>
              <w:t>項目</w:t>
            </w:r>
            <w:proofErr w:type="spellEnd"/>
          </w:p>
        </w:tc>
        <w:tc>
          <w:tcPr>
            <w:tcW w:w="6633" w:type="dxa"/>
            <w:shd w:val="clear" w:color="auto" w:fill="1F4E78"/>
            <w:tcMar>
              <w:top w:w="80" w:type="dxa"/>
              <w:left w:w="80" w:type="dxa"/>
              <w:bottom w:w="80" w:type="dxa"/>
              <w:right w:w="80" w:type="dxa"/>
            </w:tcMar>
          </w:tcPr>
          <w:p w14:paraId="5B927029" w14:textId="77777777" w:rsidR="00D8042F" w:rsidRDefault="007A4ED0">
            <w:pPr>
              <w:jc w:val="center"/>
            </w:pPr>
            <w:r>
              <w:rPr>
                <w:b/>
                <w:color w:val="FFFFFF"/>
                <w:sz w:val="18"/>
              </w:rPr>
              <w:t>記載欄</w:t>
            </w:r>
          </w:p>
        </w:tc>
      </w:tr>
      <w:tr w:rsidR="00D8042F" w14:paraId="6B6C704B" w14:textId="77777777">
        <w:trPr>
          <w:jc w:val="center"/>
        </w:trPr>
        <w:tc>
          <w:tcPr>
            <w:tcW w:w="3288" w:type="dxa"/>
            <w:tcMar>
              <w:top w:w="80" w:type="dxa"/>
              <w:left w:w="80" w:type="dxa"/>
              <w:bottom w:w="80" w:type="dxa"/>
              <w:right w:w="80" w:type="dxa"/>
            </w:tcMar>
            <w:vAlign w:val="center"/>
          </w:tcPr>
          <w:p w14:paraId="5994C41E" w14:textId="77777777" w:rsidR="00D8042F" w:rsidRDefault="007A4ED0">
            <w:r>
              <w:rPr>
                <w:sz w:val="18"/>
              </w:rPr>
              <w:t>法人等名称</w:t>
            </w:r>
          </w:p>
        </w:tc>
        <w:tc>
          <w:tcPr>
            <w:tcW w:w="6633" w:type="dxa"/>
            <w:tcMar>
              <w:top w:w="80" w:type="dxa"/>
              <w:left w:w="80" w:type="dxa"/>
              <w:bottom w:w="80" w:type="dxa"/>
              <w:right w:w="80" w:type="dxa"/>
            </w:tcMar>
            <w:vAlign w:val="center"/>
          </w:tcPr>
          <w:p w14:paraId="3B349607" w14:textId="77777777" w:rsidR="00D8042F" w:rsidRDefault="00D8042F"/>
        </w:tc>
      </w:tr>
      <w:tr w:rsidR="00D8042F" w14:paraId="7EE6719F" w14:textId="77777777">
        <w:trPr>
          <w:jc w:val="center"/>
        </w:trPr>
        <w:tc>
          <w:tcPr>
            <w:tcW w:w="3288" w:type="dxa"/>
            <w:tcMar>
              <w:top w:w="80" w:type="dxa"/>
              <w:left w:w="80" w:type="dxa"/>
              <w:bottom w:w="80" w:type="dxa"/>
              <w:right w:w="80" w:type="dxa"/>
            </w:tcMar>
            <w:vAlign w:val="center"/>
          </w:tcPr>
          <w:p w14:paraId="3A1CE0B6" w14:textId="77777777" w:rsidR="00D8042F" w:rsidRDefault="007A4ED0">
            <w:r>
              <w:rPr>
                <w:sz w:val="18"/>
              </w:rPr>
              <w:t>所在地</w:t>
            </w:r>
          </w:p>
        </w:tc>
        <w:tc>
          <w:tcPr>
            <w:tcW w:w="6633" w:type="dxa"/>
            <w:tcMar>
              <w:top w:w="80" w:type="dxa"/>
              <w:left w:w="80" w:type="dxa"/>
              <w:bottom w:w="80" w:type="dxa"/>
              <w:right w:w="80" w:type="dxa"/>
            </w:tcMar>
            <w:vAlign w:val="center"/>
          </w:tcPr>
          <w:p w14:paraId="00E57C84" w14:textId="77777777" w:rsidR="00D8042F" w:rsidRDefault="00D8042F"/>
        </w:tc>
      </w:tr>
      <w:tr w:rsidR="00D8042F" w14:paraId="742431B2" w14:textId="77777777">
        <w:trPr>
          <w:jc w:val="center"/>
        </w:trPr>
        <w:tc>
          <w:tcPr>
            <w:tcW w:w="3288" w:type="dxa"/>
            <w:tcMar>
              <w:top w:w="80" w:type="dxa"/>
              <w:left w:w="80" w:type="dxa"/>
              <w:bottom w:w="80" w:type="dxa"/>
              <w:right w:w="80" w:type="dxa"/>
            </w:tcMar>
            <w:vAlign w:val="center"/>
          </w:tcPr>
          <w:p w14:paraId="69A1DE44" w14:textId="77777777" w:rsidR="00D8042F" w:rsidRDefault="007A4ED0">
            <w:r>
              <w:rPr>
                <w:sz w:val="18"/>
              </w:rPr>
              <w:t>代表者役職・氏名</w:t>
            </w:r>
          </w:p>
        </w:tc>
        <w:tc>
          <w:tcPr>
            <w:tcW w:w="6633" w:type="dxa"/>
            <w:tcMar>
              <w:top w:w="80" w:type="dxa"/>
              <w:left w:w="80" w:type="dxa"/>
              <w:bottom w:w="80" w:type="dxa"/>
              <w:right w:w="80" w:type="dxa"/>
            </w:tcMar>
            <w:vAlign w:val="center"/>
          </w:tcPr>
          <w:p w14:paraId="01D8C5AD" w14:textId="77777777" w:rsidR="00D8042F" w:rsidRDefault="00D8042F"/>
        </w:tc>
      </w:tr>
      <w:tr w:rsidR="00D8042F" w14:paraId="00C41389" w14:textId="77777777">
        <w:trPr>
          <w:jc w:val="center"/>
        </w:trPr>
        <w:tc>
          <w:tcPr>
            <w:tcW w:w="3288" w:type="dxa"/>
            <w:tcMar>
              <w:top w:w="80" w:type="dxa"/>
              <w:left w:w="80" w:type="dxa"/>
              <w:bottom w:w="80" w:type="dxa"/>
              <w:right w:w="80" w:type="dxa"/>
            </w:tcMar>
            <w:vAlign w:val="center"/>
          </w:tcPr>
          <w:p w14:paraId="2B936E2E" w14:textId="77777777" w:rsidR="00D8042F" w:rsidRDefault="007A4ED0">
            <w:r>
              <w:rPr>
                <w:sz w:val="18"/>
              </w:rPr>
              <w:t>法人番号</w:t>
            </w:r>
          </w:p>
        </w:tc>
        <w:tc>
          <w:tcPr>
            <w:tcW w:w="6633" w:type="dxa"/>
            <w:tcMar>
              <w:top w:w="80" w:type="dxa"/>
              <w:left w:w="80" w:type="dxa"/>
              <w:bottom w:w="80" w:type="dxa"/>
              <w:right w:w="80" w:type="dxa"/>
            </w:tcMar>
            <w:vAlign w:val="center"/>
          </w:tcPr>
          <w:p w14:paraId="51F6B67F" w14:textId="77777777" w:rsidR="00D8042F" w:rsidRDefault="00D8042F"/>
        </w:tc>
      </w:tr>
      <w:tr w:rsidR="00D8042F" w14:paraId="09D85BF3" w14:textId="77777777">
        <w:trPr>
          <w:jc w:val="center"/>
        </w:trPr>
        <w:tc>
          <w:tcPr>
            <w:tcW w:w="3288" w:type="dxa"/>
            <w:tcMar>
              <w:top w:w="80" w:type="dxa"/>
              <w:left w:w="80" w:type="dxa"/>
              <w:bottom w:w="80" w:type="dxa"/>
              <w:right w:w="80" w:type="dxa"/>
            </w:tcMar>
            <w:vAlign w:val="center"/>
          </w:tcPr>
          <w:p w14:paraId="7D2E29BC" w14:textId="77777777" w:rsidR="00D8042F" w:rsidRDefault="007A4ED0">
            <w:r>
              <w:rPr>
                <w:sz w:val="18"/>
              </w:rPr>
              <w:t>設立年月</w:t>
            </w:r>
          </w:p>
        </w:tc>
        <w:tc>
          <w:tcPr>
            <w:tcW w:w="6633" w:type="dxa"/>
            <w:tcMar>
              <w:top w:w="80" w:type="dxa"/>
              <w:left w:w="80" w:type="dxa"/>
              <w:bottom w:w="80" w:type="dxa"/>
              <w:right w:w="80" w:type="dxa"/>
            </w:tcMar>
            <w:vAlign w:val="center"/>
          </w:tcPr>
          <w:p w14:paraId="6F040FA0" w14:textId="77777777" w:rsidR="00D8042F" w:rsidRDefault="00D8042F"/>
        </w:tc>
      </w:tr>
      <w:tr w:rsidR="00D8042F" w14:paraId="1A2AB918" w14:textId="77777777">
        <w:trPr>
          <w:jc w:val="center"/>
        </w:trPr>
        <w:tc>
          <w:tcPr>
            <w:tcW w:w="3288" w:type="dxa"/>
            <w:tcMar>
              <w:top w:w="80" w:type="dxa"/>
              <w:left w:w="80" w:type="dxa"/>
              <w:bottom w:w="80" w:type="dxa"/>
              <w:right w:w="80" w:type="dxa"/>
            </w:tcMar>
            <w:vAlign w:val="center"/>
          </w:tcPr>
          <w:p w14:paraId="4C4C1F44" w14:textId="77777777" w:rsidR="00D8042F" w:rsidRDefault="007A4ED0">
            <w:r>
              <w:rPr>
                <w:sz w:val="18"/>
              </w:rPr>
              <w:t>資本金等</w:t>
            </w:r>
          </w:p>
        </w:tc>
        <w:tc>
          <w:tcPr>
            <w:tcW w:w="6633" w:type="dxa"/>
            <w:tcMar>
              <w:top w:w="80" w:type="dxa"/>
              <w:left w:w="80" w:type="dxa"/>
              <w:bottom w:w="80" w:type="dxa"/>
              <w:right w:w="80" w:type="dxa"/>
            </w:tcMar>
            <w:vAlign w:val="center"/>
          </w:tcPr>
          <w:p w14:paraId="1F585111" w14:textId="77777777" w:rsidR="00D8042F" w:rsidRDefault="00D8042F"/>
        </w:tc>
      </w:tr>
      <w:tr w:rsidR="00D8042F" w14:paraId="75061498" w14:textId="77777777">
        <w:trPr>
          <w:jc w:val="center"/>
        </w:trPr>
        <w:tc>
          <w:tcPr>
            <w:tcW w:w="3288" w:type="dxa"/>
            <w:tcMar>
              <w:top w:w="80" w:type="dxa"/>
              <w:left w:w="80" w:type="dxa"/>
              <w:bottom w:w="80" w:type="dxa"/>
              <w:right w:w="80" w:type="dxa"/>
            </w:tcMar>
            <w:vAlign w:val="center"/>
          </w:tcPr>
          <w:p w14:paraId="740B7EDE" w14:textId="77777777" w:rsidR="00D8042F" w:rsidRDefault="007A4ED0">
            <w:r>
              <w:rPr>
                <w:sz w:val="18"/>
              </w:rPr>
              <w:t>従業員数</w:t>
            </w:r>
          </w:p>
        </w:tc>
        <w:tc>
          <w:tcPr>
            <w:tcW w:w="6633" w:type="dxa"/>
            <w:tcMar>
              <w:top w:w="80" w:type="dxa"/>
              <w:left w:w="80" w:type="dxa"/>
              <w:bottom w:w="80" w:type="dxa"/>
              <w:right w:w="80" w:type="dxa"/>
            </w:tcMar>
            <w:vAlign w:val="center"/>
          </w:tcPr>
          <w:p w14:paraId="780F10D8" w14:textId="77777777" w:rsidR="00D8042F" w:rsidRDefault="00D8042F"/>
        </w:tc>
      </w:tr>
      <w:tr w:rsidR="00D8042F" w14:paraId="6E12C828" w14:textId="77777777">
        <w:trPr>
          <w:jc w:val="center"/>
        </w:trPr>
        <w:tc>
          <w:tcPr>
            <w:tcW w:w="3288" w:type="dxa"/>
            <w:tcMar>
              <w:top w:w="80" w:type="dxa"/>
              <w:left w:w="80" w:type="dxa"/>
              <w:bottom w:w="80" w:type="dxa"/>
              <w:right w:w="80" w:type="dxa"/>
            </w:tcMar>
            <w:vAlign w:val="center"/>
          </w:tcPr>
          <w:p w14:paraId="0550FB3E" w14:textId="77777777" w:rsidR="00D8042F" w:rsidRDefault="007A4ED0">
            <w:r>
              <w:rPr>
                <w:sz w:val="18"/>
              </w:rPr>
              <w:t>主な業務分野</w:t>
            </w:r>
          </w:p>
        </w:tc>
        <w:tc>
          <w:tcPr>
            <w:tcW w:w="6633" w:type="dxa"/>
            <w:tcMar>
              <w:top w:w="80" w:type="dxa"/>
              <w:left w:w="80" w:type="dxa"/>
              <w:bottom w:w="80" w:type="dxa"/>
              <w:right w:w="80" w:type="dxa"/>
            </w:tcMar>
            <w:vAlign w:val="center"/>
          </w:tcPr>
          <w:p w14:paraId="0EC31BEB" w14:textId="77777777" w:rsidR="00D8042F" w:rsidRDefault="00D8042F"/>
        </w:tc>
      </w:tr>
      <w:tr w:rsidR="00D8042F" w14:paraId="6D8A1B6F" w14:textId="77777777">
        <w:trPr>
          <w:jc w:val="center"/>
        </w:trPr>
        <w:tc>
          <w:tcPr>
            <w:tcW w:w="3288" w:type="dxa"/>
            <w:tcMar>
              <w:top w:w="80" w:type="dxa"/>
              <w:left w:w="80" w:type="dxa"/>
              <w:bottom w:w="80" w:type="dxa"/>
              <w:right w:w="80" w:type="dxa"/>
            </w:tcMar>
            <w:vAlign w:val="center"/>
          </w:tcPr>
          <w:p w14:paraId="619592CD" w14:textId="77777777" w:rsidR="00D8042F" w:rsidRDefault="007A4ED0">
            <w:r>
              <w:rPr>
                <w:sz w:val="18"/>
              </w:rPr>
              <w:t>西之表市入札参加資格者名簿</w:t>
            </w:r>
          </w:p>
        </w:tc>
        <w:tc>
          <w:tcPr>
            <w:tcW w:w="6633" w:type="dxa"/>
            <w:tcMar>
              <w:top w:w="80" w:type="dxa"/>
              <w:left w:w="80" w:type="dxa"/>
              <w:bottom w:w="80" w:type="dxa"/>
              <w:right w:w="80" w:type="dxa"/>
            </w:tcMar>
            <w:vAlign w:val="center"/>
          </w:tcPr>
          <w:p w14:paraId="422DAE72" w14:textId="77777777" w:rsidR="00D8042F" w:rsidRDefault="007A4ED0">
            <w:pPr>
              <w:rPr>
                <w:lang w:eastAsia="ja-JP"/>
              </w:rPr>
            </w:pPr>
            <w:r>
              <w:rPr>
                <w:sz w:val="18"/>
                <w:lang w:eastAsia="ja-JP"/>
              </w:rPr>
              <w:t xml:space="preserve">□ </w:t>
            </w:r>
            <w:r>
              <w:rPr>
                <w:sz w:val="18"/>
                <w:lang w:eastAsia="ja-JP"/>
              </w:rPr>
              <w:t xml:space="preserve">登録あり（登録番号：　　　　　　）　</w:t>
            </w:r>
            <w:r>
              <w:rPr>
                <w:sz w:val="18"/>
                <w:lang w:eastAsia="ja-JP"/>
              </w:rPr>
              <w:t xml:space="preserve">□ </w:t>
            </w:r>
            <w:r>
              <w:rPr>
                <w:sz w:val="18"/>
                <w:lang w:eastAsia="ja-JP"/>
              </w:rPr>
              <w:t>登録なし</w:t>
            </w:r>
          </w:p>
        </w:tc>
      </w:tr>
      <w:tr w:rsidR="00D8042F" w14:paraId="7783932D" w14:textId="77777777">
        <w:trPr>
          <w:jc w:val="center"/>
        </w:trPr>
        <w:tc>
          <w:tcPr>
            <w:tcW w:w="3288" w:type="dxa"/>
            <w:tcMar>
              <w:top w:w="80" w:type="dxa"/>
              <w:left w:w="80" w:type="dxa"/>
              <w:bottom w:w="80" w:type="dxa"/>
              <w:right w:w="80" w:type="dxa"/>
            </w:tcMar>
            <w:vAlign w:val="center"/>
          </w:tcPr>
          <w:p w14:paraId="664B713A" w14:textId="77777777" w:rsidR="00D8042F" w:rsidRDefault="007A4ED0">
            <w:pPr>
              <w:rPr>
                <w:lang w:eastAsia="ja-JP"/>
              </w:rPr>
            </w:pPr>
            <w:r>
              <w:rPr>
                <w:sz w:val="18"/>
                <w:lang w:eastAsia="ja-JP"/>
              </w:rPr>
              <w:t>本業務を担当する事業所</w:t>
            </w:r>
          </w:p>
        </w:tc>
        <w:tc>
          <w:tcPr>
            <w:tcW w:w="6633" w:type="dxa"/>
            <w:tcMar>
              <w:top w:w="80" w:type="dxa"/>
              <w:left w:w="80" w:type="dxa"/>
              <w:bottom w:w="80" w:type="dxa"/>
              <w:right w:w="80" w:type="dxa"/>
            </w:tcMar>
            <w:vAlign w:val="center"/>
          </w:tcPr>
          <w:p w14:paraId="77439A4E" w14:textId="77777777" w:rsidR="00D8042F" w:rsidRDefault="007A4ED0">
            <w:proofErr w:type="spellStart"/>
            <w:r>
              <w:rPr>
                <w:sz w:val="18"/>
              </w:rPr>
              <w:t>所在地</w:t>
            </w:r>
            <w:proofErr w:type="spellEnd"/>
            <w:r>
              <w:rPr>
                <w:sz w:val="18"/>
              </w:rPr>
              <w:t xml:space="preserve">：　　　　　　　　　　　　　　</w:t>
            </w:r>
            <w:r>
              <w:rPr>
                <w:sz w:val="18"/>
              </w:rPr>
              <w:t>TEL</w:t>
            </w:r>
            <w:r>
              <w:rPr>
                <w:sz w:val="18"/>
              </w:rPr>
              <w:t>：</w:t>
            </w:r>
          </w:p>
        </w:tc>
      </w:tr>
      <w:tr w:rsidR="00D8042F" w14:paraId="2AECB262" w14:textId="77777777">
        <w:trPr>
          <w:trHeight w:val="1247"/>
          <w:jc w:val="center"/>
        </w:trPr>
        <w:tc>
          <w:tcPr>
            <w:tcW w:w="3288" w:type="dxa"/>
            <w:tcMar>
              <w:top w:w="80" w:type="dxa"/>
              <w:left w:w="80" w:type="dxa"/>
              <w:bottom w:w="80" w:type="dxa"/>
              <w:right w:w="80" w:type="dxa"/>
            </w:tcMar>
            <w:vAlign w:val="center"/>
          </w:tcPr>
          <w:p w14:paraId="0DB21478" w14:textId="77777777" w:rsidR="00D8042F" w:rsidRDefault="007A4ED0">
            <w:pPr>
              <w:rPr>
                <w:lang w:eastAsia="ja-JP"/>
              </w:rPr>
            </w:pPr>
            <w:r>
              <w:rPr>
                <w:sz w:val="18"/>
                <w:lang w:eastAsia="ja-JP"/>
              </w:rPr>
              <w:t>組織・財務上の履行基盤の概要</w:t>
            </w:r>
          </w:p>
        </w:tc>
        <w:tc>
          <w:tcPr>
            <w:tcW w:w="6633" w:type="dxa"/>
            <w:tcMar>
              <w:top w:w="80" w:type="dxa"/>
              <w:left w:w="80" w:type="dxa"/>
              <w:bottom w:w="80" w:type="dxa"/>
              <w:right w:w="80" w:type="dxa"/>
            </w:tcMar>
            <w:vAlign w:val="center"/>
          </w:tcPr>
          <w:p w14:paraId="03C80176" w14:textId="77777777" w:rsidR="00D8042F" w:rsidRDefault="00D8042F">
            <w:pPr>
              <w:rPr>
                <w:lang w:eastAsia="ja-JP"/>
              </w:rPr>
            </w:pPr>
          </w:p>
        </w:tc>
      </w:tr>
      <w:tr w:rsidR="00D8042F" w14:paraId="3D3F853E" w14:textId="77777777">
        <w:trPr>
          <w:trHeight w:val="1247"/>
          <w:jc w:val="center"/>
        </w:trPr>
        <w:tc>
          <w:tcPr>
            <w:tcW w:w="3288" w:type="dxa"/>
            <w:tcMar>
              <w:top w:w="80" w:type="dxa"/>
              <w:left w:w="80" w:type="dxa"/>
              <w:bottom w:w="80" w:type="dxa"/>
              <w:right w:w="80" w:type="dxa"/>
            </w:tcMar>
            <w:vAlign w:val="center"/>
          </w:tcPr>
          <w:p w14:paraId="55841B03" w14:textId="77777777" w:rsidR="00D8042F" w:rsidRDefault="007A4ED0">
            <w:pPr>
              <w:rPr>
                <w:lang w:eastAsia="ja-JP"/>
              </w:rPr>
            </w:pPr>
            <w:r>
              <w:rPr>
                <w:sz w:val="18"/>
                <w:lang w:eastAsia="ja-JP"/>
              </w:rPr>
              <w:t>情報管理・品質管理体制の概要</w:t>
            </w:r>
          </w:p>
        </w:tc>
        <w:tc>
          <w:tcPr>
            <w:tcW w:w="6633" w:type="dxa"/>
            <w:tcMar>
              <w:top w:w="80" w:type="dxa"/>
              <w:left w:w="80" w:type="dxa"/>
              <w:bottom w:w="80" w:type="dxa"/>
              <w:right w:w="80" w:type="dxa"/>
            </w:tcMar>
            <w:vAlign w:val="center"/>
          </w:tcPr>
          <w:p w14:paraId="480D31E2" w14:textId="77777777" w:rsidR="00D8042F" w:rsidRDefault="00D8042F">
            <w:pPr>
              <w:rPr>
                <w:lang w:eastAsia="ja-JP"/>
              </w:rPr>
            </w:pPr>
          </w:p>
        </w:tc>
      </w:tr>
    </w:tbl>
    <w:p w14:paraId="48E762B5" w14:textId="77777777" w:rsidR="00D8042F" w:rsidRDefault="007A4ED0">
      <w:pPr>
        <w:rPr>
          <w:lang w:eastAsia="ja-JP"/>
        </w:rPr>
      </w:pPr>
      <w:r>
        <w:rPr>
          <w:lang w:eastAsia="ja-JP"/>
        </w:rPr>
        <w:br w:type="page"/>
      </w:r>
    </w:p>
    <w:p w14:paraId="6FC282A8" w14:textId="77777777" w:rsidR="00D8042F" w:rsidRDefault="007A4ED0">
      <w:pPr>
        <w:jc w:val="right"/>
        <w:rPr>
          <w:lang w:eastAsia="ja-JP"/>
        </w:rPr>
      </w:pPr>
      <w:r>
        <w:rPr>
          <w:b/>
          <w:lang w:eastAsia="ja-JP"/>
        </w:rPr>
        <w:lastRenderedPageBreak/>
        <w:t>様式第</w:t>
      </w:r>
      <w:r>
        <w:rPr>
          <w:b/>
          <w:lang w:eastAsia="ja-JP"/>
        </w:rPr>
        <w:t>5</w:t>
      </w:r>
      <w:r>
        <w:rPr>
          <w:b/>
          <w:lang w:eastAsia="ja-JP"/>
        </w:rPr>
        <w:t>号</w:t>
      </w:r>
    </w:p>
    <w:p w14:paraId="141B5D1F" w14:textId="77777777" w:rsidR="00D8042F" w:rsidRDefault="007A4ED0">
      <w:pPr>
        <w:jc w:val="center"/>
        <w:rPr>
          <w:lang w:eastAsia="ja-JP"/>
        </w:rPr>
      </w:pPr>
      <w:r>
        <w:rPr>
          <w:b/>
          <w:sz w:val="32"/>
          <w:lang w:eastAsia="ja-JP"/>
        </w:rPr>
        <w:t>業務実績書</w:t>
      </w:r>
    </w:p>
    <w:p w14:paraId="78D02BED" w14:textId="77777777" w:rsidR="00D8042F" w:rsidRDefault="007A4ED0">
      <w:pPr>
        <w:jc w:val="right"/>
        <w:rPr>
          <w:lang w:eastAsia="ja-JP"/>
        </w:rPr>
      </w:pPr>
      <w:r>
        <w:rPr>
          <w:color w:val="666666"/>
          <w:sz w:val="16"/>
          <w:lang w:eastAsia="ja-JP"/>
        </w:rPr>
        <w:t>（根拠：実施要領第</w:t>
      </w:r>
      <w:r>
        <w:rPr>
          <w:color w:val="666666"/>
          <w:sz w:val="16"/>
          <w:lang w:eastAsia="ja-JP"/>
        </w:rPr>
        <w:t>4</w:t>
      </w:r>
      <w:r>
        <w:rPr>
          <w:color w:val="666666"/>
          <w:sz w:val="16"/>
          <w:lang w:eastAsia="ja-JP"/>
        </w:rPr>
        <w:t>・第</w:t>
      </w:r>
      <w:r>
        <w:rPr>
          <w:color w:val="666666"/>
          <w:sz w:val="16"/>
          <w:lang w:eastAsia="ja-JP"/>
        </w:rPr>
        <w:t>8</w:t>
      </w:r>
      <w:r>
        <w:rPr>
          <w:color w:val="666666"/>
          <w:sz w:val="16"/>
          <w:lang w:eastAsia="ja-JP"/>
        </w:rPr>
        <w:t>、審査要領第</w:t>
      </w:r>
      <w:r>
        <w:rPr>
          <w:color w:val="666666"/>
          <w:sz w:val="16"/>
          <w:lang w:eastAsia="ja-JP"/>
        </w:rPr>
        <w:t>5</w:t>
      </w:r>
      <w:r>
        <w:rPr>
          <w:color w:val="666666"/>
          <w:sz w:val="16"/>
          <w:lang w:eastAsia="ja-JP"/>
        </w:rPr>
        <w:t>）</w:t>
      </w:r>
    </w:p>
    <w:p w14:paraId="65320FBE" w14:textId="77777777" w:rsidR="00D8042F" w:rsidRDefault="007A4ED0">
      <w:pPr>
        <w:rPr>
          <w:lang w:eastAsia="ja-JP"/>
        </w:rPr>
      </w:pPr>
      <w:r>
        <w:rPr>
          <w:lang w:eastAsia="ja-JP"/>
        </w:rPr>
        <w:t>参加資格確認及び一次審査に用います。実績は公告日の前日から起算して過去</w:t>
      </w:r>
      <w:r>
        <w:rPr>
          <w:lang w:eastAsia="ja-JP"/>
        </w:rPr>
        <w:t>10</w:t>
      </w:r>
      <w:r>
        <w:rPr>
          <w:lang w:eastAsia="ja-JP"/>
        </w:rPr>
        <w:t>年間のものを記載し、元請実績の確認資料を添付してください。</w:t>
      </w:r>
    </w:p>
    <w:p w14:paraId="4C92D48C" w14:textId="77777777" w:rsidR="00D8042F" w:rsidRDefault="007A4ED0">
      <w:pPr>
        <w:pStyle w:val="21"/>
        <w:rPr>
          <w:lang w:eastAsia="ja-JP"/>
        </w:rPr>
      </w:pPr>
      <w:r>
        <w:rPr>
          <w:rFonts w:ascii="Noto Sans CJK JP" w:eastAsia="Noto Sans CJK JP" w:hAnsi="Noto Sans CJK JP"/>
          <w:lang w:eastAsia="ja-JP"/>
        </w:rPr>
        <w:t>A</w:t>
      </w:r>
      <w:r>
        <w:rPr>
          <w:rFonts w:ascii="Noto Sans CJK JP" w:eastAsia="Noto Sans CJK JP" w:hAnsi="Noto Sans CJK JP"/>
          <w:lang w:eastAsia="ja-JP"/>
        </w:rPr>
        <w:t xml:space="preserve">　公共建築物に係る実績</w:t>
      </w:r>
    </w:p>
    <w:p w14:paraId="37F0E79C" w14:textId="77777777" w:rsidR="00D8042F" w:rsidRDefault="007A4ED0">
      <w:pPr>
        <w:rPr>
          <w:lang w:eastAsia="ja-JP"/>
        </w:rPr>
      </w:pPr>
      <w:r>
        <w:rPr>
          <w:lang w:eastAsia="ja-JP"/>
        </w:rPr>
        <w:t>基本計画、基本設計又は実施設計に係る元請実績</w:t>
      </w:r>
    </w:p>
    <w:tbl>
      <w:tblPr>
        <w:tblStyle w:val="afe"/>
        <w:tblW w:w="0" w:type="auto"/>
        <w:jc w:val="center"/>
        <w:tblLook w:val="04A0" w:firstRow="1" w:lastRow="0" w:firstColumn="1" w:lastColumn="0" w:noHBand="0" w:noVBand="1"/>
      </w:tblPr>
      <w:tblGrid>
        <w:gridCol w:w="1673"/>
        <w:gridCol w:w="1244"/>
        <w:gridCol w:w="1244"/>
        <w:gridCol w:w="1411"/>
        <w:gridCol w:w="1411"/>
        <w:gridCol w:w="2343"/>
        <w:gridCol w:w="920"/>
      </w:tblGrid>
      <w:tr w:rsidR="00D8042F" w14:paraId="4D6C8E23" w14:textId="77777777">
        <w:trPr>
          <w:tblHeader/>
          <w:jc w:val="center"/>
        </w:trPr>
        <w:tc>
          <w:tcPr>
            <w:tcW w:w="1927" w:type="dxa"/>
            <w:shd w:val="clear" w:color="auto" w:fill="1F4E78"/>
            <w:tcMar>
              <w:top w:w="80" w:type="dxa"/>
              <w:left w:w="80" w:type="dxa"/>
              <w:bottom w:w="80" w:type="dxa"/>
              <w:right w:w="80" w:type="dxa"/>
            </w:tcMar>
          </w:tcPr>
          <w:p w14:paraId="2FF222F7" w14:textId="77777777" w:rsidR="00D8042F" w:rsidRDefault="007A4ED0">
            <w:pPr>
              <w:jc w:val="center"/>
            </w:pPr>
            <w:proofErr w:type="spellStart"/>
            <w:r>
              <w:rPr>
                <w:b/>
                <w:color w:val="FFFFFF"/>
                <w:sz w:val="15"/>
              </w:rPr>
              <w:t>業務名</w:t>
            </w:r>
            <w:proofErr w:type="spellEnd"/>
          </w:p>
        </w:tc>
        <w:tc>
          <w:tcPr>
            <w:tcW w:w="1417" w:type="dxa"/>
            <w:shd w:val="clear" w:color="auto" w:fill="1F4E78"/>
            <w:tcMar>
              <w:top w:w="80" w:type="dxa"/>
              <w:left w:w="80" w:type="dxa"/>
              <w:bottom w:w="80" w:type="dxa"/>
              <w:right w:w="80" w:type="dxa"/>
            </w:tcMar>
          </w:tcPr>
          <w:p w14:paraId="773428A8" w14:textId="77777777" w:rsidR="00D8042F" w:rsidRDefault="007A4ED0">
            <w:pPr>
              <w:jc w:val="center"/>
            </w:pPr>
            <w:r>
              <w:rPr>
                <w:b/>
                <w:color w:val="FFFFFF"/>
                <w:sz w:val="15"/>
              </w:rPr>
              <w:t>発注者</w:t>
            </w:r>
          </w:p>
        </w:tc>
        <w:tc>
          <w:tcPr>
            <w:tcW w:w="1417" w:type="dxa"/>
            <w:shd w:val="clear" w:color="auto" w:fill="1F4E78"/>
            <w:tcMar>
              <w:top w:w="80" w:type="dxa"/>
              <w:left w:w="80" w:type="dxa"/>
              <w:bottom w:w="80" w:type="dxa"/>
              <w:right w:w="80" w:type="dxa"/>
            </w:tcMar>
          </w:tcPr>
          <w:p w14:paraId="2708A773" w14:textId="77777777" w:rsidR="00D8042F" w:rsidRDefault="007A4ED0">
            <w:pPr>
              <w:jc w:val="center"/>
            </w:pPr>
            <w:r>
              <w:rPr>
                <w:b/>
                <w:color w:val="FFFFFF"/>
                <w:sz w:val="15"/>
              </w:rPr>
              <w:t>履行期間</w:t>
            </w:r>
            <w:r>
              <w:rPr>
                <w:b/>
                <w:color w:val="FFFFFF"/>
                <w:sz w:val="15"/>
              </w:rPr>
              <w:br/>
            </w:r>
            <w:r>
              <w:rPr>
                <w:b/>
                <w:color w:val="FFFFFF"/>
                <w:sz w:val="15"/>
              </w:rPr>
              <w:t>完了年月</w:t>
            </w:r>
          </w:p>
        </w:tc>
        <w:tc>
          <w:tcPr>
            <w:tcW w:w="1587" w:type="dxa"/>
            <w:shd w:val="clear" w:color="auto" w:fill="1F4E78"/>
            <w:tcMar>
              <w:top w:w="80" w:type="dxa"/>
              <w:left w:w="80" w:type="dxa"/>
              <w:bottom w:w="80" w:type="dxa"/>
              <w:right w:w="80" w:type="dxa"/>
            </w:tcMar>
          </w:tcPr>
          <w:p w14:paraId="120CA858" w14:textId="77777777" w:rsidR="00D8042F" w:rsidRDefault="007A4ED0">
            <w:pPr>
              <w:jc w:val="center"/>
            </w:pPr>
            <w:r>
              <w:rPr>
                <w:b/>
                <w:color w:val="FFFFFF"/>
                <w:sz w:val="15"/>
              </w:rPr>
              <w:t>施設用途・規模</w:t>
            </w:r>
          </w:p>
        </w:tc>
        <w:tc>
          <w:tcPr>
            <w:tcW w:w="1587" w:type="dxa"/>
            <w:shd w:val="clear" w:color="auto" w:fill="1F4E78"/>
            <w:tcMar>
              <w:top w:w="80" w:type="dxa"/>
              <w:left w:w="80" w:type="dxa"/>
              <w:bottom w:w="80" w:type="dxa"/>
              <w:right w:w="80" w:type="dxa"/>
            </w:tcMar>
          </w:tcPr>
          <w:p w14:paraId="0AA2E8FA" w14:textId="77777777" w:rsidR="00D8042F" w:rsidRDefault="007A4ED0">
            <w:pPr>
              <w:jc w:val="center"/>
            </w:pPr>
            <w:r>
              <w:rPr>
                <w:b/>
                <w:color w:val="FFFFFF"/>
                <w:sz w:val="15"/>
              </w:rPr>
              <w:t>受注形態・役割</w:t>
            </w:r>
          </w:p>
        </w:tc>
        <w:tc>
          <w:tcPr>
            <w:tcW w:w="2721" w:type="dxa"/>
            <w:shd w:val="clear" w:color="auto" w:fill="1F4E78"/>
            <w:tcMar>
              <w:top w:w="80" w:type="dxa"/>
              <w:left w:w="80" w:type="dxa"/>
              <w:bottom w:w="80" w:type="dxa"/>
              <w:right w:w="80" w:type="dxa"/>
            </w:tcMar>
          </w:tcPr>
          <w:p w14:paraId="26D06A5B" w14:textId="77777777" w:rsidR="00D8042F" w:rsidRDefault="007A4ED0">
            <w:pPr>
              <w:jc w:val="center"/>
            </w:pPr>
            <w:r>
              <w:rPr>
                <w:b/>
                <w:color w:val="FFFFFF"/>
                <w:sz w:val="15"/>
              </w:rPr>
              <w:t>業務概要</w:t>
            </w:r>
          </w:p>
        </w:tc>
        <w:tc>
          <w:tcPr>
            <w:tcW w:w="1020" w:type="dxa"/>
            <w:shd w:val="clear" w:color="auto" w:fill="1F4E78"/>
            <w:tcMar>
              <w:top w:w="80" w:type="dxa"/>
              <w:left w:w="80" w:type="dxa"/>
              <w:bottom w:w="80" w:type="dxa"/>
              <w:right w:w="80" w:type="dxa"/>
            </w:tcMar>
          </w:tcPr>
          <w:p w14:paraId="248CECFE" w14:textId="77777777" w:rsidR="00D8042F" w:rsidRDefault="007A4ED0">
            <w:pPr>
              <w:jc w:val="center"/>
            </w:pPr>
            <w:r>
              <w:rPr>
                <w:b/>
                <w:color w:val="FFFFFF"/>
                <w:sz w:val="15"/>
              </w:rPr>
              <w:t>証拠資料</w:t>
            </w:r>
            <w:r>
              <w:rPr>
                <w:b/>
                <w:color w:val="FFFFFF"/>
                <w:sz w:val="15"/>
              </w:rPr>
              <w:t>No.</w:t>
            </w:r>
          </w:p>
        </w:tc>
      </w:tr>
      <w:tr w:rsidR="00D8042F" w14:paraId="1A7D755C" w14:textId="77777777">
        <w:trPr>
          <w:trHeight w:val="1020"/>
          <w:jc w:val="center"/>
        </w:trPr>
        <w:tc>
          <w:tcPr>
            <w:tcW w:w="1927" w:type="dxa"/>
            <w:tcMar>
              <w:top w:w="80" w:type="dxa"/>
              <w:left w:w="80" w:type="dxa"/>
              <w:bottom w:w="80" w:type="dxa"/>
              <w:right w:w="80" w:type="dxa"/>
            </w:tcMar>
            <w:vAlign w:val="center"/>
          </w:tcPr>
          <w:p w14:paraId="5895A197" w14:textId="77777777" w:rsidR="00D8042F" w:rsidRDefault="00D8042F"/>
        </w:tc>
        <w:tc>
          <w:tcPr>
            <w:tcW w:w="1417" w:type="dxa"/>
            <w:tcMar>
              <w:top w:w="80" w:type="dxa"/>
              <w:left w:w="80" w:type="dxa"/>
              <w:bottom w:w="80" w:type="dxa"/>
              <w:right w:w="80" w:type="dxa"/>
            </w:tcMar>
            <w:vAlign w:val="center"/>
          </w:tcPr>
          <w:p w14:paraId="7F6505A1" w14:textId="77777777" w:rsidR="00D8042F" w:rsidRDefault="00D8042F"/>
        </w:tc>
        <w:tc>
          <w:tcPr>
            <w:tcW w:w="1417" w:type="dxa"/>
            <w:tcMar>
              <w:top w:w="80" w:type="dxa"/>
              <w:left w:w="80" w:type="dxa"/>
              <w:bottom w:w="80" w:type="dxa"/>
              <w:right w:w="80" w:type="dxa"/>
            </w:tcMar>
            <w:vAlign w:val="center"/>
          </w:tcPr>
          <w:p w14:paraId="6195E148" w14:textId="77777777" w:rsidR="00D8042F" w:rsidRDefault="00D8042F"/>
        </w:tc>
        <w:tc>
          <w:tcPr>
            <w:tcW w:w="1587" w:type="dxa"/>
            <w:tcMar>
              <w:top w:w="80" w:type="dxa"/>
              <w:left w:w="80" w:type="dxa"/>
              <w:bottom w:w="80" w:type="dxa"/>
              <w:right w:w="80" w:type="dxa"/>
            </w:tcMar>
            <w:vAlign w:val="center"/>
          </w:tcPr>
          <w:p w14:paraId="4DF0614B" w14:textId="77777777" w:rsidR="00D8042F" w:rsidRDefault="00D8042F"/>
        </w:tc>
        <w:tc>
          <w:tcPr>
            <w:tcW w:w="1587" w:type="dxa"/>
            <w:tcMar>
              <w:top w:w="80" w:type="dxa"/>
              <w:left w:w="80" w:type="dxa"/>
              <w:bottom w:w="80" w:type="dxa"/>
              <w:right w:w="80" w:type="dxa"/>
            </w:tcMar>
            <w:vAlign w:val="center"/>
          </w:tcPr>
          <w:p w14:paraId="19D167CB" w14:textId="77777777" w:rsidR="00D8042F" w:rsidRDefault="00D8042F"/>
        </w:tc>
        <w:tc>
          <w:tcPr>
            <w:tcW w:w="2721" w:type="dxa"/>
            <w:tcMar>
              <w:top w:w="80" w:type="dxa"/>
              <w:left w:w="80" w:type="dxa"/>
              <w:bottom w:w="80" w:type="dxa"/>
              <w:right w:w="80" w:type="dxa"/>
            </w:tcMar>
            <w:vAlign w:val="center"/>
          </w:tcPr>
          <w:p w14:paraId="11879FA8" w14:textId="77777777" w:rsidR="00D8042F" w:rsidRDefault="00D8042F"/>
        </w:tc>
        <w:tc>
          <w:tcPr>
            <w:tcW w:w="1020" w:type="dxa"/>
            <w:tcMar>
              <w:top w:w="80" w:type="dxa"/>
              <w:left w:w="80" w:type="dxa"/>
              <w:bottom w:w="80" w:type="dxa"/>
              <w:right w:w="80" w:type="dxa"/>
            </w:tcMar>
            <w:vAlign w:val="center"/>
          </w:tcPr>
          <w:p w14:paraId="1B049965" w14:textId="77777777" w:rsidR="00D8042F" w:rsidRDefault="00D8042F"/>
        </w:tc>
      </w:tr>
      <w:tr w:rsidR="00D8042F" w14:paraId="54F0D740" w14:textId="77777777">
        <w:trPr>
          <w:trHeight w:val="1020"/>
          <w:jc w:val="center"/>
        </w:trPr>
        <w:tc>
          <w:tcPr>
            <w:tcW w:w="1927" w:type="dxa"/>
            <w:tcMar>
              <w:top w:w="80" w:type="dxa"/>
              <w:left w:w="80" w:type="dxa"/>
              <w:bottom w:w="80" w:type="dxa"/>
              <w:right w:w="80" w:type="dxa"/>
            </w:tcMar>
            <w:vAlign w:val="center"/>
          </w:tcPr>
          <w:p w14:paraId="5A0C10B4" w14:textId="77777777" w:rsidR="00D8042F" w:rsidRDefault="00D8042F"/>
        </w:tc>
        <w:tc>
          <w:tcPr>
            <w:tcW w:w="1417" w:type="dxa"/>
            <w:tcMar>
              <w:top w:w="80" w:type="dxa"/>
              <w:left w:w="80" w:type="dxa"/>
              <w:bottom w:w="80" w:type="dxa"/>
              <w:right w:w="80" w:type="dxa"/>
            </w:tcMar>
            <w:vAlign w:val="center"/>
          </w:tcPr>
          <w:p w14:paraId="1BE9B1C5" w14:textId="77777777" w:rsidR="00D8042F" w:rsidRDefault="00D8042F"/>
        </w:tc>
        <w:tc>
          <w:tcPr>
            <w:tcW w:w="1417" w:type="dxa"/>
            <w:tcMar>
              <w:top w:w="80" w:type="dxa"/>
              <w:left w:w="80" w:type="dxa"/>
              <w:bottom w:w="80" w:type="dxa"/>
              <w:right w:w="80" w:type="dxa"/>
            </w:tcMar>
            <w:vAlign w:val="center"/>
          </w:tcPr>
          <w:p w14:paraId="6F558703" w14:textId="77777777" w:rsidR="00D8042F" w:rsidRDefault="00D8042F"/>
        </w:tc>
        <w:tc>
          <w:tcPr>
            <w:tcW w:w="1587" w:type="dxa"/>
            <w:tcMar>
              <w:top w:w="80" w:type="dxa"/>
              <w:left w:w="80" w:type="dxa"/>
              <w:bottom w:w="80" w:type="dxa"/>
              <w:right w:w="80" w:type="dxa"/>
            </w:tcMar>
            <w:vAlign w:val="center"/>
          </w:tcPr>
          <w:p w14:paraId="3F2983FD" w14:textId="77777777" w:rsidR="00D8042F" w:rsidRDefault="00D8042F"/>
        </w:tc>
        <w:tc>
          <w:tcPr>
            <w:tcW w:w="1587" w:type="dxa"/>
            <w:tcMar>
              <w:top w:w="80" w:type="dxa"/>
              <w:left w:w="80" w:type="dxa"/>
              <w:bottom w:w="80" w:type="dxa"/>
              <w:right w:w="80" w:type="dxa"/>
            </w:tcMar>
            <w:vAlign w:val="center"/>
          </w:tcPr>
          <w:p w14:paraId="36B94B2A" w14:textId="77777777" w:rsidR="00D8042F" w:rsidRDefault="00D8042F"/>
        </w:tc>
        <w:tc>
          <w:tcPr>
            <w:tcW w:w="2721" w:type="dxa"/>
            <w:tcMar>
              <w:top w:w="80" w:type="dxa"/>
              <w:left w:w="80" w:type="dxa"/>
              <w:bottom w:w="80" w:type="dxa"/>
              <w:right w:w="80" w:type="dxa"/>
            </w:tcMar>
            <w:vAlign w:val="center"/>
          </w:tcPr>
          <w:p w14:paraId="7D856451" w14:textId="77777777" w:rsidR="00D8042F" w:rsidRDefault="00D8042F"/>
        </w:tc>
        <w:tc>
          <w:tcPr>
            <w:tcW w:w="1020" w:type="dxa"/>
            <w:tcMar>
              <w:top w:w="80" w:type="dxa"/>
              <w:left w:w="80" w:type="dxa"/>
              <w:bottom w:w="80" w:type="dxa"/>
              <w:right w:w="80" w:type="dxa"/>
            </w:tcMar>
            <w:vAlign w:val="center"/>
          </w:tcPr>
          <w:p w14:paraId="0166845F" w14:textId="77777777" w:rsidR="00D8042F" w:rsidRDefault="00D8042F"/>
        </w:tc>
      </w:tr>
      <w:tr w:rsidR="00D8042F" w14:paraId="6192DC9D" w14:textId="77777777">
        <w:trPr>
          <w:trHeight w:val="1020"/>
          <w:jc w:val="center"/>
        </w:trPr>
        <w:tc>
          <w:tcPr>
            <w:tcW w:w="1927" w:type="dxa"/>
            <w:tcMar>
              <w:top w:w="80" w:type="dxa"/>
              <w:left w:w="80" w:type="dxa"/>
              <w:bottom w:w="80" w:type="dxa"/>
              <w:right w:w="80" w:type="dxa"/>
            </w:tcMar>
            <w:vAlign w:val="center"/>
          </w:tcPr>
          <w:p w14:paraId="367E8892" w14:textId="77777777" w:rsidR="00D8042F" w:rsidRDefault="00D8042F"/>
        </w:tc>
        <w:tc>
          <w:tcPr>
            <w:tcW w:w="1417" w:type="dxa"/>
            <w:tcMar>
              <w:top w:w="80" w:type="dxa"/>
              <w:left w:w="80" w:type="dxa"/>
              <w:bottom w:w="80" w:type="dxa"/>
              <w:right w:w="80" w:type="dxa"/>
            </w:tcMar>
            <w:vAlign w:val="center"/>
          </w:tcPr>
          <w:p w14:paraId="2F4A1192" w14:textId="77777777" w:rsidR="00D8042F" w:rsidRDefault="00D8042F"/>
        </w:tc>
        <w:tc>
          <w:tcPr>
            <w:tcW w:w="1417" w:type="dxa"/>
            <w:tcMar>
              <w:top w:w="80" w:type="dxa"/>
              <w:left w:w="80" w:type="dxa"/>
              <w:bottom w:w="80" w:type="dxa"/>
              <w:right w:w="80" w:type="dxa"/>
            </w:tcMar>
            <w:vAlign w:val="center"/>
          </w:tcPr>
          <w:p w14:paraId="4790E149" w14:textId="77777777" w:rsidR="00D8042F" w:rsidRDefault="00D8042F"/>
        </w:tc>
        <w:tc>
          <w:tcPr>
            <w:tcW w:w="1587" w:type="dxa"/>
            <w:tcMar>
              <w:top w:w="80" w:type="dxa"/>
              <w:left w:w="80" w:type="dxa"/>
              <w:bottom w:w="80" w:type="dxa"/>
              <w:right w:w="80" w:type="dxa"/>
            </w:tcMar>
            <w:vAlign w:val="center"/>
          </w:tcPr>
          <w:p w14:paraId="1C1F7FCB" w14:textId="77777777" w:rsidR="00D8042F" w:rsidRDefault="00D8042F"/>
        </w:tc>
        <w:tc>
          <w:tcPr>
            <w:tcW w:w="1587" w:type="dxa"/>
            <w:tcMar>
              <w:top w:w="80" w:type="dxa"/>
              <w:left w:w="80" w:type="dxa"/>
              <w:bottom w:w="80" w:type="dxa"/>
              <w:right w:w="80" w:type="dxa"/>
            </w:tcMar>
            <w:vAlign w:val="center"/>
          </w:tcPr>
          <w:p w14:paraId="7F765327" w14:textId="77777777" w:rsidR="00D8042F" w:rsidRDefault="00D8042F"/>
        </w:tc>
        <w:tc>
          <w:tcPr>
            <w:tcW w:w="2721" w:type="dxa"/>
            <w:tcMar>
              <w:top w:w="80" w:type="dxa"/>
              <w:left w:w="80" w:type="dxa"/>
              <w:bottom w:w="80" w:type="dxa"/>
              <w:right w:w="80" w:type="dxa"/>
            </w:tcMar>
            <w:vAlign w:val="center"/>
          </w:tcPr>
          <w:p w14:paraId="7960F926" w14:textId="77777777" w:rsidR="00D8042F" w:rsidRDefault="00D8042F"/>
        </w:tc>
        <w:tc>
          <w:tcPr>
            <w:tcW w:w="1020" w:type="dxa"/>
            <w:tcMar>
              <w:top w:w="80" w:type="dxa"/>
              <w:left w:w="80" w:type="dxa"/>
              <w:bottom w:w="80" w:type="dxa"/>
              <w:right w:w="80" w:type="dxa"/>
            </w:tcMar>
            <w:vAlign w:val="center"/>
          </w:tcPr>
          <w:p w14:paraId="18431BEC" w14:textId="77777777" w:rsidR="00D8042F" w:rsidRDefault="00D8042F"/>
        </w:tc>
      </w:tr>
    </w:tbl>
    <w:p w14:paraId="5A264F7F" w14:textId="77777777" w:rsidR="00D8042F" w:rsidRDefault="007A4ED0">
      <w:pPr>
        <w:pStyle w:val="21"/>
        <w:rPr>
          <w:lang w:eastAsia="ja-JP"/>
        </w:rPr>
      </w:pPr>
      <w:r>
        <w:rPr>
          <w:rFonts w:ascii="Noto Sans CJK JP" w:eastAsia="Noto Sans CJK JP" w:hAnsi="Noto Sans CJK JP"/>
          <w:lang w:eastAsia="ja-JP"/>
        </w:rPr>
        <w:t>B</w:t>
      </w:r>
      <w:r>
        <w:rPr>
          <w:rFonts w:ascii="Noto Sans CJK JP" w:eastAsia="Noto Sans CJK JP" w:hAnsi="Noto Sans CJK JP"/>
          <w:lang w:eastAsia="ja-JP"/>
        </w:rPr>
        <w:t xml:space="preserve">　文化施設に係る実績</w:t>
      </w:r>
    </w:p>
    <w:p w14:paraId="0AC49A86" w14:textId="77777777" w:rsidR="00D8042F" w:rsidRDefault="007A4ED0">
      <w:pPr>
        <w:rPr>
          <w:lang w:eastAsia="ja-JP"/>
        </w:rPr>
      </w:pPr>
      <w:r>
        <w:rPr>
          <w:lang w:eastAsia="ja-JP"/>
        </w:rPr>
        <w:t>博物館、資料館、美術館等の類似文化施設の基本構想、基本計画、改修計画、展示計画、収蔵計画又は資料保存計画に係る元請実績</w:t>
      </w:r>
    </w:p>
    <w:tbl>
      <w:tblPr>
        <w:tblStyle w:val="afe"/>
        <w:tblW w:w="0" w:type="auto"/>
        <w:jc w:val="center"/>
        <w:tblLook w:val="04A0" w:firstRow="1" w:lastRow="0" w:firstColumn="1" w:lastColumn="0" w:noHBand="0" w:noVBand="1"/>
      </w:tblPr>
      <w:tblGrid>
        <w:gridCol w:w="1673"/>
        <w:gridCol w:w="1244"/>
        <w:gridCol w:w="1244"/>
        <w:gridCol w:w="1411"/>
        <w:gridCol w:w="1411"/>
        <w:gridCol w:w="2343"/>
        <w:gridCol w:w="920"/>
      </w:tblGrid>
      <w:tr w:rsidR="00D8042F" w14:paraId="2D23D2B1" w14:textId="77777777">
        <w:trPr>
          <w:tblHeader/>
          <w:jc w:val="center"/>
        </w:trPr>
        <w:tc>
          <w:tcPr>
            <w:tcW w:w="1927" w:type="dxa"/>
            <w:shd w:val="clear" w:color="auto" w:fill="1F4E78"/>
            <w:tcMar>
              <w:top w:w="80" w:type="dxa"/>
              <w:left w:w="80" w:type="dxa"/>
              <w:bottom w:w="80" w:type="dxa"/>
              <w:right w:w="80" w:type="dxa"/>
            </w:tcMar>
          </w:tcPr>
          <w:p w14:paraId="3368C2EC" w14:textId="77777777" w:rsidR="00D8042F" w:rsidRDefault="007A4ED0">
            <w:pPr>
              <w:jc w:val="center"/>
            </w:pPr>
            <w:proofErr w:type="spellStart"/>
            <w:r>
              <w:rPr>
                <w:b/>
                <w:color w:val="FFFFFF"/>
                <w:sz w:val="15"/>
              </w:rPr>
              <w:t>業務名</w:t>
            </w:r>
            <w:proofErr w:type="spellEnd"/>
          </w:p>
        </w:tc>
        <w:tc>
          <w:tcPr>
            <w:tcW w:w="1417" w:type="dxa"/>
            <w:shd w:val="clear" w:color="auto" w:fill="1F4E78"/>
            <w:tcMar>
              <w:top w:w="80" w:type="dxa"/>
              <w:left w:w="80" w:type="dxa"/>
              <w:bottom w:w="80" w:type="dxa"/>
              <w:right w:w="80" w:type="dxa"/>
            </w:tcMar>
          </w:tcPr>
          <w:p w14:paraId="550AB312" w14:textId="77777777" w:rsidR="00D8042F" w:rsidRDefault="007A4ED0">
            <w:pPr>
              <w:jc w:val="center"/>
            </w:pPr>
            <w:r>
              <w:rPr>
                <w:b/>
                <w:color w:val="FFFFFF"/>
                <w:sz w:val="15"/>
              </w:rPr>
              <w:t>発注者</w:t>
            </w:r>
          </w:p>
        </w:tc>
        <w:tc>
          <w:tcPr>
            <w:tcW w:w="1417" w:type="dxa"/>
            <w:shd w:val="clear" w:color="auto" w:fill="1F4E78"/>
            <w:tcMar>
              <w:top w:w="80" w:type="dxa"/>
              <w:left w:w="80" w:type="dxa"/>
              <w:bottom w:w="80" w:type="dxa"/>
              <w:right w:w="80" w:type="dxa"/>
            </w:tcMar>
          </w:tcPr>
          <w:p w14:paraId="1684A37E" w14:textId="77777777" w:rsidR="00D8042F" w:rsidRDefault="007A4ED0">
            <w:pPr>
              <w:jc w:val="center"/>
            </w:pPr>
            <w:r>
              <w:rPr>
                <w:b/>
                <w:color w:val="FFFFFF"/>
                <w:sz w:val="15"/>
              </w:rPr>
              <w:t>履行期間</w:t>
            </w:r>
            <w:r>
              <w:rPr>
                <w:b/>
                <w:color w:val="FFFFFF"/>
                <w:sz w:val="15"/>
              </w:rPr>
              <w:br/>
            </w:r>
            <w:r>
              <w:rPr>
                <w:b/>
                <w:color w:val="FFFFFF"/>
                <w:sz w:val="15"/>
              </w:rPr>
              <w:t>完了年月</w:t>
            </w:r>
          </w:p>
        </w:tc>
        <w:tc>
          <w:tcPr>
            <w:tcW w:w="1587" w:type="dxa"/>
            <w:shd w:val="clear" w:color="auto" w:fill="1F4E78"/>
            <w:tcMar>
              <w:top w:w="80" w:type="dxa"/>
              <w:left w:w="80" w:type="dxa"/>
              <w:bottom w:w="80" w:type="dxa"/>
              <w:right w:w="80" w:type="dxa"/>
            </w:tcMar>
          </w:tcPr>
          <w:p w14:paraId="7980C61A" w14:textId="77777777" w:rsidR="00D8042F" w:rsidRDefault="007A4ED0">
            <w:pPr>
              <w:jc w:val="center"/>
            </w:pPr>
            <w:r>
              <w:rPr>
                <w:b/>
                <w:color w:val="FFFFFF"/>
                <w:sz w:val="15"/>
              </w:rPr>
              <w:t>施設用途・規模</w:t>
            </w:r>
          </w:p>
        </w:tc>
        <w:tc>
          <w:tcPr>
            <w:tcW w:w="1587" w:type="dxa"/>
            <w:shd w:val="clear" w:color="auto" w:fill="1F4E78"/>
            <w:tcMar>
              <w:top w:w="80" w:type="dxa"/>
              <w:left w:w="80" w:type="dxa"/>
              <w:bottom w:w="80" w:type="dxa"/>
              <w:right w:w="80" w:type="dxa"/>
            </w:tcMar>
          </w:tcPr>
          <w:p w14:paraId="5C3CCF86" w14:textId="77777777" w:rsidR="00D8042F" w:rsidRDefault="007A4ED0">
            <w:pPr>
              <w:jc w:val="center"/>
            </w:pPr>
            <w:r>
              <w:rPr>
                <w:b/>
                <w:color w:val="FFFFFF"/>
                <w:sz w:val="15"/>
              </w:rPr>
              <w:t>受注形態・役割</w:t>
            </w:r>
          </w:p>
        </w:tc>
        <w:tc>
          <w:tcPr>
            <w:tcW w:w="2721" w:type="dxa"/>
            <w:shd w:val="clear" w:color="auto" w:fill="1F4E78"/>
            <w:tcMar>
              <w:top w:w="80" w:type="dxa"/>
              <w:left w:w="80" w:type="dxa"/>
              <w:bottom w:w="80" w:type="dxa"/>
              <w:right w:w="80" w:type="dxa"/>
            </w:tcMar>
          </w:tcPr>
          <w:p w14:paraId="23F24017" w14:textId="77777777" w:rsidR="00D8042F" w:rsidRDefault="007A4ED0">
            <w:pPr>
              <w:jc w:val="center"/>
            </w:pPr>
            <w:r>
              <w:rPr>
                <w:b/>
                <w:color w:val="FFFFFF"/>
                <w:sz w:val="15"/>
              </w:rPr>
              <w:t>業務概要</w:t>
            </w:r>
          </w:p>
        </w:tc>
        <w:tc>
          <w:tcPr>
            <w:tcW w:w="1020" w:type="dxa"/>
            <w:shd w:val="clear" w:color="auto" w:fill="1F4E78"/>
            <w:tcMar>
              <w:top w:w="80" w:type="dxa"/>
              <w:left w:w="80" w:type="dxa"/>
              <w:bottom w:w="80" w:type="dxa"/>
              <w:right w:w="80" w:type="dxa"/>
            </w:tcMar>
          </w:tcPr>
          <w:p w14:paraId="1F91883A" w14:textId="77777777" w:rsidR="00D8042F" w:rsidRDefault="007A4ED0">
            <w:pPr>
              <w:jc w:val="center"/>
            </w:pPr>
            <w:r>
              <w:rPr>
                <w:b/>
                <w:color w:val="FFFFFF"/>
                <w:sz w:val="15"/>
              </w:rPr>
              <w:t>証拠資料</w:t>
            </w:r>
            <w:r>
              <w:rPr>
                <w:b/>
                <w:color w:val="FFFFFF"/>
                <w:sz w:val="15"/>
              </w:rPr>
              <w:t>No.</w:t>
            </w:r>
          </w:p>
        </w:tc>
      </w:tr>
      <w:tr w:rsidR="00D8042F" w14:paraId="6492240B" w14:textId="77777777">
        <w:trPr>
          <w:trHeight w:val="1020"/>
          <w:jc w:val="center"/>
        </w:trPr>
        <w:tc>
          <w:tcPr>
            <w:tcW w:w="1927" w:type="dxa"/>
            <w:tcMar>
              <w:top w:w="80" w:type="dxa"/>
              <w:left w:w="80" w:type="dxa"/>
              <w:bottom w:w="80" w:type="dxa"/>
              <w:right w:w="80" w:type="dxa"/>
            </w:tcMar>
            <w:vAlign w:val="center"/>
          </w:tcPr>
          <w:p w14:paraId="52569DED" w14:textId="77777777" w:rsidR="00D8042F" w:rsidRDefault="00D8042F"/>
        </w:tc>
        <w:tc>
          <w:tcPr>
            <w:tcW w:w="1417" w:type="dxa"/>
            <w:tcMar>
              <w:top w:w="80" w:type="dxa"/>
              <w:left w:w="80" w:type="dxa"/>
              <w:bottom w:w="80" w:type="dxa"/>
              <w:right w:w="80" w:type="dxa"/>
            </w:tcMar>
            <w:vAlign w:val="center"/>
          </w:tcPr>
          <w:p w14:paraId="5FF56DD4" w14:textId="77777777" w:rsidR="00D8042F" w:rsidRDefault="00D8042F"/>
        </w:tc>
        <w:tc>
          <w:tcPr>
            <w:tcW w:w="1417" w:type="dxa"/>
            <w:tcMar>
              <w:top w:w="80" w:type="dxa"/>
              <w:left w:w="80" w:type="dxa"/>
              <w:bottom w:w="80" w:type="dxa"/>
              <w:right w:w="80" w:type="dxa"/>
            </w:tcMar>
            <w:vAlign w:val="center"/>
          </w:tcPr>
          <w:p w14:paraId="65834AF6" w14:textId="77777777" w:rsidR="00D8042F" w:rsidRDefault="00D8042F"/>
        </w:tc>
        <w:tc>
          <w:tcPr>
            <w:tcW w:w="1587" w:type="dxa"/>
            <w:tcMar>
              <w:top w:w="80" w:type="dxa"/>
              <w:left w:w="80" w:type="dxa"/>
              <w:bottom w:w="80" w:type="dxa"/>
              <w:right w:w="80" w:type="dxa"/>
            </w:tcMar>
            <w:vAlign w:val="center"/>
          </w:tcPr>
          <w:p w14:paraId="78DF9D40" w14:textId="77777777" w:rsidR="00D8042F" w:rsidRDefault="00D8042F"/>
        </w:tc>
        <w:tc>
          <w:tcPr>
            <w:tcW w:w="1587" w:type="dxa"/>
            <w:tcMar>
              <w:top w:w="80" w:type="dxa"/>
              <w:left w:w="80" w:type="dxa"/>
              <w:bottom w:w="80" w:type="dxa"/>
              <w:right w:w="80" w:type="dxa"/>
            </w:tcMar>
            <w:vAlign w:val="center"/>
          </w:tcPr>
          <w:p w14:paraId="35A090F1" w14:textId="77777777" w:rsidR="00D8042F" w:rsidRDefault="00D8042F"/>
        </w:tc>
        <w:tc>
          <w:tcPr>
            <w:tcW w:w="2721" w:type="dxa"/>
            <w:tcMar>
              <w:top w:w="80" w:type="dxa"/>
              <w:left w:w="80" w:type="dxa"/>
              <w:bottom w:w="80" w:type="dxa"/>
              <w:right w:w="80" w:type="dxa"/>
            </w:tcMar>
            <w:vAlign w:val="center"/>
          </w:tcPr>
          <w:p w14:paraId="6BE54E95" w14:textId="77777777" w:rsidR="00D8042F" w:rsidRDefault="00D8042F"/>
        </w:tc>
        <w:tc>
          <w:tcPr>
            <w:tcW w:w="1020" w:type="dxa"/>
            <w:tcMar>
              <w:top w:w="80" w:type="dxa"/>
              <w:left w:w="80" w:type="dxa"/>
              <w:bottom w:w="80" w:type="dxa"/>
              <w:right w:w="80" w:type="dxa"/>
            </w:tcMar>
            <w:vAlign w:val="center"/>
          </w:tcPr>
          <w:p w14:paraId="57048C95" w14:textId="77777777" w:rsidR="00D8042F" w:rsidRDefault="00D8042F"/>
        </w:tc>
      </w:tr>
      <w:tr w:rsidR="00D8042F" w14:paraId="60597ED1" w14:textId="77777777">
        <w:trPr>
          <w:trHeight w:val="1020"/>
          <w:jc w:val="center"/>
        </w:trPr>
        <w:tc>
          <w:tcPr>
            <w:tcW w:w="1927" w:type="dxa"/>
            <w:tcMar>
              <w:top w:w="80" w:type="dxa"/>
              <w:left w:w="80" w:type="dxa"/>
              <w:bottom w:w="80" w:type="dxa"/>
              <w:right w:w="80" w:type="dxa"/>
            </w:tcMar>
            <w:vAlign w:val="center"/>
          </w:tcPr>
          <w:p w14:paraId="557D93C2" w14:textId="77777777" w:rsidR="00D8042F" w:rsidRDefault="00D8042F"/>
        </w:tc>
        <w:tc>
          <w:tcPr>
            <w:tcW w:w="1417" w:type="dxa"/>
            <w:tcMar>
              <w:top w:w="80" w:type="dxa"/>
              <w:left w:w="80" w:type="dxa"/>
              <w:bottom w:w="80" w:type="dxa"/>
              <w:right w:w="80" w:type="dxa"/>
            </w:tcMar>
            <w:vAlign w:val="center"/>
          </w:tcPr>
          <w:p w14:paraId="4D9A6A8B" w14:textId="77777777" w:rsidR="00D8042F" w:rsidRDefault="00D8042F"/>
        </w:tc>
        <w:tc>
          <w:tcPr>
            <w:tcW w:w="1417" w:type="dxa"/>
            <w:tcMar>
              <w:top w:w="80" w:type="dxa"/>
              <w:left w:w="80" w:type="dxa"/>
              <w:bottom w:w="80" w:type="dxa"/>
              <w:right w:w="80" w:type="dxa"/>
            </w:tcMar>
            <w:vAlign w:val="center"/>
          </w:tcPr>
          <w:p w14:paraId="37F63402" w14:textId="77777777" w:rsidR="00D8042F" w:rsidRDefault="00D8042F"/>
        </w:tc>
        <w:tc>
          <w:tcPr>
            <w:tcW w:w="1587" w:type="dxa"/>
            <w:tcMar>
              <w:top w:w="80" w:type="dxa"/>
              <w:left w:w="80" w:type="dxa"/>
              <w:bottom w:w="80" w:type="dxa"/>
              <w:right w:w="80" w:type="dxa"/>
            </w:tcMar>
            <w:vAlign w:val="center"/>
          </w:tcPr>
          <w:p w14:paraId="7B35FE93" w14:textId="77777777" w:rsidR="00D8042F" w:rsidRDefault="00D8042F"/>
        </w:tc>
        <w:tc>
          <w:tcPr>
            <w:tcW w:w="1587" w:type="dxa"/>
            <w:tcMar>
              <w:top w:w="80" w:type="dxa"/>
              <w:left w:w="80" w:type="dxa"/>
              <w:bottom w:w="80" w:type="dxa"/>
              <w:right w:w="80" w:type="dxa"/>
            </w:tcMar>
            <w:vAlign w:val="center"/>
          </w:tcPr>
          <w:p w14:paraId="6174430A" w14:textId="77777777" w:rsidR="00D8042F" w:rsidRDefault="00D8042F"/>
        </w:tc>
        <w:tc>
          <w:tcPr>
            <w:tcW w:w="2721" w:type="dxa"/>
            <w:tcMar>
              <w:top w:w="80" w:type="dxa"/>
              <w:left w:w="80" w:type="dxa"/>
              <w:bottom w:w="80" w:type="dxa"/>
              <w:right w:w="80" w:type="dxa"/>
            </w:tcMar>
            <w:vAlign w:val="center"/>
          </w:tcPr>
          <w:p w14:paraId="443CB75E" w14:textId="77777777" w:rsidR="00D8042F" w:rsidRDefault="00D8042F"/>
        </w:tc>
        <w:tc>
          <w:tcPr>
            <w:tcW w:w="1020" w:type="dxa"/>
            <w:tcMar>
              <w:top w:w="80" w:type="dxa"/>
              <w:left w:w="80" w:type="dxa"/>
              <w:bottom w:w="80" w:type="dxa"/>
              <w:right w:w="80" w:type="dxa"/>
            </w:tcMar>
            <w:vAlign w:val="center"/>
          </w:tcPr>
          <w:p w14:paraId="685357BB" w14:textId="77777777" w:rsidR="00D8042F" w:rsidRDefault="00D8042F"/>
        </w:tc>
      </w:tr>
      <w:tr w:rsidR="00D8042F" w14:paraId="52568408" w14:textId="77777777">
        <w:trPr>
          <w:trHeight w:val="1020"/>
          <w:jc w:val="center"/>
        </w:trPr>
        <w:tc>
          <w:tcPr>
            <w:tcW w:w="1927" w:type="dxa"/>
            <w:tcMar>
              <w:top w:w="80" w:type="dxa"/>
              <w:left w:w="80" w:type="dxa"/>
              <w:bottom w:w="80" w:type="dxa"/>
              <w:right w:w="80" w:type="dxa"/>
            </w:tcMar>
            <w:vAlign w:val="center"/>
          </w:tcPr>
          <w:p w14:paraId="6463089E" w14:textId="77777777" w:rsidR="00D8042F" w:rsidRDefault="00D8042F"/>
        </w:tc>
        <w:tc>
          <w:tcPr>
            <w:tcW w:w="1417" w:type="dxa"/>
            <w:tcMar>
              <w:top w:w="80" w:type="dxa"/>
              <w:left w:w="80" w:type="dxa"/>
              <w:bottom w:w="80" w:type="dxa"/>
              <w:right w:w="80" w:type="dxa"/>
            </w:tcMar>
            <w:vAlign w:val="center"/>
          </w:tcPr>
          <w:p w14:paraId="464E766E" w14:textId="77777777" w:rsidR="00D8042F" w:rsidRDefault="00D8042F"/>
        </w:tc>
        <w:tc>
          <w:tcPr>
            <w:tcW w:w="1417" w:type="dxa"/>
            <w:tcMar>
              <w:top w:w="80" w:type="dxa"/>
              <w:left w:w="80" w:type="dxa"/>
              <w:bottom w:w="80" w:type="dxa"/>
              <w:right w:w="80" w:type="dxa"/>
            </w:tcMar>
            <w:vAlign w:val="center"/>
          </w:tcPr>
          <w:p w14:paraId="4B223C6B" w14:textId="77777777" w:rsidR="00D8042F" w:rsidRDefault="00D8042F"/>
        </w:tc>
        <w:tc>
          <w:tcPr>
            <w:tcW w:w="1587" w:type="dxa"/>
            <w:tcMar>
              <w:top w:w="80" w:type="dxa"/>
              <w:left w:w="80" w:type="dxa"/>
              <w:bottom w:w="80" w:type="dxa"/>
              <w:right w:w="80" w:type="dxa"/>
            </w:tcMar>
            <w:vAlign w:val="center"/>
          </w:tcPr>
          <w:p w14:paraId="7B74A245" w14:textId="77777777" w:rsidR="00D8042F" w:rsidRDefault="00D8042F"/>
        </w:tc>
        <w:tc>
          <w:tcPr>
            <w:tcW w:w="1587" w:type="dxa"/>
            <w:tcMar>
              <w:top w:w="80" w:type="dxa"/>
              <w:left w:w="80" w:type="dxa"/>
              <w:bottom w:w="80" w:type="dxa"/>
              <w:right w:w="80" w:type="dxa"/>
            </w:tcMar>
            <w:vAlign w:val="center"/>
          </w:tcPr>
          <w:p w14:paraId="44822342" w14:textId="77777777" w:rsidR="00D8042F" w:rsidRDefault="00D8042F"/>
        </w:tc>
        <w:tc>
          <w:tcPr>
            <w:tcW w:w="2721" w:type="dxa"/>
            <w:tcMar>
              <w:top w:w="80" w:type="dxa"/>
              <w:left w:w="80" w:type="dxa"/>
              <w:bottom w:w="80" w:type="dxa"/>
              <w:right w:w="80" w:type="dxa"/>
            </w:tcMar>
            <w:vAlign w:val="center"/>
          </w:tcPr>
          <w:p w14:paraId="4F8F6DEC" w14:textId="77777777" w:rsidR="00D8042F" w:rsidRDefault="00D8042F"/>
        </w:tc>
        <w:tc>
          <w:tcPr>
            <w:tcW w:w="1020" w:type="dxa"/>
            <w:tcMar>
              <w:top w:w="80" w:type="dxa"/>
              <w:left w:w="80" w:type="dxa"/>
              <w:bottom w:w="80" w:type="dxa"/>
              <w:right w:w="80" w:type="dxa"/>
            </w:tcMar>
            <w:vAlign w:val="center"/>
          </w:tcPr>
          <w:p w14:paraId="4C78D37F" w14:textId="77777777" w:rsidR="00D8042F" w:rsidRDefault="00D8042F"/>
        </w:tc>
      </w:tr>
    </w:tbl>
    <w:p w14:paraId="5C13F907" w14:textId="77777777" w:rsidR="00D8042F" w:rsidRDefault="007A4ED0">
      <w:pPr>
        <w:pStyle w:val="21"/>
        <w:rPr>
          <w:lang w:eastAsia="ja-JP"/>
        </w:rPr>
      </w:pPr>
      <w:r>
        <w:rPr>
          <w:rFonts w:ascii="Noto Sans CJK JP" w:eastAsia="Noto Sans CJK JP" w:hAnsi="Noto Sans CJK JP"/>
          <w:lang w:eastAsia="ja-JP"/>
        </w:rPr>
        <w:t>C</w:t>
      </w:r>
      <w:r>
        <w:rPr>
          <w:rFonts w:ascii="Noto Sans CJK JP" w:eastAsia="Noto Sans CJK JP" w:hAnsi="Noto Sans CJK JP"/>
          <w:lang w:eastAsia="ja-JP"/>
        </w:rPr>
        <w:t xml:space="preserve">　市民参加・委員会支援等の実績</w:t>
      </w:r>
    </w:p>
    <w:p w14:paraId="05455E62" w14:textId="77777777" w:rsidR="00D8042F" w:rsidRDefault="007A4ED0">
      <w:pPr>
        <w:rPr>
          <w:lang w:eastAsia="ja-JP"/>
        </w:rPr>
      </w:pPr>
      <w:r>
        <w:rPr>
          <w:lang w:eastAsia="ja-JP"/>
        </w:rPr>
        <w:t>施設計画等におけるワークショップ、ヒアリング、委員会支援等の実績</w:t>
      </w:r>
    </w:p>
    <w:tbl>
      <w:tblPr>
        <w:tblStyle w:val="afe"/>
        <w:tblW w:w="0" w:type="auto"/>
        <w:jc w:val="center"/>
        <w:tblLook w:val="04A0" w:firstRow="1" w:lastRow="0" w:firstColumn="1" w:lastColumn="0" w:noHBand="0" w:noVBand="1"/>
      </w:tblPr>
      <w:tblGrid>
        <w:gridCol w:w="1673"/>
        <w:gridCol w:w="1244"/>
        <w:gridCol w:w="1244"/>
        <w:gridCol w:w="1411"/>
        <w:gridCol w:w="1411"/>
        <w:gridCol w:w="2343"/>
        <w:gridCol w:w="920"/>
      </w:tblGrid>
      <w:tr w:rsidR="00D8042F" w14:paraId="6FA03BE6" w14:textId="77777777">
        <w:trPr>
          <w:tblHeader/>
          <w:jc w:val="center"/>
        </w:trPr>
        <w:tc>
          <w:tcPr>
            <w:tcW w:w="1927" w:type="dxa"/>
            <w:shd w:val="clear" w:color="auto" w:fill="1F4E78"/>
            <w:tcMar>
              <w:top w:w="80" w:type="dxa"/>
              <w:left w:w="80" w:type="dxa"/>
              <w:bottom w:w="80" w:type="dxa"/>
              <w:right w:w="80" w:type="dxa"/>
            </w:tcMar>
          </w:tcPr>
          <w:p w14:paraId="51428B1A" w14:textId="77777777" w:rsidR="00D8042F" w:rsidRDefault="007A4ED0">
            <w:pPr>
              <w:jc w:val="center"/>
            </w:pPr>
            <w:proofErr w:type="spellStart"/>
            <w:r>
              <w:rPr>
                <w:b/>
                <w:color w:val="FFFFFF"/>
                <w:sz w:val="15"/>
              </w:rPr>
              <w:lastRenderedPageBreak/>
              <w:t>業務名</w:t>
            </w:r>
            <w:proofErr w:type="spellEnd"/>
          </w:p>
        </w:tc>
        <w:tc>
          <w:tcPr>
            <w:tcW w:w="1417" w:type="dxa"/>
            <w:shd w:val="clear" w:color="auto" w:fill="1F4E78"/>
            <w:tcMar>
              <w:top w:w="80" w:type="dxa"/>
              <w:left w:w="80" w:type="dxa"/>
              <w:bottom w:w="80" w:type="dxa"/>
              <w:right w:w="80" w:type="dxa"/>
            </w:tcMar>
          </w:tcPr>
          <w:p w14:paraId="00DF3273" w14:textId="77777777" w:rsidR="00D8042F" w:rsidRDefault="007A4ED0">
            <w:pPr>
              <w:jc w:val="center"/>
            </w:pPr>
            <w:r>
              <w:rPr>
                <w:b/>
                <w:color w:val="FFFFFF"/>
                <w:sz w:val="15"/>
              </w:rPr>
              <w:t>発注者</w:t>
            </w:r>
          </w:p>
        </w:tc>
        <w:tc>
          <w:tcPr>
            <w:tcW w:w="1417" w:type="dxa"/>
            <w:shd w:val="clear" w:color="auto" w:fill="1F4E78"/>
            <w:tcMar>
              <w:top w:w="80" w:type="dxa"/>
              <w:left w:w="80" w:type="dxa"/>
              <w:bottom w:w="80" w:type="dxa"/>
              <w:right w:w="80" w:type="dxa"/>
            </w:tcMar>
          </w:tcPr>
          <w:p w14:paraId="0D9F1CA1" w14:textId="77777777" w:rsidR="00D8042F" w:rsidRDefault="007A4ED0">
            <w:pPr>
              <w:jc w:val="center"/>
            </w:pPr>
            <w:r>
              <w:rPr>
                <w:b/>
                <w:color w:val="FFFFFF"/>
                <w:sz w:val="15"/>
              </w:rPr>
              <w:t>履行期間</w:t>
            </w:r>
            <w:r>
              <w:rPr>
                <w:b/>
                <w:color w:val="FFFFFF"/>
                <w:sz w:val="15"/>
              </w:rPr>
              <w:br/>
            </w:r>
            <w:r>
              <w:rPr>
                <w:b/>
                <w:color w:val="FFFFFF"/>
                <w:sz w:val="15"/>
              </w:rPr>
              <w:t>完了年月</w:t>
            </w:r>
          </w:p>
        </w:tc>
        <w:tc>
          <w:tcPr>
            <w:tcW w:w="1587" w:type="dxa"/>
            <w:shd w:val="clear" w:color="auto" w:fill="1F4E78"/>
            <w:tcMar>
              <w:top w:w="80" w:type="dxa"/>
              <w:left w:w="80" w:type="dxa"/>
              <w:bottom w:w="80" w:type="dxa"/>
              <w:right w:w="80" w:type="dxa"/>
            </w:tcMar>
          </w:tcPr>
          <w:p w14:paraId="2C19FE78" w14:textId="77777777" w:rsidR="00D8042F" w:rsidRDefault="007A4ED0">
            <w:pPr>
              <w:jc w:val="center"/>
            </w:pPr>
            <w:r>
              <w:rPr>
                <w:b/>
                <w:color w:val="FFFFFF"/>
                <w:sz w:val="15"/>
              </w:rPr>
              <w:t>施設用途・規模</w:t>
            </w:r>
          </w:p>
        </w:tc>
        <w:tc>
          <w:tcPr>
            <w:tcW w:w="1587" w:type="dxa"/>
            <w:shd w:val="clear" w:color="auto" w:fill="1F4E78"/>
            <w:tcMar>
              <w:top w:w="80" w:type="dxa"/>
              <w:left w:w="80" w:type="dxa"/>
              <w:bottom w:w="80" w:type="dxa"/>
              <w:right w:w="80" w:type="dxa"/>
            </w:tcMar>
          </w:tcPr>
          <w:p w14:paraId="7C44067D" w14:textId="77777777" w:rsidR="00D8042F" w:rsidRDefault="007A4ED0">
            <w:pPr>
              <w:jc w:val="center"/>
            </w:pPr>
            <w:r>
              <w:rPr>
                <w:b/>
                <w:color w:val="FFFFFF"/>
                <w:sz w:val="15"/>
              </w:rPr>
              <w:t>受注形態・役割</w:t>
            </w:r>
          </w:p>
        </w:tc>
        <w:tc>
          <w:tcPr>
            <w:tcW w:w="2721" w:type="dxa"/>
            <w:shd w:val="clear" w:color="auto" w:fill="1F4E78"/>
            <w:tcMar>
              <w:top w:w="80" w:type="dxa"/>
              <w:left w:w="80" w:type="dxa"/>
              <w:bottom w:w="80" w:type="dxa"/>
              <w:right w:w="80" w:type="dxa"/>
            </w:tcMar>
          </w:tcPr>
          <w:p w14:paraId="58B9D724" w14:textId="77777777" w:rsidR="00D8042F" w:rsidRDefault="007A4ED0">
            <w:pPr>
              <w:jc w:val="center"/>
            </w:pPr>
            <w:r>
              <w:rPr>
                <w:b/>
                <w:color w:val="FFFFFF"/>
                <w:sz w:val="15"/>
              </w:rPr>
              <w:t>業務概要</w:t>
            </w:r>
          </w:p>
        </w:tc>
        <w:tc>
          <w:tcPr>
            <w:tcW w:w="1020" w:type="dxa"/>
            <w:shd w:val="clear" w:color="auto" w:fill="1F4E78"/>
            <w:tcMar>
              <w:top w:w="80" w:type="dxa"/>
              <w:left w:w="80" w:type="dxa"/>
              <w:bottom w:w="80" w:type="dxa"/>
              <w:right w:w="80" w:type="dxa"/>
            </w:tcMar>
          </w:tcPr>
          <w:p w14:paraId="6C7F6DB2" w14:textId="77777777" w:rsidR="00D8042F" w:rsidRDefault="007A4ED0">
            <w:pPr>
              <w:jc w:val="center"/>
            </w:pPr>
            <w:r>
              <w:rPr>
                <w:b/>
                <w:color w:val="FFFFFF"/>
                <w:sz w:val="15"/>
              </w:rPr>
              <w:t>証拠資料</w:t>
            </w:r>
            <w:r>
              <w:rPr>
                <w:b/>
                <w:color w:val="FFFFFF"/>
                <w:sz w:val="15"/>
              </w:rPr>
              <w:t>No.</w:t>
            </w:r>
          </w:p>
        </w:tc>
      </w:tr>
      <w:tr w:rsidR="00D8042F" w14:paraId="40EFD635" w14:textId="77777777">
        <w:trPr>
          <w:trHeight w:val="1020"/>
          <w:jc w:val="center"/>
        </w:trPr>
        <w:tc>
          <w:tcPr>
            <w:tcW w:w="1927" w:type="dxa"/>
            <w:tcMar>
              <w:top w:w="80" w:type="dxa"/>
              <w:left w:w="80" w:type="dxa"/>
              <w:bottom w:w="80" w:type="dxa"/>
              <w:right w:w="80" w:type="dxa"/>
            </w:tcMar>
            <w:vAlign w:val="center"/>
          </w:tcPr>
          <w:p w14:paraId="7126D8AB" w14:textId="77777777" w:rsidR="00D8042F" w:rsidRDefault="00D8042F"/>
        </w:tc>
        <w:tc>
          <w:tcPr>
            <w:tcW w:w="1417" w:type="dxa"/>
            <w:tcMar>
              <w:top w:w="80" w:type="dxa"/>
              <w:left w:w="80" w:type="dxa"/>
              <w:bottom w:w="80" w:type="dxa"/>
              <w:right w:w="80" w:type="dxa"/>
            </w:tcMar>
            <w:vAlign w:val="center"/>
          </w:tcPr>
          <w:p w14:paraId="7A530A89" w14:textId="77777777" w:rsidR="00D8042F" w:rsidRDefault="00D8042F"/>
        </w:tc>
        <w:tc>
          <w:tcPr>
            <w:tcW w:w="1417" w:type="dxa"/>
            <w:tcMar>
              <w:top w:w="80" w:type="dxa"/>
              <w:left w:w="80" w:type="dxa"/>
              <w:bottom w:w="80" w:type="dxa"/>
              <w:right w:w="80" w:type="dxa"/>
            </w:tcMar>
            <w:vAlign w:val="center"/>
          </w:tcPr>
          <w:p w14:paraId="5EC811B2" w14:textId="77777777" w:rsidR="00D8042F" w:rsidRDefault="00D8042F"/>
        </w:tc>
        <w:tc>
          <w:tcPr>
            <w:tcW w:w="1587" w:type="dxa"/>
            <w:tcMar>
              <w:top w:w="80" w:type="dxa"/>
              <w:left w:w="80" w:type="dxa"/>
              <w:bottom w:w="80" w:type="dxa"/>
              <w:right w:w="80" w:type="dxa"/>
            </w:tcMar>
            <w:vAlign w:val="center"/>
          </w:tcPr>
          <w:p w14:paraId="3C5BB11B" w14:textId="77777777" w:rsidR="00D8042F" w:rsidRDefault="00D8042F"/>
        </w:tc>
        <w:tc>
          <w:tcPr>
            <w:tcW w:w="1587" w:type="dxa"/>
            <w:tcMar>
              <w:top w:w="80" w:type="dxa"/>
              <w:left w:w="80" w:type="dxa"/>
              <w:bottom w:w="80" w:type="dxa"/>
              <w:right w:w="80" w:type="dxa"/>
            </w:tcMar>
            <w:vAlign w:val="center"/>
          </w:tcPr>
          <w:p w14:paraId="24A631AD" w14:textId="77777777" w:rsidR="00D8042F" w:rsidRDefault="00D8042F"/>
        </w:tc>
        <w:tc>
          <w:tcPr>
            <w:tcW w:w="2721" w:type="dxa"/>
            <w:tcMar>
              <w:top w:w="80" w:type="dxa"/>
              <w:left w:w="80" w:type="dxa"/>
              <w:bottom w:w="80" w:type="dxa"/>
              <w:right w:w="80" w:type="dxa"/>
            </w:tcMar>
            <w:vAlign w:val="center"/>
          </w:tcPr>
          <w:p w14:paraId="16CC7DA9" w14:textId="77777777" w:rsidR="00D8042F" w:rsidRDefault="00D8042F"/>
        </w:tc>
        <w:tc>
          <w:tcPr>
            <w:tcW w:w="1020" w:type="dxa"/>
            <w:tcMar>
              <w:top w:w="80" w:type="dxa"/>
              <w:left w:w="80" w:type="dxa"/>
              <w:bottom w:w="80" w:type="dxa"/>
              <w:right w:w="80" w:type="dxa"/>
            </w:tcMar>
            <w:vAlign w:val="center"/>
          </w:tcPr>
          <w:p w14:paraId="3DFD7EA2" w14:textId="77777777" w:rsidR="00D8042F" w:rsidRDefault="00D8042F"/>
        </w:tc>
      </w:tr>
      <w:tr w:rsidR="00D8042F" w14:paraId="6243B637" w14:textId="77777777">
        <w:trPr>
          <w:trHeight w:val="1020"/>
          <w:jc w:val="center"/>
        </w:trPr>
        <w:tc>
          <w:tcPr>
            <w:tcW w:w="1927" w:type="dxa"/>
            <w:tcMar>
              <w:top w:w="80" w:type="dxa"/>
              <w:left w:w="80" w:type="dxa"/>
              <w:bottom w:w="80" w:type="dxa"/>
              <w:right w:w="80" w:type="dxa"/>
            </w:tcMar>
            <w:vAlign w:val="center"/>
          </w:tcPr>
          <w:p w14:paraId="4BF9826D" w14:textId="77777777" w:rsidR="00D8042F" w:rsidRDefault="00D8042F"/>
        </w:tc>
        <w:tc>
          <w:tcPr>
            <w:tcW w:w="1417" w:type="dxa"/>
            <w:tcMar>
              <w:top w:w="80" w:type="dxa"/>
              <w:left w:w="80" w:type="dxa"/>
              <w:bottom w:w="80" w:type="dxa"/>
              <w:right w:w="80" w:type="dxa"/>
            </w:tcMar>
            <w:vAlign w:val="center"/>
          </w:tcPr>
          <w:p w14:paraId="3E0D5AE7" w14:textId="77777777" w:rsidR="00D8042F" w:rsidRDefault="00D8042F"/>
        </w:tc>
        <w:tc>
          <w:tcPr>
            <w:tcW w:w="1417" w:type="dxa"/>
            <w:tcMar>
              <w:top w:w="80" w:type="dxa"/>
              <w:left w:w="80" w:type="dxa"/>
              <w:bottom w:w="80" w:type="dxa"/>
              <w:right w:w="80" w:type="dxa"/>
            </w:tcMar>
            <w:vAlign w:val="center"/>
          </w:tcPr>
          <w:p w14:paraId="21651873" w14:textId="77777777" w:rsidR="00D8042F" w:rsidRDefault="00D8042F"/>
        </w:tc>
        <w:tc>
          <w:tcPr>
            <w:tcW w:w="1587" w:type="dxa"/>
            <w:tcMar>
              <w:top w:w="80" w:type="dxa"/>
              <w:left w:w="80" w:type="dxa"/>
              <w:bottom w:w="80" w:type="dxa"/>
              <w:right w:w="80" w:type="dxa"/>
            </w:tcMar>
            <w:vAlign w:val="center"/>
          </w:tcPr>
          <w:p w14:paraId="3E67C706" w14:textId="77777777" w:rsidR="00D8042F" w:rsidRDefault="00D8042F"/>
        </w:tc>
        <w:tc>
          <w:tcPr>
            <w:tcW w:w="1587" w:type="dxa"/>
            <w:tcMar>
              <w:top w:w="80" w:type="dxa"/>
              <w:left w:w="80" w:type="dxa"/>
              <w:bottom w:w="80" w:type="dxa"/>
              <w:right w:w="80" w:type="dxa"/>
            </w:tcMar>
            <w:vAlign w:val="center"/>
          </w:tcPr>
          <w:p w14:paraId="2E4B0374" w14:textId="77777777" w:rsidR="00D8042F" w:rsidRDefault="00D8042F"/>
        </w:tc>
        <w:tc>
          <w:tcPr>
            <w:tcW w:w="2721" w:type="dxa"/>
            <w:tcMar>
              <w:top w:w="80" w:type="dxa"/>
              <w:left w:w="80" w:type="dxa"/>
              <w:bottom w:w="80" w:type="dxa"/>
              <w:right w:w="80" w:type="dxa"/>
            </w:tcMar>
            <w:vAlign w:val="center"/>
          </w:tcPr>
          <w:p w14:paraId="0ED03D8E" w14:textId="77777777" w:rsidR="00D8042F" w:rsidRDefault="00D8042F"/>
        </w:tc>
        <w:tc>
          <w:tcPr>
            <w:tcW w:w="1020" w:type="dxa"/>
            <w:tcMar>
              <w:top w:w="80" w:type="dxa"/>
              <w:left w:w="80" w:type="dxa"/>
              <w:bottom w:w="80" w:type="dxa"/>
              <w:right w:w="80" w:type="dxa"/>
            </w:tcMar>
            <w:vAlign w:val="center"/>
          </w:tcPr>
          <w:p w14:paraId="65D61DD7" w14:textId="77777777" w:rsidR="00D8042F" w:rsidRDefault="00D8042F"/>
        </w:tc>
      </w:tr>
      <w:tr w:rsidR="00D8042F" w14:paraId="173D612E" w14:textId="77777777">
        <w:trPr>
          <w:trHeight w:val="1020"/>
          <w:jc w:val="center"/>
        </w:trPr>
        <w:tc>
          <w:tcPr>
            <w:tcW w:w="1927" w:type="dxa"/>
            <w:tcMar>
              <w:top w:w="80" w:type="dxa"/>
              <w:left w:w="80" w:type="dxa"/>
              <w:bottom w:w="80" w:type="dxa"/>
              <w:right w:w="80" w:type="dxa"/>
            </w:tcMar>
            <w:vAlign w:val="center"/>
          </w:tcPr>
          <w:p w14:paraId="5AB25883" w14:textId="77777777" w:rsidR="00D8042F" w:rsidRDefault="00D8042F"/>
        </w:tc>
        <w:tc>
          <w:tcPr>
            <w:tcW w:w="1417" w:type="dxa"/>
            <w:tcMar>
              <w:top w:w="80" w:type="dxa"/>
              <w:left w:w="80" w:type="dxa"/>
              <w:bottom w:w="80" w:type="dxa"/>
              <w:right w:w="80" w:type="dxa"/>
            </w:tcMar>
            <w:vAlign w:val="center"/>
          </w:tcPr>
          <w:p w14:paraId="06FA6F16" w14:textId="77777777" w:rsidR="00D8042F" w:rsidRDefault="00D8042F"/>
        </w:tc>
        <w:tc>
          <w:tcPr>
            <w:tcW w:w="1417" w:type="dxa"/>
            <w:tcMar>
              <w:top w:w="80" w:type="dxa"/>
              <w:left w:w="80" w:type="dxa"/>
              <w:bottom w:w="80" w:type="dxa"/>
              <w:right w:w="80" w:type="dxa"/>
            </w:tcMar>
            <w:vAlign w:val="center"/>
          </w:tcPr>
          <w:p w14:paraId="50845C22" w14:textId="77777777" w:rsidR="00D8042F" w:rsidRDefault="00D8042F"/>
        </w:tc>
        <w:tc>
          <w:tcPr>
            <w:tcW w:w="1587" w:type="dxa"/>
            <w:tcMar>
              <w:top w:w="80" w:type="dxa"/>
              <w:left w:w="80" w:type="dxa"/>
              <w:bottom w:w="80" w:type="dxa"/>
              <w:right w:w="80" w:type="dxa"/>
            </w:tcMar>
            <w:vAlign w:val="center"/>
          </w:tcPr>
          <w:p w14:paraId="00CF6696" w14:textId="77777777" w:rsidR="00D8042F" w:rsidRDefault="00D8042F"/>
        </w:tc>
        <w:tc>
          <w:tcPr>
            <w:tcW w:w="1587" w:type="dxa"/>
            <w:tcMar>
              <w:top w:w="80" w:type="dxa"/>
              <w:left w:w="80" w:type="dxa"/>
              <w:bottom w:w="80" w:type="dxa"/>
              <w:right w:w="80" w:type="dxa"/>
            </w:tcMar>
            <w:vAlign w:val="center"/>
          </w:tcPr>
          <w:p w14:paraId="2F9F40FD" w14:textId="77777777" w:rsidR="00D8042F" w:rsidRDefault="00D8042F"/>
        </w:tc>
        <w:tc>
          <w:tcPr>
            <w:tcW w:w="2721" w:type="dxa"/>
            <w:tcMar>
              <w:top w:w="80" w:type="dxa"/>
              <w:left w:w="80" w:type="dxa"/>
              <w:bottom w:w="80" w:type="dxa"/>
              <w:right w:w="80" w:type="dxa"/>
            </w:tcMar>
            <w:vAlign w:val="center"/>
          </w:tcPr>
          <w:p w14:paraId="0B8D021B" w14:textId="77777777" w:rsidR="00D8042F" w:rsidRDefault="00D8042F"/>
        </w:tc>
        <w:tc>
          <w:tcPr>
            <w:tcW w:w="1020" w:type="dxa"/>
            <w:tcMar>
              <w:top w:w="80" w:type="dxa"/>
              <w:left w:w="80" w:type="dxa"/>
              <w:bottom w:w="80" w:type="dxa"/>
              <w:right w:w="80" w:type="dxa"/>
            </w:tcMar>
            <w:vAlign w:val="center"/>
          </w:tcPr>
          <w:p w14:paraId="3B967CC5" w14:textId="77777777" w:rsidR="00D8042F" w:rsidRDefault="00D8042F"/>
        </w:tc>
      </w:tr>
    </w:tbl>
    <w:p w14:paraId="28C5E825" w14:textId="77777777" w:rsidR="00D8042F" w:rsidRDefault="007A4ED0">
      <w:pPr>
        <w:rPr>
          <w:lang w:eastAsia="ja-JP"/>
        </w:rPr>
      </w:pPr>
      <w:r>
        <w:rPr>
          <w:lang w:eastAsia="ja-JP"/>
        </w:rPr>
        <w:t>※</w:t>
      </w:r>
      <w:r>
        <w:rPr>
          <w:lang w:eastAsia="ja-JP"/>
        </w:rPr>
        <w:t>共同企業体での実績は、担当した役割・分担を「受注形態・役割」欄に明記してください。件数が多い場合は本様式を複写してください。</w:t>
      </w:r>
    </w:p>
    <w:p w14:paraId="4B67A364" w14:textId="77777777" w:rsidR="00D8042F" w:rsidRDefault="007A4ED0">
      <w:pPr>
        <w:rPr>
          <w:lang w:eastAsia="ja-JP"/>
        </w:rPr>
      </w:pPr>
      <w:r>
        <w:rPr>
          <w:lang w:eastAsia="ja-JP"/>
        </w:rPr>
        <w:br w:type="page"/>
      </w:r>
    </w:p>
    <w:p w14:paraId="61F405E6" w14:textId="77777777" w:rsidR="00D8042F" w:rsidRDefault="007A4ED0">
      <w:pPr>
        <w:jc w:val="right"/>
        <w:rPr>
          <w:lang w:eastAsia="ja-JP"/>
        </w:rPr>
      </w:pPr>
      <w:r>
        <w:rPr>
          <w:b/>
          <w:lang w:eastAsia="ja-JP"/>
        </w:rPr>
        <w:lastRenderedPageBreak/>
        <w:t>様式第</w:t>
      </w:r>
      <w:r>
        <w:rPr>
          <w:b/>
          <w:lang w:eastAsia="ja-JP"/>
        </w:rPr>
        <w:t>6</w:t>
      </w:r>
      <w:r>
        <w:rPr>
          <w:b/>
          <w:lang w:eastAsia="ja-JP"/>
        </w:rPr>
        <w:t>号</w:t>
      </w:r>
    </w:p>
    <w:p w14:paraId="699328D6" w14:textId="77777777" w:rsidR="00D8042F" w:rsidRDefault="007A4ED0">
      <w:pPr>
        <w:jc w:val="center"/>
        <w:rPr>
          <w:lang w:eastAsia="ja-JP"/>
        </w:rPr>
      </w:pPr>
      <w:r>
        <w:rPr>
          <w:b/>
          <w:sz w:val="32"/>
          <w:lang w:eastAsia="ja-JP"/>
        </w:rPr>
        <w:t>管理技術者及び主要担当者の経歴・実績・資格調書</w:t>
      </w:r>
    </w:p>
    <w:p w14:paraId="4D92833E" w14:textId="77777777" w:rsidR="00D8042F" w:rsidRDefault="007A4ED0">
      <w:pPr>
        <w:jc w:val="right"/>
        <w:rPr>
          <w:lang w:eastAsia="ja-JP"/>
        </w:rPr>
      </w:pPr>
      <w:r>
        <w:rPr>
          <w:color w:val="666666"/>
          <w:sz w:val="16"/>
          <w:lang w:eastAsia="ja-JP"/>
        </w:rPr>
        <w:t>（根拠：実施要領第</w:t>
      </w:r>
      <w:r>
        <w:rPr>
          <w:color w:val="666666"/>
          <w:sz w:val="16"/>
          <w:lang w:eastAsia="ja-JP"/>
        </w:rPr>
        <w:t>4-1</w:t>
      </w:r>
      <w:r>
        <w:rPr>
          <w:color w:val="666666"/>
          <w:sz w:val="16"/>
          <w:lang w:eastAsia="ja-JP"/>
        </w:rPr>
        <w:t>・第</w:t>
      </w:r>
      <w:r>
        <w:rPr>
          <w:color w:val="666666"/>
          <w:sz w:val="16"/>
          <w:lang w:eastAsia="ja-JP"/>
        </w:rPr>
        <w:t>8</w:t>
      </w:r>
      <w:r>
        <w:rPr>
          <w:color w:val="666666"/>
          <w:sz w:val="16"/>
          <w:lang w:eastAsia="ja-JP"/>
        </w:rPr>
        <w:t>、審査要領第</w:t>
      </w:r>
      <w:r>
        <w:rPr>
          <w:color w:val="666666"/>
          <w:sz w:val="16"/>
          <w:lang w:eastAsia="ja-JP"/>
        </w:rPr>
        <w:t>5</w:t>
      </w:r>
      <w:r>
        <w:rPr>
          <w:color w:val="666666"/>
          <w:sz w:val="16"/>
          <w:lang w:eastAsia="ja-JP"/>
        </w:rPr>
        <w:t>）</w:t>
      </w:r>
    </w:p>
    <w:p w14:paraId="08C1B1C6" w14:textId="77777777" w:rsidR="00D8042F" w:rsidRDefault="007A4ED0">
      <w:pPr>
        <w:rPr>
          <w:lang w:eastAsia="ja-JP"/>
        </w:rPr>
      </w:pPr>
      <w:r>
        <w:rPr>
          <w:lang w:eastAsia="ja-JP"/>
        </w:rPr>
        <w:t>※</w:t>
      </w:r>
      <w:r>
        <w:rPr>
          <w:lang w:eastAsia="ja-JP"/>
        </w:rPr>
        <w:t>配置予定者</w:t>
      </w:r>
      <w:r>
        <w:rPr>
          <w:lang w:eastAsia="ja-JP"/>
        </w:rPr>
        <w:t>1</w:t>
      </w:r>
      <w:r>
        <w:rPr>
          <w:lang w:eastAsia="ja-JP"/>
        </w:rPr>
        <w:t>名につき</w:t>
      </w:r>
      <w:r>
        <w:rPr>
          <w:lang w:eastAsia="ja-JP"/>
        </w:rPr>
        <w:t>1</w:t>
      </w:r>
      <w:r>
        <w:rPr>
          <w:lang w:eastAsia="ja-JP"/>
        </w:rPr>
        <w:t>枚作成してください。</w:t>
      </w:r>
    </w:p>
    <w:tbl>
      <w:tblPr>
        <w:tblStyle w:val="afe"/>
        <w:tblW w:w="0" w:type="auto"/>
        <w:jc w:val="center"/>
        <w:tblLook w:val="04A0" w:firstRow="1" w:lastRow="0" w:firstColumn="1" w:lastColumn="0" w:noHBand="0" w:noVBand="1"/>
      </w:tblPr>
      <w:tblGrid>
        <w:gridCol w:w="3402"/>
        <w:gridCol w:w="6520"/>
      </w:tblGrid>
      <w:tr w:rsidR="00D8042F" w14:paraId="7FD57275" w14:textId="77777777">
        <w:trPr>
          <w:tblHeader/>
          <w:jc w:val="center"/>
        </w:trPr>
        <w:tc>
          <w:tcPr>
            <w:tcW w:w="3402" w:type="dxa"/>
            <w:shd w:val="clear" w:color="auto" w:fill="1F4E78"/>
            <w:tcMar>
              <w:top w:w="80" w:type="dxa"/>
              <w:left w:w="80" w:type="dxa"/>
              <w:bottom w:w="80" w:type="dxa"/>
              <w:right w:w="80" w:type="dxa"/>
            </w:tcMar>
          </w:tcPr>
          <w:p w14:paraId="09CDC104" w14:textId="77777777" w:rsidR="00D8042F" w:rsidRDefault="007A4ED0">
            <w:pPr>
              <w:jc w:val="center"/>
            </w:pPr>
            <w:proofErr w:type="spellStart"/>
            <w:r>
              <w:rPr>
                <w:b/>
                <w:color w:val="FFFFFF"/>
                <w:sz w:val="17"/>
              </w:rPr>
              <w:t>項目</w:t>
            </w:r>
            <w:proofErr w:type="spellEnd"/>
          </w:p>
        </w:tc>
        <w:tc>
          <w:tcPr>
            <w:tcW w:w="6520" w:type="dxa"/>
            <w:shd w:val="clear" w:color="auto" w:fill="1F4E78"/>
            <w:tcMar>
              <w:top w:w="80" w:type="dxa"/>
              <w:left w:w="80" w:type="dxa"/>
              <w:bottom w:w="80" w:type="dxa"/>
              <w:right w:w="80" w:type="dxa"/>
            </w:tcMar>
          </w:tcPr>
          <w:p w14:paraId="35725FE4" w14:textId="77777777" w:rsidR="00D8042F" w:rsidRDefault="007A4ED0">
            <w:pPr>
              <w:jc w:val="center"/>
            </w:pPr>
            <w:r>
              <w:rPr>
                <w:b/>
                <w:color w:val="FFFFFF"/>
                <w:sz w:val="17"/>
              </w:rPr>
              <w:t>記載欄</w:t>
            </w:r>
          </w:p>
        </w:tc>
      </w:tr>
      <w:tr w:rsidR="00D8042F" w14:paraId="57EDB06D" w14:textId="77777777">
        <w:trPr>
          <w:jc w:val="center"/>
        </w:trPr>
        <w:tc>
          <w:tcPr>
            <w:tcW w:w="3402" w:type="dxa"/>
            <w:tcMar>
              <w:top w:w="80" w:type="dxa"/>
              <w:left w:w="80" w:type="dxa"/>
              <w:bottom w:w="80" w:type="dxa"/>
              <w:right w:w="80" w:type="dxa"/>
            </w:tcMar>
            <w:vAlign w:val="center"/>
          </w:tcPr>
          <w:p w14:paraId="3A950165" w14:textId="77777777" w:rsidR="00D8042F" w:rsidRDefault="007A4ED0">
            <w:r>
              <w:rPr>
                <w:sz w:val="17"/>
              </w:rPr>
              <w:t>区分</w:t>
            </w:r>
          </w:p>
        </w:tc>
        <w:tc>
          <w:tcPr>
            <w:tcW w:w="6520" w:type="dxa"/>
            <w:tcMar>
              <w:top w:w="80" w:type="dxa"/>
              <w:left w:w="80" w:type="dxa"/>
              <w:bottom w:w="80" w:type="dxa"/>
              <w:right w:w="80" w:type="dxa"/>
            </w:tcMar>
            <w:vAlign w:val="center"/>
          </w:tcPr>
          <w:p w14:paraId="01634228" w14:textId="77777777" w:rsidR="00D8042F" w:rsidRDefault="007A4ED0">
            <w:pPr>
              <w:rPr>
                <w:lang w:eastAsia="ja-JP"/>
              </w:rPr>
            </w:pPr>
            <w:r>
              <w:rPr>
                <w:sz w:val="17"/>
                <w:lang w:eastAsia="ja-JP"/>
              </w:rPr>
              <w:t xml:space="preserve">□ </w:t>
            </w:r>
            <w:r>
              <w:rPr>
                <w:sz w:val="17"/>
                <w:lang w:eastAsia="ja-JP"/>
              </w:rPr>
              <w:t xml:space="preserve">管理技術者　</w:t>
            </w:r>
            <w:r>
              <w:rPr>
                <w:sz w:val="17"/>
                <w:lang w:eastAsia="ja-JP"/>
              </w:rPr>
              <w:t xml:space="preserve">□ </w:t>
            </w:r>
            <w:r>
              <w:rPr>
                <w:sz w:val="17"/>
                <w:lang w:eastAsia="ja-JP"/>
              </w:rPr>
              <w:t xml:space="preserve">建築計画担当　</w:t>
            </w:r>
            <w:r>
              <w:rPr>
                <w:sz w:val="17"/>
                <w:lang w:eastAsia="ja-JP"/>
              </w:rPr>
              <w:t xml:space="preserve">□ </w:t>
            </w:r>
            <w:r>
              <w:rPr>
                <w:sz w:val="17"/>
                <w:lang w:eastAsia="ja-JP"/>
              </w:rPr>
              <w:t xml:space="preserve">博物館・展示　</w:t>
            </w:r>
            <w:r>
              <w:rPr>
                <w:sz w:val="17"/>
                <w:lang w:eastAsia="ja-JP"/>
              </w:rPr>
              <w:t xml:space="preserve">□ </w:t>
            </w:r>
            <w:r>
              <w:rPr>
                <w:sz w:val="17"/>
                <w:lang w:eastAsia="ja-JP"/>
              </w:rPr>
              <w:t xml:space="preserve">資料保存・収蔵　</w:t>
            </w:r>
            <w:r>
              <w:rPr>
                <w:sz w:val="17"/>
                <w:lang w:eastAsia="ja-JP"/>
              </w:rPr>
              <w:t xml:space="preserve">□ </w:t>
            </w:r>
            <w:r>
              <w:rPr>
                <w:sz w:val="17"/>
                <w:lang w:eastAsia="ja-JP"/>
              </w:rPr>
              <w:t xml:space="preserve">管理運営・事業計画　</w:t>
            </w:r>
            <w:r>
              <w:rPr>
                <w:sz w:val="17"/>
                <w:lang w:eastAsia="ja-JP"/>
              </w:rPr>
              <w:t xml:space="preserve">□ </w:t>
            </w:r>
            <w:r>
              <w:rPr>
                <w:sz w:val="17"/>
                <w:lang w:eastAsia="ja-JP"/>
              </w:rPr>
              <w:t>事業費・</w:t>
            </w:r>
            <w:r>
              <w:rPr>
                <w:sz w:val="17"/>
                <w:lang w:eastAsia="ja-JP"/>
              </w:rPr>
              <w:t>LCC</w:t>
            </w:r>
            <w:r>
              <w:rPr>
                <w:sz w:val="17"/>
                <w:lang w:eastAsia="ja-JP"/>
              </w:rPr>
              <w:t xml:space="preserve">　</w:t>
            </w:r>
            <w:r>
              <w:rPr>
                <w:sz w:val="17"/>
                <w:lang w:eastAsia="ja-JP"/>
              </w:rPr>
              <w:t xml:space="preserve">□ </w:t>
            </w:r>
            <w:r>
              <w:rPr>
                <w:sz w:val="17"/>
                <w:lang w:eastAsia="ja-JP"/>
              </w:rPr>
              <w:t xml:space="preserve">市民参加　</w:t>
            </w:r>
            <w:r>
              <w:rPr>
                <w:sz w:val="17"/>
                <w:lang w:eastAsia="ja-JP"/>
              </w:rPr>
              <w:t xml:space="preserve">□ </w:t>
            </w:r>
            <w:r>
              <w:rPr>
                <w:sz w:val="17"/>
                <w:lang w:eastAsia="ja-JP"/>
              </w:rPr>
              <w:t>その他（　　　）</w:t>
            </w:r>
          </w:p>
        </w:tc>
      </w:tr>
      <w:tr w:rsidR="00D8042F" w14:paraId="5E276FD0" w14:textId="77777777">
        <w:trPr>
          <w:jc w:val="center"/>
        </w:trPr>
        <w:tc>
          <w:tcPr>
            <w:tcW w:w="3402" w:type="dxa"/>
            <w:tcMar>
              <w:top w:w="80" w:type="dxa"/>
              <w:left w:w="80" w:type="dxa"/>
              <w:bottom w:w="80" w:type="dxa"/>
              <w:right w:w="80" w:type="dxa"/>
            </w:tcMar>
            <w:vAlign w:val="center"/>
          </w:tcPr>
          <w:p w14:paraId="549632C5" w14:textId="77777777" w:rsidR="00D8042F" w:rsidRDefault="007A4ED0">
            <w:proofErr w:type="spellStart"/>
            <w:r>
              <w:rPr>
                <w:sz w:val="17"/>
              </w:rPr>
              <w:t>氏名</w:t>
            </w:r>
            <w:proofErr w:type="spellEnd"/>
          </w:p>
        </w:tc>
        <w:tc>
          <w:tcPr>
            <w:tcW w:w="6520" w:type="dxa"/>
            <w:tcMar>
              <w:top w:w="80" w:type="dxa"/>
              <w:left w:w="80" w:type="dxa"/>
              <w:bottom w:w="80" w:type="dxa"/>
              <w:right w:w="80" w:type="dxa"/>
            </w:tcMar>
            <w:vAlign w:val="center"/>
          </w:tcPr>
          <w:p w14:paraId="21268776" w14:textId="77777777" w:rsidR="00D8042F" w:rsidRDefault="00D8042F"/>
        </w:tc>
      </w:tr>
      <w:tr w:rsidR="00D8042F" w14:paraId="26BD7503" w14:textId="77777777">
        <w:trPr>
          <w:jc w:val="center"/>
        </w:trPr>
        <w:tc>
          <w:tcPr>
            <w:tcW w:w="3402" w:type="dxa"/>
            <w:tcMar>
              <w:top w:w="80" w:type="dxa"/>
              <w:left w:w="80" w:type="dxa"/>
              <w:bottom w:w="80" w:type="dxa"/>
              <w:right w:w="80" w:type="dxa"/>
            </w:tcMar>
            <w:vAlign w:val="center"/>
          </w:tcPr>
          <w:p w14:paraId="29F97660" w14:textId="77777777" w:rsidR="00D8042F" w:rsidRDefault="007A4ED0">
            <w:r>
              <w:rPr>
                <w:sz w:val="17"/>
              </w:rPr>
              <w:t>所属法人等／共同企業体構成員</w:t>
            </w:r>
          </w:p>
        </w:tc>
        <w:tc>
          <w:tcPr>
            <w:tcW w:w="6520" w:type="dxa"/>
            <w:tcMar>
              <w:top w:w="80" w:type="dxa"/>
              <w:left w:w="80" w:type="dxa"/>
              <w:bottom w:w="80" w:type="dxa"/>
              <w:right w:w="80" w:type="dxa"/>
            </w:tcMar>
            <w:vAlign w:val="center"/>
          </w:tcPr>
          <w:p w14:paraId="623F055C" w14:textId="77777777" w:rsidR="00D8042F" w:rsidRDefault="00D8042F"/>
        </w:tc>
      </w:tr>
      <w:tr w:rsidR="00D8042F" w14:paraId="32E8FAF0" w14:textId="77777777">
        <w:trPr>
          <w:jc w:val="center"/>
        </w:trPr>
        <w:tc>
          <w:tcPr>
            <w:tcW w:w="3402" w:type="dxa"/>
            <w:tcMar>
              <w:top w:w="80" w:type="dxa"/>
              <w:left w:w="80" w:type="dxa"/>
              <w:bottom w:w="80" w:type="dxa"/>
              <w:right w:w="80" w:type="dxa"/>
            </w:tcMar>
            <w:vAlign w:val="center"/>
          </w:tcPr>
          <w:p w14:paraId="4D3EBEB8" w14:textId="77777777" w:rsidR="00D8042F" w:rsidRDefault="007A4ED0">
            <w:r>
              <w:rPr>
                <w:sz w:val="17"/>
              </w:rPr>
              <w:t>雇用関係</w:t>
            </w:r>
          </w:p>
        </w:tc>
        <w:tc>
          <w:tcPr>
            <w:tcW w:w="6520" w:type="dxa"/>
            <w:tcMar>
              <w:top w:w="80" w:type="dxa"/>
              <w:left w:w="80" w:type="dxa"/>
              <w:bottom w:w="80" w:type="dxa"/>
              <w:right w:w="80" w:type="dxa"/>
            </w:tcMar>
            <w:vAlign w:val="center"/>
          </w:tcPr>
          <w:p w14:paraId="7B276F62" w14:textId="77777777" w:rsidR="00D8042F" w:rsidRDefault="007A4ED0">
            <w:pPr>
              <w:rPr>
                <w:lang w:eastAsia="ja-JP"/>
              </w:rPr>
            </w:pPr>
            <w:r>
              <w:rPr>
                <w:sz w:val="17"/>
                <w:lang w:eastAsia="ja-JP"/>
              </w:rPr>
              <w:t xml:space="preserve">□ </w:t>
            </w:r>
            <w:r>
              <w:rPr>
                <w:sz w:val="17"/>
                <w:lang w:eastAsia="ja-JP"/>
              </w:rPr>
              <w:t xml:space="preserve">直接かつ恒常的な雇用関係（雇用開始：　　　年　月）　</w:t>
            </w:r>
            <w:r>
              <w:rPr>
                <w:sz w:val="17"/>
                <w:lang w:eastAsia="ja-JP"/>
              </w:rPr>
              <w:t xml:space="preserve">□ </w:t>
            </w:r>
            <w:r>
              <w:rPr>
                <w:sz w:val="17"/>
                <w:lang w:eastAsia="ja-JP"/>
              </w:rPr>
              <w:t>その他（　　　　　　　　　）</w:t>
            </w:r>
          </w:p>
        </w:tc>
      </w:tr>
      <w:tr w:rsidR="00D8042F" w14:paraId="58F5281D" w14:textId="77777777">
        <w:trPr>
          <w:jc w:val="center"/>
        </w:trPr>
        <w:tc>
          <w:tcPr>
            <w:tcW w:w="3402" w:type="dxa"/>
            <w:tcMar>
              <w:top w:w="80" w:type="dxa"/>
              <w:left w:w="80" w:type="dxa"/>
              <w:bottom w:w="80" w:type="dxa"/>
              <w:right w:w="80" w:type="dxa"/>
            </w:tcMar>
            <w:vAlign w:val="center"/>
          </w:tcPr>
          <w:p w14:paraId="2EEF983D" w14:textId="77777777" w:rsidR="00D8042F" w:rsidRDefault="007A4ED0">
            <w:proofErr w:type="spellStart"/>
            <w:r>
              <w:rPr>
                <w:sz w:val="17"/>
              </w:rPr>
              <w:t>保有資格・登録番号</w:t>
            </w:r>
            <w:proofErr w:type="spellEnd"/>
          </w:p>
        </w:tc>
        <w:tc>
          <w:tcPr>
            <w:tcW w:w="6520" w:type="dxa"/>
            <w:tcMar>
              <w:top w:w="80" w:type="dxa"/>
              <w:left w:w="80" w:type="dxa"/>
              <w:bottom w:w="80" w:type="dxa"/>
              <w:right w:w="80" w:type="dxa"/>
            </w:tcMar>
            <w:vAlign w:val="center"/>
          </w:tcPr>
          <w:p w14:paraId="38B027D7" w14:textId="77777777" w:rsidR="00D8042F" w:rsidRDefault="00D8042F"/>
        </w:tc>
      </w:tr>
      <w:tr w:rsidR="00D8042F" w14:paraId="292B63F6" w14:textId="77777777">
        <w:trPr>
          <w:jc w:val="center"/>
        </w:trPr>
        <w:tc>
          <w:tcPr>
            <w:tcW w:w="3402" w:type="dxa"/>
            <w:tcMar>
              <w:top w:w="80" w:type="dxa"/>
              <w:left w:w="80" w:type="dxa"/>
              <w:bottom w:w="80" w:type="dxa"/>
              <w:right w:w="80" w:type="dxa"/>
            </w:tcMar>
            <w:vAlign w:val="center"/>
          </w:tcPr>
          <w:p w14:paraId="5010C58A" w14:textId="77777777" w:rsidR="00D8042F" w:rsidRDefault="007A4ED0">
            <w:pPr>
              <w:rPr>
                <w:lang w:eastAsia="ja-JP"/>
              </w:rPr>
            </w:pPr>
            <w:r>
              <w:rPr>
                <w:sz w:val="17"/>
                <w:lang w:eastAsia="ja-JP"/>
              </w:rPr>
              <w:t>本業務における役割・責任</w:t>
            </w:r>
          </w:p>
        </w:tc>
        <w:tc>
          <w:tcPr>
            <w:tcW w:w="6520" w:type="dxa"/>
            <w:tcMar>
              <w:top w:w="80" w:type="dxa"/>
              <w:left w:w="80" w:type="dxa"/>
              <w:bottom w:w="80" w:type="dxa"/>
              <w:right w:w="80" w:type="dxa"/>
            </w:tcMar>
            <w:vAlign w:val="center"/>
          </w:tcPr>
          <w:p w14:paraId="2E771347" w14:textId="77777777" w:rsidR="00D8042F" w:rsidRDefault="00D8042F">
            <w:pPr>
              <w:rPr>
                <w:lang w:eastAsia="ja-JP"/>
              </w:rPr>
            </w:pPr>
          </w:p>
        </w:tc>
      </w:tr>
    </w:tbl>
    <w:p w14:paraId="00A68DB1" w14:textId="77777777" w:rsidR="00D8042F" w:rsidRDefault="007A4ED0">
      <w:pPr>
        <w:pStyle w:val="21"/>
      </w:pPr>
      <w:proofErr w:type="spellStart"/>
      <w:r>
        <w:rPr>
          <w:rFonts w:ascii="Noto Sans CJK JP" w:eastAsia="Noto Sans CJK JP" w:hAnsi="Noto Sans CJK JP"/>
        </w:rPr>
        <w:t>主な類似業務実績</w:t>
      </w:r>
      <w:proofErr w:type="spellEnd"/>
    </w:p>
    <w:tbl>
      <w:tblPr>
        <w:tblStyle w:val="afe"/>
        <w:tblW w:w="0" w:type="auto"/>
        <w:jc w:val="center"/>
        <w:tblLook w:val="04A0" w:firstRow="1" w:lastRow="0" w:firstColumn="1" w:lastColumn="0" w:noHBand="0" w:noVBand="1"/>
      </w:tblPr>
      <w:tblGrid>
        <w:gridCol w:w="1916"/>
        <w:gridCol w:w="1494"/>
        <w:gridCol w:w="1284"/>
        <w:gridCol w:w="2557"/>
        <w:gridCol w:w="1915"/>
        <w:gridCol w:w="1080"/>
      </w:tblGrid>
      <w:tr w:rsidR="00D8042F" w14:paraId="6962F55E" w14:textId="77777777">
        <w:trPr>
          <w:tblHeader/>
          <w:jc w:val="center"/>
        </w:trPr>
        <w:tc>
          <w:tcPr>
            <w:tcW w:w="2041" w:type="dxa"/>
            <w:shd w:val="clear" w:color="auto" w:fill="1F4E78"/>
            <w:tcMar>
              <w:top w:w="80" w:type="dxa"/>
              <w:left w:w="80" w:type="dxa"/>
              <w:bottom w:w="80" w:type="dxa"/>
              <w:right w:w="80" w:type="dxa"/>
            </w:tcMar>
          </w:tcPr>
          <w:p w14:paraId="1096710E" w14:textId="77777777" w:rsidR="00D8042F" w:rsidRDefault="007A4ED0">
            <w:pPr>
              <w:jc w:val="center"/>
            </w:pPr>
            <w:r>
              <w:rPr>
                <w:b/>
                <w:color w:val="FFFFFF"/>
                <w:sz w:val="16"/>
              </w:rPr>
              <w:t>業務名</w:t>
            </w:r>
          </w:p>
        </w:tc>
        <w:tc>
          <w:tcPr>
            <w:tcW w:w="1587" w:type="dxa"/>
            <w:shd w:val="clear" w:color="auto" w:fill="1F4E78"/>
            <w:tcMar>
              <w:top w:w="80" w:type="dxa"/>
              <w:left w:w="80" w:type="dxa"/>
              <w:bottom w:w="80" w:type="dxa"/>
              <w:right w:w="80" w:type="dxa"/>
            </w:tcMar>
          </w:tcPr>
          <w:p w14:paraId="767BF0F0" w14:textId="77777777" w:rsidR="00D8042F" w:rsidRDefault="007A4ED0">
            <w:pPr>
              <w:jc w:val="center"/>
            </w:pPr>
            <w:r>
              <w:rPr>
                <w:b/>
                <w:color w:val="FFFFFF"/>
                <w:sz w:val="16"/>
              </w:rPr>
              <w:t>発注者</w:t>
            </w:r>
          </w:p>
        </w:tc>
        <w:tc>
          <w:tcPr>
            <w:tcW w:w="1360" w:type="dxa"/>
            <w:shd w:val="clear" w:color="auto" w:fill="1F4E78"/>
            <w:tcMar>
              <w:top w:w="80" w:type="dxa"/>
              <w:left w:w="80" w:type="dxa"/>
              <w:bottom w:w="80" w:type="dxa"/>
              <w:right w:w="80" w:type="dxa"/>
            </w:tcMar>
          </w:tcPr>
          <w:p w14:paraId="0BD71E24" w14:textId="77777777" w:rsidR="00D8042F" w:rsidRDefault="007A4ED0">
            <w:pPr>
              <w:jc w:val="center"/>
            </w:pPr>
            <w:r>
              <w:rPr>
                <w:b/>
                <w:color w:val="FFFFFF"/>
                <w:sz w:val="16"/>
              </w:rPr>
              <w:t>完了年月</w:t>
            </w:r>
          </w:p>
        </w:tc>
        <w:tc>
          <w:tcPr>
            <w:tcW w:w="2721" w:type="dxa"/>
            <w:shd w:val="clear" w:color="auto" w:fill="1F4E78"/>
            <w:tcMar>
              <w:top w:w="80" w:type="dxa"/>
              <w:left w:w="80" w:type="dxa"/>
              <w:bottom w:w="80" w:type="dxa"/>
              <w:right w:w="80" w:type="dxa"/>
            </w:tcMar>
          </w:tcPr>
          <w:p w14:paraId="56ABF902" w14:textId="77777777" w:rsidR="00D8042F" w:rsidRDefault="007A4ED0">
            <w:pPr>
              <w:jc w:val="center"/>
            </w:pPr>
            <w:r>
              <w:rPr>
                <w:b/>
                <w:color w:val="FFFFFF"/>
                <w:sz w:val="16"/>
              </w:rPr>
              <w:t>施設・業務概要</w:t>
            </w:r>
          </w:p>
        </w:tc>
        <w:tc>
          <w:tcPr>
            <w:tcW w:w="2041" w:type="dxa"/>
            <w:shd w:val="clear" w:color="auto" w:fill="1F4E78"/>
            <w:tcMar>
              <w:top w:w="80" w:type="dxa"/>
              <w:left w:w="80" w:type="dxa"/>
              <w:bottom w:w="80" w:type="dxa"/>
              <w:right w:w="80" w:type="dxa"/>
            </w:tcMar>
          </w:tcPr>
          <w:p w14:paraId="1E7CA8D5" w14:textId="77777777" w:rsidR="00D8042F" w:rsidRDefault="007A4ED0">
            <w:pPr>
              <w:jc w:val="center"/>
            </w:pPr>
            <w:r>
              <w:rPr>
                <w:b/>
                <w:color w:val="FFFFFF"/>
                <w:sz w:val="16"/>
              </w:rPr>
              <w:t>本人の役割</w:t>
            </w:r>
          </w:p>
        </w:tc>
        <w:tc>
          <w:tcPr>
            <w:tcW w:w="1134" w:type="dxa"/>
            <w:shd w:val="clear" w:color="auto" w:fill="1F4E78"/>
            <w:tcMar>
              <w:top w:w="80" w:type="dxa"/>
              <w:left w:w="80" w:type="dxa"/>
              <w:bottom w:w="80" w:type="dxa"/>
              <w:right w:w="80" w:type="dxa"/>
            </w:tcMar>
          </w:tcPr>
          <w:p w14:paraId="2F65A475" w14:textId="77777777" w:rsidR="00D8042F" w:rsidRDefault="007A4ED0">
            <w:pPr>
              <w:jc w:val="center"/>
            </w:pPr>
            <w:r>
              <w:rPr>
                <w:b/>
                <w:color w:val="FFFFFF"/>
                <w:sz w:val="16"/>
              </w:rPr>
              <w:t>証拠資料</w:t>
            </w:r>
            <w:r>
              <w:rPr>
                <w:b/>
                <w:color w:val="FFFFFF"/>
                <w:sz w:val="16"/>
              </w:rPr>
              <w:t>No.</w:t>
            </w:r>
          </w:p>
        </w:tc>
      </w:tr>
      <w:tr w:rsidR="00D8042F" w14:paraId="7D47C29F" w14:textId="77777777">
        <w:trPr>
          <w:trHeight w:val="850"/>
          <w:jc w:val="center"/>
        </w:trPr>
        <w:tc>
          <w:tcPr>
            <w:tcW w:w="2041" w:type="dxa"/>
            <w:tcMar>
              <w:top w:w="80" w:type="dxa"/>
              <w:left w:w="80" w:type="dxa"/>
              <w:bottom w:w="80" w:type="dxa"/>
              <w:right w:w="80" w:type="dxa"/>
            </w:tcMar>
            <w:vAlign w:val="center"/>
          </w:tcPr>
          <w:p w14:paraId="146C0153" w14:textId="77777777" w:rsidR="00D8042F" w:rsidRDefault="00D8042F"/>
        </w:tc>
        <w:tc>
          <w:tcPr>
            <w:tcW w:w="1587" w:type="dxa"/>
            <w:tcMar>
              <w:top w:w="80" w:type="dxa"/>
              <w:left w:w="80" w:type="dxa"/>
              <w:bottom w:w="80" w:type="dxa"/>
              <w:right w:w="80" w:type="dxa"/>
            </w:tcMar>
            <w:vAlign w:val="center"/>
          </w:tcPr>
          <w:p w14:paraId="0E7B8F64" w14:textId="77777777" w:rsidR="00D8042F" w:rsidRDefault="00D8042F"/>
        </w:tc>
        <w:tc>
          <w:tcPr>
            <w:tcW w:w="1360" w:type="dxa"/>
            <w:tcMar>
              <w:top w:w="80" w:type="dxa"/>
              <w:left w:w="80" w:type="dxa"/>
              <w:bottom w:w="80" w:type="dxa"/>
              <w:right w:w="80" w:type="dxa"/>
            </w:tcMar>
            <w:vAlign w:val="center"/>
          </w:tcPr>
          <w:p w14:paraId="3538B8AF" w14:textId="77777777" w:rsidR="00D8042F" w:rsidRDefault="00D8042F"/>
        </w:tc>
        <w:tc>
          <w:tcPr>
            <w:tcW w:w="2721" w:type="dxa"/>
            <w:tcMar>
              <w:top w:w="80" w:type="dxa"/>
              <w:left w:w="80" w:type="dxa"/>
              <w:bottom w:w="80" w:type="dxa"/>
              <w:right w:w="80" w:type="dxa"/>
            </w:tcMar>
            <w:vAlign w:val="center"/>
          </w:tcPr>
          <w:p w14:paraId="5C11E4BE" w14:textId="77777777" w:rsidR="00D8042F" w:rsidRDefault="00D8042F"/>
        </w:tc>
        <w:tc>
          <w:tcPr>
            <w:tcW w:w="2041" w:type="dxa"/>
            <w:tcMar>
              <w:top w:w="80" w:type="dxa"/>
              <w:left w:w="80" w:type="dxa"/>
              <w:bottom w:w="80" w:type="dxa"/>
              <w:right w:w="80" w:type="dxa"/>
            </w:tcMar>
            <w:vAlign w:val="center"/>
          </w:tcPr>
          <w:p w14:paraId="35813EB1" w14:textId="77777777" w:rsidR="00D8042F" w:rsidRDefault="00D8042F"/>
        </w:tc>
        <w:tc>
          <w:tcPr>
            <w:tcW w:w="1134" w:type="dxa"/>
            <w:tcMar>
              <w:top w:w="80" w:type="dxa"/>
              <w:left w:w="80" w:type="dxa"/>
              <w:bottom w:w="80" w:type="dxa"/>
              <w:right w:w="80" w:type="dxa"/>
            </w:tcMar>
            <w:vAlign w:val="center"/>
          </w:tcPr>
          <w:p w14:paraId="3A4ED4D5" w14:textId="77777777" w:rsidR="00D8042F" w:rsidRDefault="00D8042F"/>
        </w:tc>
      </w:tr>
      <w:tr w:rsidR="00D8042F" w14:paraId="5DC60803" w14:textId="77777777">
        <w:trPr>
          <w:trHeight w:val="850"/>
          <w:jc w:val="center"/>
        </w:trPr>
        <w:tc>
          <w:tcPr>
            <w:tcW w:w="2041" w:type="dxa"/>
            <w:tcMar>
              <w:top w:w="80" w:type="dxa"/>
              <w:left w:w="80" w:type="dxa"/>
              <w:bottom w:w="80" w:type="dxa"/>
              <w:right w:w="80" w:type="dxa"/>
            </w:tcMar>
            <w:vAlign w:val="center"/>
          </w:tcPr>
          <w:p w14:paraId="45024665" w14:textId="77777777" w:rsidR="00D8042F" w:rsidRDefault="00D8042F"/>
        </w:tc>
        <w:tc>
          <w:tcPr>
            <w:tcW w:w="1587" w:type="dxa"/>
            <w:tcMar>
              <w:top w:w="80" w:type="dxa"/>
              <w:left w:w="80" w:type="dxa"/>
              <w:bottom w:w="80" w:type="dxa"/>
              <w:right w:w="80" w:type="dxa"/>
            </w:tcMar>
            <w:vAlign w:val="center"/>
          </w:tcPr>
          <w:p w14:paraId="03537B9E" w14:textId="77777777" w:rsidR="00D8042F" w:rsidRDefault="00D8042F"/>
        </w:tc>
        <w:tc>
          <w:tcPr>
            <w:tcW w:w="1360" w:type="dxa"/>
            <w:tcMar>
              <w:top w:w="80" w:type="dxa"/>
              <w:left w:w="80" w:type="dxa"/>
              <w:bottom w:w="80" w:type="dxa"/>
              <w:right w:w="80" w:type="dxa"/>
            </w:tcMar>
            <w:vAlign w:val="center"/>
          </w:tcPr>
          <w:p w14:paraId="34BA1798" w14:textId="77777777" w:rsidR="00D8042F" w:rsidRDefault="00D8042F"/>
        </w:tc>
        <w:tc>
          <w:tcPr>
            <w:tcW w:w="2721" w:type="dxa"/>
            <w:tcMar>
              <w:top w:w="80" w:type="dxa"/>
              <w:left w:w="80" w:type="dxa"/>
              <w:bottom w:w="80" w:type="dxa"/>
              <w:right w:w="80" w:type="dxa"/>
            </w:tcMar>
            <w:vAlign w:val="center"/>
          </w:tcPr>
          <w:p w14:paraId="6227E8BA" w14:textId="77777777" w:rsidR="00D8042F" w:rsidRDefault="00D8042F"/>
        </w:tc>
        <w:tc>
          <w:tcPr>
            <w:tcW w:w="2041" w:type="dxa"/>
            <w:tcMar>
              <w:top w:w="80" w:type="dxa"/>
              <w:left w:w="80" w:type="dxa"/>
              <w:bottom w:w="80" w:type="dxa"/>
              <w:right w:w="80" w:type="dxa"/>
            </w:tcMar>
            <w:vAlign w:val="center"/>
          </w:tcPr>
          <w:p w14:paraId="3018157E" w14:textId="77777777" w:rsidR="00D8042F" w:rsidRDefault="00D8042F"/>
        </w:tc>
        <w:tc>
          <w:tcPr>
            <w:tcW w:w="1134" w:type="dxa"/>
            <w:tcMar>
              <w:top w:w="80" w:type="dxa"/>
              <w:left w:w="80" w:type="dxa"/>
              <w:bottom w:w="80" w:type="dxa"/>
              <w:right w:w="80" w:type="dxa"/>
            </w:tcMar>
            <w:vAlign w:val="center"/>
          </w:tcPr>
          <w:p w14:paraId="26FD4829" w14:textId="77777777" w:rsidR="00D8042F" w:rsidRDefault="00D8042F"/>
        </w:tc>
      </w:tr>
      <w:tr w:rsidR="00D8042F" w14:paraId="6250D63F" w14:textId="77777777">
        <w:trPr>
          <w:trHeight w:val="850"/>
          <w:jc w:val="center"/>
        </w:trPr>
        <w:tc>
          <w:tcPr>
            <w:tcW w:w="2041" w:type="dxa"/>
            <w:tcMar>
              <w:top w:w="80" w:type="dxa"/>
              <w:left w:w="80" w:type="dxa"/>
              <w:bottom w:w="80" w:type="dxa"/>
              <w:right w:w="80" w:type="dxa"/>
            </w:tcMar>
            <w:vAlign w:val="center"/>
          </w:tcPr>
          <w:p w14:paraId="112E40FF" w14:textId="77777777" w:rsidR="00D8042F" w:rsidRDefault="00D8042F"/>
        </w:tc>
        <w:tc>
          <w:tcPr>
            <w:tcW w:w="1587" w:type="dxa"/>
            <w:tcMar>
              <w:top w:w="80" w:type="dxa"/>
              <w:left w:w="80" w:type="dxa"/>
              <w:bottom w:w="80" w:type="dxa"/>
              <w:right w:w="80" w:type="dxa"/>
            </w:tcMar>
            <w:vAlign w:val="center"/>
          </w:tcPr>
          <w:p w14:paraId="36802B50" w14:textId="77777777" w:rsidR="00D8042F" w:rsidRDefault="00D8042F"/>
        </w:tc>
        <w:tc>
          <w:tcPr>
            <w:tcW w:w="1360" w:type="dxa"/>
            <w:tcMar>
              <w:top w:w="80" w:type="dxa"/>
              <w:left w:w="80" w:type="dxa"/>
              <w:bottom w:w="80" w:type="dxa"/>
              <w:right w:w="80" w:type="dxa"/>
            </w:tcMar>
            <w:vAlign w:val="center"/>
          </w:tcPr>
          <w:p w14:paraId="6E0A6A23" w14:textId="77777777" w:rsidR="00D8042F" w:rsidRDefault="00D8042F"/>
        </w:tc>
        <w:tc>
          <w:tcPr>
            <w:tcW w:w="2721" w:type="dxa"/>
            <w:tcMar>
              <w:top w:w="80" w:type="dxa"/>
              <w:left w:w="80" w:type="dxa"/>
              <w:bottom w:w="80" w:type="dxa"/>
              <w:right w:w="80" w:type="dxa"/>
            </w:tcMar>
            <w:vAlign w:val="center"/>
          </w:tcPr>
          <w:p w14:paraId="2096A4E5" w14:textId="77777777" w:rsidR="00D8042F" w:rsidRDefault="00D8042F"/>
        </w:tc>
        <w:tc>
          <w:tcPr>
            <w:tcW w:w="2041" w:type="dxa"/>
            <w:tcMar>
              <w:top w:w="80" w:type="dxa"/>
              <w:left w:w="80" w:type="dxa"/>
              <w:bottom w:w="80" w:type="dxa"/>
              <w:right w:w="80" w:type="dxa"/>
            </w:tcMar>
            <w:vAlign w:val="center"/>
          </w:tcPr>
          <w:p w14:paraId="4E40B97C" w14:textId="77777777" w:rsidR="00D8042F" w:rsidRDefault="00D8042F"/>
        </w:tc>
        <w:tc>
          <w:tcPr>
            <w:tcW w:w="1134" w:type="dxa"/>
            <w:tcMar>
              <w:top w:w="80" w:type="dxa"/>
              <w:left w:w="80" w:type="dxa"/>
              <w:bottom w:w="80" w:type="dxa"/>
              <w:right w:w="80" w:type="dxa"/>
            </w:tcMar>
            <w:vAlign w:val="center"/>
          </w:tcPr>
          <w:p w14:paraId="2418B126" w14:textId="77777777" w:rsidR="00D8042F" w:rsidRDefault="00D8042F"/>
        </w:tc>
      </w:tr>
      <w:tr w:rsidR="00D8042F" w14:paraId="3AFD0025" w14:textId="77777777">
        <w:trPr>
          <w:trHeight w:val="850"/>
          <w:jc w:val="center"/>
        </w:trPr>
        <w:tc>
          <w:tcPr>
            <w:tcW w:w="2041" w:type="dxa"/>
            <w:tcMar>
              <w:top w:w="80" w:type="dxa"/>
              <w:left w:w="80" w:type="dxa"/>
              <w:bottom w:w="80" w:type="dxa"/>
              <w:right w:w="80" w:type="dxa"/>
            </w:tcMar>
            <w:vAlign w:val="center"/>
          </w:tcPr>
          <w:p w14:paraId="523807C0" w14:textId="77777777" w:rsidR="00D8042F" w:rsidRDefault="00D8042F"/>
        </w:tc>
        <w:tc>
          <w:tcPr>
            <w:tcW w:w="1587" w:type="dxa"/>
            <w:tcMar>
              <w:top w:w="80" w:type="dxa"/>
              <w:left w:w="80" w:type="dxa"/>
              <w:bottom w:w="80" w:type="dxa"/>
              <w:right w:w="80" w:type="dxa"/>
            </w:tcMar>
            <w:vAlign w:val="center"/>
          </w:tcPr>
          <w:p w14:paraId="4A8E3AEC" w14:textId="77777777" w:rsidR="00D8042F" w:rsidRDefault="00D8042F"/>
        </w:tc>
        <w:tc>
          <w:tcPr>
            <w:tcW w:w="1360" w:type="dxa"/>
            <w:tcMar>
              <w:top w:w="80" w:type="dxa"/>
              <w:left w:w="80" w:type="dxa"/>
              <w:bottom w:w="80" w:type="dxa"/>
              <w:right w:w="80" w:type="dxa"/>
            </w:tcMar>
            <w:vAlign w:val="center"/>
          </w:tcPr>
          <w:p w14:paraId="4D775855" w14:textId="77777777" w:rsidR="00D8042F" w:rsidRDefault="00D8042F"/>
        </w:tc>
        <w:tc>
          <w:tcPr>
            <w:tcW w:w="2721" w:type="dxa"/>
            <w:tcMar>
              <w:top w:w="80" w:type="dxa"/>
              <w:left w:w="80" w:type="dxa"/>
              <w:bottom w:w="80" w:type="dxa"/>
              <w:right w:w="80" w:type="dxa"/>
            </w:tcMar>
            <w:vAlign w:val="center"/>
          </w:tcPr>
          <w:p w14:paraId="7684A498" w14:textId="77777777" w:rsidR="00D8042F" w:rsidRDefault="00D8042F"/>
        </w:tc>
        <w:tc>
          <w:tcPr>
            <w:tcW w:w="2041" w:type="dxa"/>
            <w:tcMar>
              <w:top w:w="80" w:type="dxa"/>
              <w:left w:w="80" w:type="dxa"/>
              <w:bottom w:w="80" w:type="dxa"/>
              <w:right w:w="80" w:type="dxa"/>
            </w:tcMar>
            <w:vAlign w:val="center"/>
          </w:tcPr>
          <w:p w14:paraId="59AB54C0" w14:textId="77777777" w:rsidR="00D8042F" w:rsidRDefault="00D8042F"/>
        </w:tc>
        <w:tc>
          <w:tcPr>
            <w:tcW w:w="1134" w:type="dxa"/>
            <w:tcMar>
              <w:top w:w="80" w:type="dxa"/>
              <w:left w:w="80" w:type="dxa"/>
              <w:bottom w:w="80" w:type="dxa"/>
              <w:right w:w="80" w:type="dxa"/>
            </w:tcMar>
            <w:vAlign w:val="center"/>
          </w:tcPr>
          <w:p w14:paraId="1CDF3B92" w14:textId="77777777" w:rsidR="00D8042F" w:rsidRDefault="00D8042F"/>
        </w:tc>
      </w:tr>
    </w:tbl>
    <w:p w14:paraId="16FB5673" w14:textId="77777777" w:rsidR="00D8042F" w:rsidRDefault="007A4ED0">
      <w:pPr>
        <w:rPr>
          <w:lang w:eastAsia="ja-JP"/>
        </w:rPr>
      </w:pPr>
      <w:r>
        <w:rPr>
          <w:lang w:eastAsia="ja-JP"/>
        </w:rPr>
        <w:t>※</w:t>
      </w:r>
      <w:r>
        <w:rPr>
          <w:lang w:eastAsia="ja-JP"/>
        </w:rPr>
        <w:t>管理技術者については、実施要領第</w:t>
      </w:r>
      <w:r>
        <w:rPr>
          <w:lang w:eastAsia="ja-JP"/>
        </w:rPr>
        <w:t>4-1</w:t>
      </w:r>
      <w:r>
        <w:rPr>
          <w:lang w:eastAsia="ja-JP"/>
        </w:rPr>
        <w:t>に定める過去</w:t>
      </w:r>
      <w:r>
        <w:rPr>
          <w:lang w:eastAsia="ja-JP"/>
        </w:rPr>
        <w:t>10</w:t>
      </w:r>
      <w:r>
        <w:rPr>
          <w:lang w:eastAsia="ja-JP"/>
        </w:rPr>
        <w:t>年間の類似文化施設業務の従事実績が確認できるよう記載してください。資格証明・実績確認資料を添付してください。</w:t>
      </w:r>
    </w:p>
    <w:p w14:paraId="4330266F" w14:textId="77777777" w:rsidR="00D8042F" w:rsidRDefault="007A4ED0">
      <w:pPr>
        <w:rPr>
          <w:lang w:eastAsia="ja-JP"/>
        </w:rPr>
      </w:pPr>
      <w:r>
        <w:rPr>
          <w:lang w:eastAsia="ja-JP"/>
        </w:rPr>
        <w:br w:type="page"/>
      </w:r>
    </w:p>
    <w:p w14:paraId="293F540E" w14:textId="77777777" w:rsidR="00D8042F" w:rsidRDefault="007A4ED0">
      <w:pPr>
        <w:jc w:val="right"/>
      </w:pPr>
      <w:r>
        <w:rPr>
          <w:b/>
        </w:rPr>
        <w:lastRenderedPageBreak/>
        <w:t>様式第</w:t>
      </w:r>
      <w:r>
        <w:rPr>
          <w:b/>
        </w:rPr>
        <w:t>7</w:t>
      </w:r>
      <w:r>
        <w:rPr>
          <w:b/>
        </w:rPr>
        <w:t>号</w:t>
      </w:r>
    </w:p>
    <w:p w14:paraId="7D886DDB" w14:textId="77777777" w:rsidR="00D8042F" w:rsidRDefault="007A4ED0">
      <w:pPr>
        <w:jc w:val="center"/>
      </w:pPr>
      <w:r>
        <w:rPr>
          <w:b/>
          <w:sz w:val="32"/>
        </w:rPr>
        <w:t>業務実施体制予定表</w:t>
      </w:r>
    </w:p>
    <w:p w14:paraId="75EB636A" w14:textId="77777777" w:rsidR="00D8042F" w:rsidRDefault="007A4ED0">
      <w:pPr>
        <w:jc w:val="right"/>
        <w:rPr>
          <w:lang w:eastAsia="ja-JP"/>
        </w:rPr>
      </w:pPr>
      <w:r>
        <w:rPr>
          <w:color w:val="666666"/>
          <w:sz w:val="16"/>
          <w:lang w:eastAsia="ja-JP"/>
        </w:rPr>
        <w:t>（根拠：実施要領第</w:t>
      </w:r>
      <w:r>
        <w:rPr>
          <w:color w:val="666666"/>
          <w:sz w:val="16"/>
          <w:lang w:eastAsia="ja-JP"/>
        </w:rPr>
        <w:t>8</w:t>
      </w:r>
      <w:r>
        <w:rPr>
          <w:color w:val="666666"/>
          <w:sz w:val="16"/>
          <w:lang w:eastAsia="ja-JP"/>
        </w:rPr>
        <w:t>）</w:t>
      </w:r>
    </w:p>
    <w:p w14:paraId="6251D942" w14:textId="77777777" w:rsidR="00D8042F" w:rsidRDefault="007A4ED0">
      <w:pPr>
        <w:rPr>
          <w:lang w:eastAsia="ja-JP"/>
        </w:rPr>
      </w:pPr>
      <w:r>
        <w:rPr>
          <w:lang w:eastAsia="ja-JP"/>
        </w:rPr>
        <w:t>参加資格確認時点における配置予定体制を記載してください。</w:t>
      </w:r>
    </w:p>
    <w:tbl>
      <w:tblPr>
        <w:tblStyle w:val="afe"/>
        <w:tblW w:w="0" w:type="auto"/>
        <w:jc w:val="center"/>
        <w:tblLook w:val="04A0" w:firstRow="1" w:lastRow="0" w:firstColumn="1" w:lastColumn="0" w:noHBand="0" w:noVBand="1"/>
      </w:tblPr>
      <w:tblGrid>
        <w:gridCol w:w="1600"/>
        <w:gridCol w:w="1370"/>
        <w:gridCol w:w="1420"/>
        <w:gridCol w:w="1617"/>
        <w:gridCol w:w="2129"/>
        <w:gridCol w:w="2110"/>
      </w:tblGrid>
      <w:tr w:rsidR="00D8042F" w14:paraId="668CE5F4" w14:textId="77777777">
        <w:trPr>
          <w:tblHeader/>
          <w:jc w:val="center"/>
        </w:trPr>
        <w:tc>
          <w:tcPr>
            <w:tcW w:w="1757" w:type="dxa"/>
            <w:shd w:val="clear" w:color="auto" w:fill="1F4E78"/>
            <w:tcMar>
              <w:top w:w="80" w:type="dxa"/>
              <w:left w:w="80" w:type="dxa"/>
              <w:bottom w:w="80" w:type="dxa"/>
              <w:right w:w="80" w:type="dxa"/>
            </w:tcMar>
          </w:tcPr>
          <w:p w14:paraId="7908ADA3" w14:textId="77777777" w:rsidR="00D8042F" w:rsidRDefault="007A4ED0">
            <w:pPr>
              <w:jc w:val="center"/>
            </w:pPr>
            <w:proofErr w:type="spellStart"/>
            <w:r>
              <w:rPr>
                <w:b/>
                <w:color w:val="FFFFFF"/>
                <w:sz w:val="15"/>
              </w:rPr>
              <w:t>担当分野</w:t>
            </w:r>
            <w:proofErr w:type="spellEnd"/>
          </w:p>
        </w:tc>
        <w:tc>
          <w:tcPr>
            <w:tcW w:w="1530" w:type="dxa"/>
            <w:shd w:val="clear" w:color="auto" w:fill="1F4E78"/>
            <w:tcMar>
              <w:top w:w="80" w:type="dxa"/>
              <w:left w:w="80" w:type="dxa"/>
              <w:bottom w:w="80" w:type="dxa"/>
              <w:right w:w="80" w:type="dxa"/>
            </w:tcMar>
          </w:tcPr>
          <w:p w14:paraId="5CFA3F4C" w14:textId="77777777" w:rsidR="00D8042F" w:rsidRDefault="007A4ED0">
            <w:pPr>
              <w:jc w:val="center"/>
            </w:pPr>
            <w:r>
              <w:rPr>
                <w:b/>
                <w:color w:val="FFFFFF"/>
                <w:sz w:val="15"/>
              </w:rPr>
              <w:t>役割区分</w:t>
            </w:r>
          </w:p>
        </w:tc>
        <w:tc>
          <w:tcPr>
            <w:tcW w:w="1587" w:type="dxa"/>
            <w:shd w:val="clear" w:color="auto" w:fill="1F4E78"/>
            <w:tcMar>
              <w:top w:w="80" w:type="dxa"/>
              <w:left w:w="80" w:type="dxa"/>
              <w:bottom w:w="80" w:type="dxa"/>
              <w:right w:w="80" w:type="dxa"/>
            </w:tcMar>
          </w:tcPr>
          <w:p w14:paraId="075B34D5" w14:textId="77777777" w:rsidR="00D8042F" w:rsidRDefault="007A4ED0">
            <w:pPr>
              <w:jc w:val="center"/>
            </w:pPr>
            <w:r>
              <w:rPr>
                <w:b/>
                <w:color w:val="FFFFFF"/>
                <w:sz w:val="15"/>
              </w:rPr>
              <w:t>担当者名</w:t>
            </w:r>
          </w:p>
        </w:tc>
        <w:tc>
          <w:tcPr>
            <w:tcW w:w="1814" w:type="dxa"/>
            <w:shd w:val="clear" w:color="auto" w:fill="1F4E78"/>
            <w:tcMar>
              <w:top w:w="80" w:type="dxa"/>
              <w:left w:w="80" w:type="dxa"/>
              <w:bottom w:w="80" w:type="dxa"/>
              <w:right w:w="80" w:type="dxa"/>
            </w:tcMar>
          </w:tcPr>
          <w:p w14:paraId="51068A46" w14:textId="77777777" w:rsidR="00D8042F" w:rsidRDefault="007A4ED0">
            <w:pPr>
              <w:jc w:val="center"/>
            </w:pPr>
            <w:r>
              <w:rPr>
                <w:b/>
                <w:color w:val="FFFFFF"/>
                <w:sz w:val="15"/>
              </w:rPr>
              <w:t>所属法人等</w:t>
            </w:r>
          </w:p>
        </w:tc>
        <w:tc>
          <w:tcPr>
            <w:tcW w:w="2381" w:type="dxa"/>
            <w:shd w:val="clear" w:color="auto" w:fill="1F4E78"/>
            <w:tcMar>
              <w:top w:w="80" w:type="dxa"/>
              <w:left w:w="80" w:type="dxa"/>
              <w:bottom w:w="80" w:type="dxa"/>
              <w:right w:w="80" w:type="dxa"/>
            </w:tcMar>
          </w:tcPr>
          <w:p w14:paraId="02F3706E" w14:textId="77777777" w:rsidR="00D8042F" w:rsidRDefault="007A4ED0">
            <w:pPr>
              <w:jc w:val="center"/>
            </w:pPr>
            <w:r>
              <w:rPr>
                <w:b/>
                <w:color w:val="FFFFFF"/>
                <w:sz w:val="15"/>
              </w:rPr>
              <w:t>主な資格・経験</w:t>
            </w:r>
          </w:p>
        </w:tc>
        <w:tc>
          <w:tcPr>
            <w:tcW w:w="2381" w:type="dxa"/>
            <w:shd w:val="clear" w:color="auto" w:fill="1F4E78"/>
            <w:tcMar>
              <w:top w:w="80" w:type="dxa"/>
              <w:left w:w="80" w:type="dxa"/>
              <w:bottom w:w="80" w:type="dxa"/>
              <w:right w:w="80" w:type="dxa"/>
            </w:tcMar>
          </w:tcPr>
          <w:p w14:paraId="502CECFF" w14:textId="77777777" w:rsidR="00D8042F" w:rsidRDefault="007A4ED0">
            <w:pPr>
              <w:jc w:val="center"/>
            </w:pPr>
            <w:r>
              <w:rPr>
                <w:b/>
                <w:color w:val="FFFFFF"/>
                <w:sz w:val="15"/>
              </w:rPr>
              <w:t>本業務での責任</w:t>
            </w:r>
          </w:p>
        </w:tc>
      </w:tr>
      <w:tr w:rsidR="00D8042F" w14:paraId="484D928F" w14:textId="77777777">
        <w:trPr>
          <w:trHeight w:val="680"/>
          <w:jc w:val="center"/>
        </w:trPr>
        <w:tc>
          <w:tcPr>
            <w:tcW w:w="1757" w:type="dxa"/>
            <w:tcMar>
              <w:top w:w="80" w:type="dxa"/>
              <w:left w:w="80" w:type="dxa"/>
              <w:bottom w:w="80" w:type="dxa"/>
              <w:right w:w="80" w:type="dxa"/>
            </w:tcMar>
            <w:vAlign w:val="center"/>
          </w:tcPr>
          <w:p w14:paraId="465EA106" w14:textId="77777777" w:rsidR="00D8042F" w:rsidRDefault="007A4ED0">
            <w:r>
              <w:rPr>
                <w:sz w:val="15"/>
              </w:rPr>
              <w:t>業務統括・管理</w:t>
            </w:r>
          </w:p>
        </w:tc>
        <w:tc>
          <w:tcPr>
            <w:tcW w:w="1530" w:type="dxa"/>
            <w:tcMar>
              <w:top w:w="80" w:type="dxa"/>
              <w:left w:w="80" w:type="dxa"/>
              <w:bottom w:w="80" w:type="dxa"/>
              <w:right w:w="80" w:type="dxa"/>
            </w:tcMar>
            <w:vAlign w:val="center"/>
          </w:tcPr>
          <w:p w14:paraId="375445C9" w14:textId="77777777" w:rsidR="00D8042F" w:rsidRDefault="00D8042F"/>
        </w:tc>
        <w:tc>
          <w:tcPr>
            <w:tcW w:w="1587" w:type="dxa"/>
            <w:tcMar>
              <w:top w:w="80" w:type="dxa"/>
              <w:left w:w="80" w:type="dxa"/>
              <w:bottom w:w="80" w:type="dxa"/>
              <w:right w:w="80" w:type="dxa"/>
            </w:tcMar>
            <w:vAlign w:val="center"/>
          </w:tcPr>
          <w:p w14:paraId="37060B5C" w14:textId="77777777" w:rsidR="00D8042F" w:rsidRDefault="00D8042F"/>
        </w:tc>
        <w:tc>
          <w:tcPr>
            <w:tcW w:w="1814" w:type="dxa"/>
            <w:tcMar>
              <w:top w:w="80" w:type="dxa"/>
              <w:left w:w="80" w:type="dxa"/>
              <w:bottom w:w="80" w:type="dxa"/>
              <w:right w:w="80" w:type="dxa"/>
            </w:tcMar>
            <w:vAlign w:val="center"/>
          </w:tcPr>
          <w:p w14:paraId="7DEE8C01" w14:textId="77777777" w:rsidR="00D8042F" w:rsidRDefault="00D8042F"/>
        </w:tc>
        <w:tc>
          <w:tcPr>
            <w:tcW w:w="2381" w:type="dxa"/>
            <w:tcMar>
              <w:top w:w="80" w:type="dxa"/>
              <w:left w:w="80" w:type="dxa"/>
              <w:bottom w:w="80" w:type="dxa"/>
              <w:right w:w="80" w:type="dxa"/>
            </w:tcMar>
            <w:vAlign w:val="center"/>
          </w:tcPr>
          <w:p w14:paraId="437DFC6C" w14:textId="77777777" w:rsidR="00D8042F" w:rsidRDefault="00D8042F"/>
        </w:tc>
        <w:tc>
          <w:tcPr>
            <w:tcW w:w="2381" w:type="dxa"/>
            <w:tcMar>
              <w:top w:w="80" w:type="dxa"/>
              <w:left w:w="80" w:type="dxa"/>
              <w:bottom w:w="80" w:type="dxa"/>
              <w:right w:w="80" w:type="dxa"/>
            </w:tcMar>
            <w:vAlign w:val="center"/>
          </w:tcPr>
          <w:p w14:paraId="53499107" w14:textId="77777777" w:rsidR="00D8042F" w:rsidRDefault="00D8042F"/>
        </w:tc>
      </w:tr>
      <w:tr w:rsidR="00D8042F" w14:paraId="621C144A" w14:textId="77777777">
        <w:trPr>
          <w:trHeight w:val="680"/>
          <w:jc w:val="center"/>
        </w:trPr>
        <w:tc>
          <w:tcPr>
            <w:tcW w:w="1757" w:type="dxa"/>
            <w:tcMar>
              <w:top w:w="80" w:type="dxa"/>
              <w:left w:w="80" w:type="dxa"/>
              <w:bottom w:w="80" w:type="dxa"/>
              <w:right w:w="80" w:type="dxa"/>
            </w:tcMar>
            <w:vAlign w:val="center"/>
          </w:tcPr>
          <w:p w14:paraId="62FC49B2" w14:textId="77777777" w:rsidR="00D8042F" w:rsidRDefault="007A4ED0">
            <w:r>
              <w:rPr>
                <w:sz w:val="15"/>
              </w:rPr>
              <w:t>建築計画</w:t>
            </w:r>
          </w:p>
        </w:tc>
        <w:tc>
          <w:tcPr>
            <w:tcW w:w="1530" w:type="dxa"/>
            <w:tcMar>
              <w:top w:w="80" w:type="dxa"/>
              <w:left w:w="80" w:type="dxa"/>
              <w:bottom w:w="80" w:type="dxa"/>
              <w:right w:w="80" w:type="dxa"/>
            </w:tcMar>
            <w:vAlign w:val="center"/>
          </w:tcPr>
          <w:p w14:paraId="03A41207" w14:textId="77777777" w:rsidR="00D8042F" w:rsidRDefault="00D8042F"/>
        </w:tc>
        <w:tc>
          <w:tcPr>
            <w:tcW w:w="1587" w:type="dxa"/>
            <w:tcMar>
              <w:top w:w="80" w:type="dxa"/>
              <w:left w:w="80" w:type="dxa"/>
              <w:bottom w:w="80" w:type="dxa"/>
              <w:right w:w="80" w:type="dxa"/>
            </w:tcMar>
            <w:vAlign w:val="center"/>
          </w:tcPr>
          <w:p w14:paraId="48543A49" w14:textId="77777777" w:rsidR="00D8042F" w:rsidRDefault="00D8042F"/>
        </w:tc>
        <w:tc>
          <w:tcPr>
            <w:tcW w:w="1814" w:type="dxa"/>
            <w:tcMar>
              <w:top w:w="80" w:type="dxa"/>
              <w:left w:w="80" w:type="dxa"/>
              <w:bottom w:w="80" w:type="dxa"/>
              <w:right w:w="80" w:type="dxa"/>
            </w:tcMar>
            <w:vAlign w:val="center"/>
          </w:tcPr>
          <w:p w14:paraId="624CCEA5" w14:textId="77777777" w:rsidR="00D8042F" w:rsidRDefault="00D8042F"/>
        </w:tc>
        <w:tc>
          <w:tcPr>
            <w:tcW w:w="2381" w:type="dxa"/>
            <w:tcMar>
              <w:top w:w="80" w:type="dxa"/>
              <w:left w:w="80" w:type="dxa"/>
              <w:bottom w:w="80" w:type="dxa"/>
              <w:right w:w="80" w:type="dxa"/>
            </w:tcMar>
            <w:vAlign w:val="center"/>
          </w:tcPr>
          <w:p w14:paraId="37A07EC3" w14:textId="77777777" w:rsidR="00D8042F" w:rsidRDefault="00D8042F"/>
        </w:tc>
        <w:tc>
          <w:tcPr>
            <w:tcW w:w="2381" w:type="dxa"/>
            <w:tcMar>
              <w:top w:w="80" w:type="dxa"/>
              <w:left w:w="80" w:type="dxa"/>
              <w:bottom w:w="80" w:type="dxa"/>
              <w:right w:w="80" w:type="dxa"/>
            </w:tcMar>
            <w:vAlign w:val="center"/>
          </w:tcPr>
          <w:p w14:paraId="232BCB1E" w14:textId="77777777" w:rsidR="00D8042F" w:rsidRDefault="00D8042F"/>
        </w:tc>
      </w:tr>
      <w:tr w:rsidR="00D8042F" w14:paraId="38406086" w14:textId="77777777">
        <w:trPr>
          <w:trHeight w:val="680"/>
          <w:jc w:val="center"/>
        </w:trPr>
        <w:tc>
          <w:tcPr>
            <w:tcW w:w="1757" w:type="dxa"/>
            <w:tcMar>
              <w:top w:w="80" w:type="dxa"/>
              <w:left w:w="80" w:type="dxa"/>
              <w:bottom w:w="80" w:type="dxa"/>
              <w:right w:w="80" w:type="dxa"/>
            </w:tcMar>
            <w:vAlign w:val="center"/>
          </w:tcPr>
          <w:p w14:paraId="6A434547" w14:textId="77777777" w:rsidR="00D8042F" w:rsidRDefault="007A4ED0">
            <w:r>
              <w:rPr>
                <w:sz w:val="15"/>
              </w:rPr>
              <w:t>博物館・展示</w:t>
            </w:r>
          </w:p>
        </w:tc>
        <w:tc>
          <w:tcPr>
            <w:tcW w:w="1530" w:type="dxa"/>
            <w:tcMar>
              <w:top w:w="80" w:type="dxa"/>
              <w:left w:w="80" w:type="dxa"/>
              <w:bottom w:w="80" w:type="dxa"/>
              <w:right w:w="80" w:type="dxa"/>
            </w:tcMar>
            <w:vAlign w:val="center"/>
          </w:tcPr>
          <w:p w14:paraId="31C5B24D" w14:textId="77777777" w:rsidR="00D8042F" w:rsidRDefault="00D8042F"/>
        </w:tc>
        <w:tc>
          <w:tcPr>
            <w:tcW w:w="1587" w:type="dxa"/>
            <w:tcMar>
              <w:top w:w="80" w:type="dxa"/>
              <w:left w:w="80" w:type="dxa"/>
              <w:bottom w:w="80" w:type="dxa"/>
              <w:right w:w="80" w:type="dxa"/>
            </w:tcMar>
            <w:vAlign w:val="center"/>
          </w:tcPr>
          <w:p w14:paraId="0855F0F8" w14:textId="77777777" w:rsidR="00D8042F" w:rsidRDefault="00D8042F"/>
        </w:tc>
        <w:tc>
          <w:tcPr>
            <w:tcW w:w="1814" w:type="dxa"/>
            <w:tcMar>
              <w:top w:w="80" w:type="dxa"/>
              <w:left w:w="80" w:type="dxa"/>
              <w:bottom w:w="80" w:type="dxa"/>
              <w:right w:w="80" w:type="dxa"/>
            </w:tcMar>
            <w:vAlign w:val="center"/>
          </w:tcPr>
          <w:p w14:paraId="640A0806" w14:textId="77777777" w:rsidR="00D8042F" w:rsidRDefault="00D8042F"/>
        </w:tc>
        <w:tc>
          <w:tcPr>
            <w:tcW w:w="2381" w:type="dxa"/>
            <w:tcMar>
              <w:top w:w="80" w:type="dxa"/>
              <w:left w:w="80" w:type="dxa"/>
              <w:bottom w:w="80" w:type="dxa"/>
              <w:right w:w="80" w:type="dxa"/>
            </w:tcMar>
            <w:vAlign w:val="center"/>
          </w:tcPr>
          <w:p w14:paraId="6FE2B547" w14:textId="77777777" w:rsidR="00D8042F" w:rsidRDefault="00D8042F"/>
        </w:tc>
        <w:tc>
          <w:tcPr>
            <w:tcW w:w="2381" w:type="dxa"/>
            <w:tcMar>
              <w:top w:w="80" w:type="dxa"/>
              <w:left w:w="80" w:type="dxa"/>
              <w:bottom w:w="80" w:type="dxa"/>
              <w:right w:w="80" w:type="dxa"/>
            </w:tcMar>
            <w:vAlign w:val="center"/>
          </w:tcPr>
          <w:p w14:paraId="67516298" w14:textId="77777777" w:rsidR="00D8042F" w:rsidRDefault="00D8042F"/>
        </w:tc>
      </w:tr>
      <w:tr w:rsidR="00D8042F" w14:paraId="40D2CE3B" w14:textId="77777777">
        <w:trPr>
          <w:trHeight w:val="680"/>
          <w:jc w:val="center"/>
        </w:trPr>
        <w:tc>
          <w:tcPr>
            <w:tcW w:w="1757" w:type="dxa"/>
            <w:tcMar>
              <w:top w:w="80" w:type="dxa"/>
              <w:left w:w="80" w:type="dxa"/>
              <w:bottom w:w="80" w:type="dxa"/>
              <w:right w:w="80" w:type="dxa"/>
            </w:tcMar>
            <w:vAlign w:val="center"/>
          </w:tcPr>
          <w:p w14:paraId="18C3BF76" w14:textId="77777777" w:rsidR="00D8042F" w:rsidRDefault="007A4ED0">
            <w:r>
              <w:rPr>
                <w:sz w:val="15"/>
              </w:rPr>
              <w:t>資料保存・収蔵</w:t>
            </w:r>
          </w:p>
        </w:tc>
        <w:tc>
          <w:tcPr>
            <w:tcW w:w="1530" w:type="dxa"/>
            <w:tcMar>
              <w:top w:w="80" w:type="dxa"/>
              <w:left w:w="80" w:type="dxa"/>
              <w:bottom w:w="80" w:type="dxa"/>
              <w:right w:w="80" w:type="dxa"/>
            </w:tcMar>
            <w:vAlign w:val="center"/>
          </w:tcPr>
          <w:p w14:paraId="2894CFFC" w14:textId="77777777" w:rsidR="00D8042F" w:rsidRDefault="00D8042F"/>
        </w:tc>
        <w:tc>
          <w:tcPr>
            <w:tcW w:w="1587" w:type="dxa"/>
            <w:tcMar>
              <w:top w:w="80" w:type="dxa"/>
              <w:left w:w="80" w:type="dxa"/>
              <w:bottom w:w="80" w:type="dxa"/>
              <w:right w:w="80" w:type="dxa"/>
            </w:tcMar>
            <w:vAlign w:val="center"/>
          </w:tcPr>
          <w:p w14:paraId="6FFBC046" w14:textId="77777777" w:rsidR="00D8042F" w:rsidRDefault="00D8042F"/>
        </w:tc>
        <w:tc>
          <w:tcPr>
            <w:tcW w:w="1814" w:type="dxa"/>
            <w:tcMar>
              <w:top w:w="80" w:type="dxa"/>
              <w:left w:w="80" w:type="dxa"/>
              <w:bottom w:w="80" w:type="dxa"/>
              <w:right w:w="80" w:type="dxa"/>
            </w:tcMar>
            <w:vAlign w:val="center"/>
          </w:tcPr>
          <w:p w14:paraId="280C3372" w14:textId="77777777" w:rsidR="00D8042F" w:rsidRDefault="00D8042F"/>
        </w:tc>
        <w:tc>
          <w:tcPr>
            <w:tcW w:w="2381" w:type="dxa"/>
            <w:tcMar>
              <w:top w:w="80" w:type="dxa"/>
              <w:left w:w="80" w:type="dxa"/>
              <w:bottom w:w="80" w:type="dxa"/>
              <w:right w:w="80" w:type="dxa"/>
            </w:tcMar>
            <w:vAlign w:val="center"/>
          </w:tcPr>
          <w:p w14:paraId="771E532F" w14:textId="77777777" w:rsidR="00D8042F" w:rsidRDefault="00D8042F"/>
        </w:tc>
        <w:tc>
          <w:tcPr>
            <w:tcW w:w="2381" w:type="dxa"/>
            <w:tcMar>
              <w:top w:w="80" w:type="dxa"/>
              <w:left w:w="80" w:type="dxa"/>
              <w:bottom w:w="80" w:type="dxa"/>
              <w:right w:w="80" w:type="dxa"/>
            </w:tcMar>
            <w:vAlign w:val="center"/>
          </w:tcPr>
          <w:p w14:paraId="616A29CF" w14:textId="77777777" w:rsidR="00D8042F" w:rsidRDefault="00D8042F"/>
        </w:tc>
      </w:tr>
      <w:tr w:rsidR="00D8042F" w14:paraId="3BAE0D23" w14:textId="77777777">
        <w:trPr>
          <w:trHeight w:val="680"/>
          <w:jc w:val="center"/>
        </w:trPr>
        <w:tc>
          <w:tcPr>
            <w:tcW w:w="1757" w:type="dxa"/>
            <w:tcMar>
              <w:top w:w="80" w:type="dxa"/>
              <w:left w:w="80" w:type="dxa"/>
              <w:bottom w:w="80" w:type="dxa"/>
              <w:right w:w="80" w:type="dxa"/>
            </w:tcMar>
            <w:vAlign w:val="center"/>
          </w:tcPr>
          <w:p w14:paraId="723E73B7" w14:textId="77777777" w:rsidR="00D8042F" w:rsidRDefault="007A4ED0">
            <w:r>
              <w:rPr>
                <w:sz w:val="15"/>
              </w:rPr>
              <w:t>管理運営・事業計画</w:t>
            </w:r>
          </w:p>
        </w:tc>
        <w:tc>
          <w:tcPr>
            <w:tcW w:w="1530" w:type="dxa"/>
            <w:tcMar>
              <w:top w:w="80" w:type="dxa"/>
              <w:left w:w="80" w:type="dxa"/>
              <w:bottom w:w="80" w:type="dxa"/>
              <w:right w:w="80" w:type="dxa"/>
            </w:tcMar>
            <w:vAlign w:val="center"/>
          </w:tcPr>
          <w:p w14:paraId="60EA1BDB" w14:textId="77777777" w:rsidR="00D8042F" w:rsidRDefault="00D8042F"/>
        </w:tc>
        <w:tc>
          <w:tcPr>
            <w:tcW w:w="1587" w:type="dxa"/>
            <w:tcMar>
              <w:top w:w="80" w:type="dxa"/>
              <w:left w:w="80" w:type="dxa"/>
              <w:bottom w:w="80" w:type="dxa"/>
              <w:right w:w="80" w:type="dxa"/>
            </w:tcMar>
            <w:vAlign w:val="center"/>
          </w:tcPr>
          <w:p w14:paraId="103B7B73" w14:textId="77777777" w:rsidR="00D8042F" w:rsidRDefault="00D8042F"/>
        </w:tc>
        <w:tc>
          <w:tcPr>
            <w:tcW w:w="1814" w:type="dxa"/>
            <w:tcMar>
              <w:top w:w="80" w:type="dxa"/>
              <w:left w:w="80" w:type="dxa"/>
              <w:bottom w:w="80" w:type="dxa"/>
              <w:right w:w="80" w:type="dxa"/>
            </w:tcMar>
            <w:vAlign w:val="center"/>
          </w:tcPr>
          <w:p w14:paraId="54FBAAEA" w14:textId="77777777" w:rsidR="00D8042F" w:rsidRDefault="00D8042F"/>
        </w:tc>
        <w:tc>
          <w:tcPr>
            <w:tcW w:w="2381" w:type="dxa"/>
            <w:tcMar>
              <w:top w:w="80" w:type="dxa"/>
              <w:left w:w="80" w:type="dxa"/>
              <w:bottom w:w="80" w:type="dxa"/>
              <w:right w:w="80" w:type="dxa"/>
            </w:tcMar>
            <w:vAlign w:val="center"/>
          </w:tcPr>
          <w:p w14:paraId="55D8BF6E" w14:textId="77777777" w:rsidR="00D8042F" w:rsidRDefault="00D8042F"/>
        </w:tc>
        <w:tc>
          <w:tcPr>
            <w:tcW w:w="2381" w:type="dxa"/>
            <w:tcMar>
              <w:top w:w="80" w:type="dxa"/>
              <w:left w:w="80" w:type="dxa"/>
              <w:bottom w:w="80" w:type="dxa"/>
              <w:right w:w="80" w:type="dxa"/>
            </w:tcMar>
            <w:vAlign w:val="center"/>
          </w:tcPr>
          <w:p w14:paraId="7734B26E" w14:textId="77777777" w:rsidR="00D8042F" w:rsidRDefault="00D8042F"/>
        </w:tc>
      </w:tr>
      <w:tr w:rsidR="00D8042F" w14:paraId="58A168B0" w14:textId="77777777">
        <w:trPr>
          <w:trHeight w:val="680"/>
          <w:jc w:val="center"/>
        </w:trPr>
        <w:tc>
          <w:tcPr>
            <w:tcW w:w="1757" w:type="dxa"/>
            <w:tcMar>
              <w:top w:w="80" w:type="dxa"/>
              <w:left w:w="80" w:type="dxa"/>
              <w:bottom w:w="80" w:type="dxa"/>
              <w:right w:w="80" w:type="dxa"/>
            </w:tcMar>
            <w:vAlign w:val="center"/>
          </w:tcPr>
          <w:p w14:paraId="1F3AD634" w14:textId="77777777" w:rsidR="00D8042F" w:rsidRDefault="007A4ED0">
            <w:pPr>
              <w:rPr>
                <w:lang w:eastAsia="ja-JP"/>
              </w:rPr>
            </w:pPr>
            <w:r>
              <w:rPr>
                <w:sz w:val="15"/>
                <w:lang w:eastAsia="ja-JP"/>
              </w:rPr>
              <w:t>事業費・</w:t>
            </w:r>
            <w:r>
              <w:rPr>
                <w:sz w:val="15"/>
                <w:lang w:eastAsia="ja-JP"/>
              </w:rPr>
              <w:t>LCC</w:t>
            </w:r>
            <w:r>
              <w:rPr>
                <w:sz w:val="15"/>
                <w:lang w:eastAsia="ja-JP"/>
              </w:rPr>
              <w:t>・財源</w:t>
            </w:r>
          </w:p>
        </w:tc>
        <w:tc>
          <w:tcPr>
            <w:tcW w:w="1530" w:type="dxa"/>
            <w:tcMar>
              <w:top w:w="80" w:type="dxa"/>
              <w:left w:w="80" w:type="dxa"/>
              <w:bottom w:w="80" w:type="dxa"/>
              <w:right w:w="80" w:type="dxa"/>
            </w:tcMar>
            <w:vAlign w:val="center"/>
          </w:tcPr>
          <w:p w14:paraId="2F383E3E" w14:textId="77777777" w:rsidR="00D8042F" w:rsidRDefault="00D8042F">
            <w:pPr>
              <w:rPr>
                <w:lang w:eastAsia="ja-JP"/>
              </w:rPr>
            </w:pPr>
          </w:p>
        </w:tc>
        <w:tc>
          <w:tcPr>
            <w:tcW w:w="1587" w:type="dxa"/>
            <w:tcMar>
              <w:top w:w="80" w:type="dxa"/>
              <w:left w:w="80" w:type="dxa"/>
              <w:bottom w:w="80" w:type="dxa"/>
              <w:right w:w="80" w:type="dxa"/>
            </w:tcMar>
            <w:vAlign w:val="center"/>
          </w:tcPr>
          <w:p w14:paraId="1BB89097" w14:textId="77777777" w:rsidR="00D8042F" w:rsidRDefault="00D8042F">
            <w:pPr>
              <w:rPr>
                <w:lang w:eastAsia="ja-JP"/>
              </w:rPr>
            </w:pPr>
          </w:p>
        </w:tc>
        <w:tc>
          <w:tcPr>
            <w:tcW w:w="1814" w:type="dxa"/>
            <w:tcMar>
              <w:top w:w="80" w:type="dxa"/>
              <w:left w:w="80" w:type="dxa"/>
              <w:bottom w:w="80" w:type="dxa"/>
              <w:right w:w="80" w:type="dxa"/>
            </w:tcMar>
            <w:vAlign w:val="center"/>
          </w:tcPr>
          <w:p w14:paraId="128FAFF3" w14:textId="77777777" w:rsidR="00D8042F" w:rsidRDefault="00D8042F">
            <w:pPr>
              <w:rPr>
                <w:lang w:eastAsia="ja-JP"/>
              </w:rPr>
            </w:pPr>
          </w:p>
        </w:tc>
        <w:tc>
          <w:tcPr>
            <w:tcW w:w="2381" w:type="dxa"/>
            <w:tcMar>
              <w:top w:w="80" w:type="dxa"/>
              <w:left w:w="80" w:type="dxa"/>
              <w:bottom w:w="80" w:type="dxa"/>
              <w:right w:w="80" w:type="dxa"/>
            </w:tcMar>
            <w:vAlign w:val="center"/>
          </w:tcPr>
          <w:p w14:paraId="2D5DAE82" w14:textId="77777777" w:rsidR="00D8042F" w:rsidRDefault="00D8042F">
            <w:pPr>
              <w:rPr>
                <w:lang w:eastAsia="ja-JP"/>
              </w:rPr>
            </w:pPr>
          </w:p>
        </w:tc>
        <w:tc>
          <w:tcPr>
            <w:tcW w:w="2381" w:type="dxa"/>
            <w:tcMar>
              <w:top w:w="80" w:type="dxa"/>
              <w:left w:w="80" w:type="dxa"/>
              <w:bottom w:w="80" w:type="dxa"/>
              <w:right w:w="80" w:type="dxa"/>
            </w:tcMar>
            <w:vAlign w:val="center"/>
          </w:tcPr>
          <w:p w14:paraId="7DFC71A9" w14:textId="77777777" w:rsidR="00D8042F" w:rsidRDefault="00D8042F">
            <w:pPr>
              <w:rPr>
                <w:lang w:eastAsia="ja-JP"/>
              </w:rPr>
            </w:pPr>
          </w:p>
        </w:tc>
      </w:tr>
      <w:tr w:rsidR="00D8042F" w14:paraId="5F30E4AD" w14:textId="77777777">
        <w:trPr>
          <w:trHeight w:val="680"/>
          <w:jc w:val="center"/>
        </w:trPr>
        <w:tc>
          <w:tcPr>
            <w:tcW w:w="1757" w:type="dxa"/>
            <w:tcMar>
              <w:top w:w="80" w:type="dxa"/>
              <w:left w:w="80" w:type="dxa"/>
              <w:bottom w:w="80" w:type="dxa"/>
              <w:right w:w="80" w:type="dxa"/>
            </w:tcMar>
            <w:vAlign w:val="center"/>
          </w:tcPr>
          <w:p w14:paraId="433A115D" w14:textId="77777777" w:rsidR="00D8042F" w:rsidRDefault="007A4ED0">
            <w:proofErr w:type="spellStart"/>
            <w:r>
              <w:rPr>
                <w:sz w:val="15"/>
              </w:rPr>
              <w:t>市民参加・合意形成</w:t>
            </w:r>
            <w:proofErr w:type="spellEnd"/>
          </w:p>
        </w:tc>
        <w:tc>
          <w:tcPr>
            <w:tcW w:w="1530" w:type="dxa"/>
            <w:tcMar>
              <w:top w:w="80" w:type="dxa"/>
              <w:left w:w="80" w:type="dxa"/>
              <w:bottom w:w="80" w:type="dxa"/>
              <w:right w:w="80" w:type="dxa"/>
            </w:tcMar>
            <w:vAlign w:val="center"/>
          </w:tcPr>
          <w:p w14:paraId="25B8E611" w14:textId="77777777" w:rsidR="00D8042F" w:rsidRDefault="00D8042F"/>
        </w:tc>
        <w:tc>
          <w:tcPr>
            <w:tcW w:w="1587" w:type="dxa"/>
            <w:tcMar>
              <w:top w:w="80" w:type="dxa"/>
              <w:left w:w="80" w:type="dxa"/>
              <w:bottom w:w="80" w:type="dxa"/>
              <w:right w:w="80" w:type="dxa"/>
            </w:tcMar>
            <w:vAlign w:val="center"/>
          </w:tcPr>
          <w:p w14:paraId="415EE661" w14:textId="77777777" w:rsidR="00D8042F" w:rsidRDefault="00D8042F"/>
        </w:tc>
        <w:tc>
          <w:tcPr>
            <w:tcW w:w="1814" w:type="dxa"/>
            <w:tcMar>
              <w:top w:w="80" w:type="dxa"/>
              <w:left w:w="80" w:type="dxa"/>
              <w:bottom w:w="80" w:type="dxa"/>
              <w:right w:w="80" w:type="dxa"/>
            </w:tcMar>
            <w:vAlign w:val="center"/>
          </w:tcPr>
          <w:p w14:paraId="70B8E6A9" w14:textId="77777777" w:rsidR="00D8042F" w:rsidRDefault="00D8042F"/>
        </w:tc>
        <w:tc>
          <w:tcPr>
            <w:tcW w:w="2381" w:type="dxa"/>
            <w:tcMar>
              <w:top w:w="80" w:type="dxa"/>
              <w:left w:w="80" w:type="dxa"/>
              <w:bottom w:w="80" w:type="dxa"/>
              <w:right w:w="80" w:type="dxa"/>
            </w:tcMar>
            <w:vAlign w:val="center"/>
          </w:tcPr>
          <w:p w14:paraId="0075CFEB" w14:textId="77777777" w:rsidR="00D8042F" w:rsidRDefault="00D8042F"/>
        </w:tc>
        <w:tc>
          <w:tcPr>
            <w:tcW w:w="2381" w:type="dxa"/>
            <w:tcMar>
              <w:top w:w="80" w:type="dxa"/>
              <w:left w:w="80" w:type="dxa"/>
              <w:bottom w:w="80" w:type="dxa"/>
              <w:right w:w="80" w:type="dxa"/>
            </w:tcMar>
            <w:vAlign w:val="center"/>
          </w:tcPr>
          <w:p w14:paraId="42B61ADA" w14:textId="77777777" w:rsidR="00D8042F" w:rsidRDefault="00D8042F"/>
        </w:tc>
      </w:tr>
      <w:tr w:rsidR="00D8042F" w14:paraId="7AB768FB" w14:textId="77777777">
        <w:trPr>
          <w:trHeight w:val="680"/>
          <w:jc w:val="center"/>
        </w:trPr>
        <w:tc>
          <w:tcPr>
            <w:tcW w:w="1757" w:type="dxa"/>
            <w:tcMar>
              <w:top w:w="80" w:type="dxa"/>
              <w:left w:w="80" w:type="dxa"/>
              <w:bottom w:w="80" w:type="dxa"/>
              <w:right w:w="80" w:type="dxa"/>
            </w:tcMar>
            <w:vAlign w:val="center"/>
          </w:tcPr>
          <w:p w14:paraId="71C1B116" w14:textId="77777777" w:rsidR="00D8042F" w:rsidRDefault="007A4ED0">
            <w:pPr>
              <w:rPr>
                <w:lang w:eastAsia="ja-JP"/>
              </w:rPr>
            </w:pPr>
            <w:r>
              <w:rPr>
                <w:sz w:val="15"/>
                <w:lang w:eastAsia="ja-JP"/>
              </w:rPr>
              <w:t>工程・品質・情報管理</w:t>
            </w:r>
          </w:p>
        </w:tc>
        <w:tc>
          <w:tcPr>
            <w:tcW w:w="1530" w:type="dxa"/>
            <w:tcMar>
              <w:top w:w="80" w:type="dxa"/>
              <w:left w:w="80" w:type="dxa"/>
              <w:bottom w:w="80" w:type="dxa"/>
              <w:right w:w="80" w:type="dxa"/>
            </w:tcMar>
            <w:vAlign w:val="center"/>
          </w:tcPr>
          <w:p w14:paraId="2EB39CF1" w14:textId="77777777" w:rsidR="00D8042F" w:rsidRDefault="00D8042F">
            <w:pPr>
              <w:rPr>
                <w:lang w:eastAsia="ja-JP"/>
              </w:rPr>
            </w:pPr>
          </w:p>
        </w:tc>
        <w:tc>
          <w:tcPr>
            <w:tcW w:w="1587" w:type="dxa"/>
            <w:tcMar>
              <w:top w:w="80" w:type="dxa"/>
              <w:left w:w="80" w:type="dxa"/>
              <w:bottom w:w="80" w:type="dxa"/>
              <w:right w:w="80" w:type="dxa"/>
            </w:tcMar>
            <w:vAlign w:val="center"/>
          </w:tcPr>
          <w:p w14:paraId="3B989E72" w14:textId="77777777" w:rsidR="00D8042F" w:rsidRDefault="00D8042F">
            <w:pPr>
              <w:rPr>
                <w:lang w:eastAsia="ja-JP"/>
              </w:rPr>
            </w:pPr>
          </w:p>
        </w:tc>
        <w:tc>
          <w:tcPr>
            <w:tcW w:w="1814" w:type="dxa"/>
            <w:tcMar>
              <w:top w:w="80" w:type="dxa"/>
              <w:left w:w="80" w:type="dxa"/>
              <w:bottom w:w="80" w:type="dxa"/>
              <w:right w:w="80" w:type="dxa"/>
            </w:tcMar>
            <w:vAlign w:val="center"/>
          </w:tcPr>
          <w:p w14:paraId="69034D89" w14:textId="77777777" w:rsidR="00D8042F" w:rsidRDefault="00D8042F">
            <w:pPr>
              <w:rPr>
                <w:lang w:eastAsia="ja-JP"/>
              </w:rPr>
            </w:pPr>
          </w:p>
        </w:tc>
        <w:tc>
          <w:tcPr>
            <w:tcW w:w="2381" w:type="dxa"/>
            <w:tcMar>
              <w:top w:w="80" w:type="dxa"/>
              <w:left w:w="80" w:type="dxa"/>
              <w:bottom w:w="80" w:type="dxa"/>
              <w:right w:w="80" w:type="dxa"/>
            </w:tcMar>
            <w:vAlign w:val="center"/>
          </w:tcPr>
          <w:p w14:paraId="3EC25D9B" w14:textId="77777777" w:rsidR="00D8042F" w:rsidRDefault="00D8042F">
            <w:pPr>
              <w:rPr>
                <w:lang w:eastAsia="ja-JP"/>
              </w:rPr>
            </w:pPr>
          </w:p>
        </w:tc>
        <w:tc>
          <w:tcPr>
            <w:tcW w:w="2381" w:type="dxa"/>
            <w:tcMar>
              <w:top w:w="80" w:type="dxa"/>
              <w:left w:w="80" w:type="dxa"/>
              <w:bottom w:w="80" w:type="dxa"/>
              <w:right w:w="80" w:type="dxa"/>
            </w:tcMar>
            <w:vAlign w:val="center"/>
          </w:tcPr>
          <w:p w14:paraId="418DDF2C" w14:textId="77777777" w:rsidR="00D8042F" w:rsidRDefault="00D8042F">
            <w:pPr>
              <w:rPr>
                <w:lang w:eastAsia="ja-JP"/>
              </w:rPr>
            </w:pPr>
          </w:p>
        </w:tc>
      </w:tr>
      <w:tr w:rsidR="00D8042F" w14:paraId="68DD25F0" w14:textId="77777777">
        <w:trPr>
          <w:trHeight w:val="680"/>
          <w:jc w:val="center"/>
        </w:trPr>
        <w:tc>
          <w:tcPr>
            <w:tcW w:w="1757" w:type="dxa"/>
            <w:tcMar>
              <w:top w:w="80" w:type="dxa"/>
              <w:left w:w="80" w:type="dxa"/>
              <w:bottom w:w="80" w:type="dxa"/>
              <w:right w:w="80" w:type="dxa"/>
            </w:tcMar>
            <w:vAlign w:val="center"/>
          </w:tcPr>
          <w:p w14:paraId="694368C1" w14:textId="77777777" w:rsidR="00D8042F" w:rsidRDefault="007A4ED0">
            <w:proofErr w:type="spellStart"/>
            <w:r>
              <w:rPr>
                <w:sz w:val="15"/>
              </w:rPr>
              <w:t>その他</w:t>
            </w:r>
            <w:proofErr w:type="spellEnd"/>
          </w:p>
        </w:tc>
        <w:tc>
          <w:tcPr>
            <w:tcW w:w="1530" w:type="dxa"/>
            <w:tcMar>
              <w:top w:w="80" w:type="dxa"/>
              <w:left w:w="80" w:type="dxa"/>
              <w:bottom w:w="80" w:type="dxa"/>
              <w:right w:w="80" w:type="dxa"/>
            </w:tcMar>
            <w:vAlign w:val="center"/>
          </w:tcPr>
          <w:p w14:paraId="5A16B2D1" w14:textId="77777777" w:rsidR="00D8042F" w:rsidRDefault="00D8042F"/>
        </w:tc>
        <w:tc>
          <w:tcPr>
            <w:tcW w:w="1587" w:type="dxa"/>
            <w:tcMar>
              <w:top w:w="80" w:type="dxa"/>
              <w:left w:w="80" w:type="dxa"/>
              <w:bottom w:w="80" w:type="dxa"/>
              <w:right w:w="80" w:type="dxa"/>
            </w:tcMar>
            <w:vAlign w:val="center"/>
          </w:tcPr>
          <w:p w14:paraId="33D6DBAF" w14:textId="77777777" w:rsidR="00D8042F" w:rsidRDefault="00D8042F"/>
        </w:tc>
        <w:tc>
          <w:tcPr>
            <w:tcW w:w="1814" w:type="dxa"/>
            <w:tcMar>
              <w:top w:w="80" w:type="dxa"/>
              <w:left w:w="80" w:type="dxa"/>
              <w:bottom w:w="80" w:type="dxa"/>
              <w:right w:w="80" w:type="dxa"/>
            </w:tcMar>
            <w:vAlign w:val="center"/>
          </w:tcPr>
          <w:p w14:paraId="54B6A7A8" w14:textId="77777777" w:rsidR="00D8042F" w:rsidRDefault="00D8042F"/>
        </w:tc>
        <w:tc>
          <w:tcPr>
            <w:tcW w:w="2381" w:type="dxa"/>
            <w:tcMar>
              <w:top w:w="80" w:type="dxa"/>
              <w:left w:w="80" w:type="dxa"/>
              <w:bottom w:w="80" w:type="dxa"/>
              <w:right w:w="80" w:type="dxa"/>
            </w:tcMar>
            <w:vAlign w:val="center"/>
          </w:tcPr>
          <w:p w14:paraId="7E4AC520" w14:textId="77777777" w:rsidR="00D8042F" w:rsidRDefault="00D8042F"/>
        </w:tc>
        <w:tc>
          <w:tcPr>
            <w:tcW w:w="2381" w:type="dxa"/>
            <w:tcMar>
              <w:top w:w="80" w:type="dxa"/>
              <w:left w:w="80" w:type="dxa"/>
              <w:bottom w:w="80" w:type="dxa"/>
              <w:right w:w="80" w:type="dxa"/>
            </w:tcMar>
            <w:vAlign w:val="center"/>
          </w:tcPr>
          <w:p w14:paraId="15794873" w14:textId="77777777" w:rsidR="00D8042F" w:rsidRDefault="00D8042F"/>
        </w:tc>
      </w:tr>
    </w:tbl>
    <w:p w14:paraId="070550F1" w14:textId="77777777" w:rsidR="00D8042F" w:rsidRDefault="007A4ED0">
      <w:pPr>
        <w:rPr>
          <w:lang w:eastAsia="ja-JP"/>
        </w:rPr>
      </w:pPr>
      <w:r>
        <w:rPr>
          <w:lang w:eastAsia="ja-JP"/>
        </w:rPr>
        <w:t>※</w:t>
      </w:r>
      <w:r>
        <w:rPr>
          <w:lang w:eastAsia="ja-JP"/>
        </w:rPr>
        <w:t>共同企業体の場合は、各担当者の所属構成員が分かるように記載してください。協力事務所を予定する場合は、その関係が分かるようにしてください。</w:t>
      </w:r>
    </w:p>
    <w:p w14:paraId="71FEDE7A" w14:textId="77777777" w:rsidR="00D8042F" w:rsidRDefault="007A4ED0">
      <w:pPr>
        <w:rPr>
          <w:lang w:eastAsia="ja-JP"/>
        </w:rPr>
      </w:pPr>
      <w:r>
        <w:rPr>
          <w:lang w:eastAsia="ja-JP"/>
        </w:rPr>
        <w:br w:type="page"/>
      </w:r>
    </w:p>
    <w:p w14:paraId="59A9DF9C" w14:textId="77777777" w:rsidR="00D8042F" w:rsidRDefault="007A4ED0">
      <w:pPr>
        <w:jc w:val="right"/>
      </w:pPr>
      <w:r>
        <w:rPr>
          <w:b/>
        </w:rPr>
        <w:lastRenderedPageBreak/>
        <w:t>様式第</w:t>
      </w:r>
      <w:r>
        <w:rPr>
          <w:b/>
        </w:rPr>
        <w:t>8</w:t>
      </w:r>
      <w:r>
        <w:rPr>
          <w:b/>
        </w:rPr>
        <w:t>号</w:t>
      </w:r>
    </w:p>
    <w:p w14:paraId="64F45616" w14:textId="77777777" w:rsidR="00D8042F" w:rsidRDefault="007A4ED0">
      <w:pPr>
        <w:jc w:val="center"/>
      </w:pPr>
      <w:r>
        <w:rPr>
          <w:b/>
          <w:sz w:val="32"/>
        </w:rPr>
        <w:t>参加資格等誓約書</w:t>
      </w:r>
    </w:p>
    <w:p w14:paraId="0C9771D9" w14:textId="77777777" w:rsidR="00D8042F" w:rsidRDefault="007A4ED0">
      <w:pPr>
        <w:jc w:val="right"/>
        <w:rPr>
          <w:lang w:eastAsia="ja-JP"/>
        </w:rPr>
      </w:pPr>
      <w:r>
        <w:rPr>
          <w:color w:val="666666"/>
          <w:sz w:val="16"/>
          <w:lang w:eastAsia="ja-JP"/>
        </w:rPr>
        <w:t>（根拠：実施要領第</w:t>
      </w:r>
      <w:r>
        <w:rPr>
          <w:color w:val="666666"/>
          <w:sz w:val="16"/>
          <w:lang w:eastAsia="ja-JP"/>
        </w:rPr>
        <w:t>8</w:t>
      </w:r>
      <w:r>
        <w:rPr>
          <w:color w:val="666666"/>
          <w:sz w:val="16"/>
          <w:lang w:eastAsia="ja-JP"/>
        </w:rPr>
        <w:t>及び第</w:t>
      </w:r>
      <w:r>
        <w:rPr>
          <w:color w:val="666666"/>
          <w:sz w:val="16"/>
          <w:lang w:eastAsia="ja-JP"/>
        </w:rPr>
        <w:t>4</w:t>
      </w:r>
      <w:r>
        <w:rPr>
          <w:color w:val="666666"/>
          <w:sz w:val="16"/>
          <w:lang w:eastAsia="ja-JP"/>
        </w:rPr>
        <w:t>）</w:t>
      </w:r>
    </w:p>
    <w:p w14:paraId="28F73BDE" w14:textId="77777777" w:rsidR="00D8042F" w:rsidRDefault="007A4ED0">
      <w:pPr>
        <w:jc w:val="right"/>
      </w:pPr>
      <w:r>
        <w:t>令和</w:t>
      </w:r>
      <w:r>
        <w:t>8</w:t>
      </w:r>
      <w:proofErr w:type="gramStart"/>
      <w:r>
        <w:t>年　　月</w:t>
      </w:r>
      <w:proofErr w:type="gramEnd"/>
      <w:r>
        <w:t xml:space="preserve">　　日</w:t>
      </w:r>
    </w:p>
    <w:p w14:paraId="2FC089AB" w14:textId="77777777" w:rsidR="00D8042F" w:rsidRDefault="007A4ED0">
      <w:r>
        <w:t>西之表市長　様</w:t>
      </w:r>
    </w:p>
    <w:tbl>
      <w:tblPr>
        <w:tblStyle w:val="afe"/>
        <w:tblW w:w="0" w:type="auto"/>
        <w:jc w:val="right"/>
        <w:tblLook w:val="04A0" w:firstRow="1" w:lastRow="0" w:firstColumn="1" w:lastColumn="0" w:noHBand="0" w:noVBand="1"/>
      </w:tblPr>
      <w:tblGrid>
        <w:gridCol w:w="2154"/>
        <w:gridCol w:w="6237"/>
      </w:tblGrid>
      <w:tr w:rsidR="00D8042F" w14:paraId="054CACB4" w14:textId="77777777">
        <w:trPr>
          <w:jc w:val="right"/>
        </w:trPr>
        <w:tc>
          <w:tcPr>
            <w:tcW w:w="2154" w:type="dxa"/>
            <w:shd w:val="clear" w:color="auto" w:fill="F3F6F8"/>
            <w:tcMar>
              <w:top w:w="80" w:type="dxa"/>
              <w:left w:w="80" w:type="dxa"/>
              <w:bottom w:w="80" w:type="dxa"/>
              <w:right w:w="80" w:type="dxa"/>
            </w:tcMar>
          </w:tcPr>
          <w:p w14:paraId="086E2CAE" w14:textId="77777777" w:rsidR="00D8042F" w:rsidRDefault="007A4ED0">
            <w:r>
              <w:t>所在地</w:t>
            </w:r>
          </w:p>
        </w:tc>
        <w:tc>
          <w:tcPr>
            <w:tcW w:w="6237" w:type="dxa"/>
            <w:tcMar>
              <w:top w:w="80" w:type="dxa"/>
              <w:left w:w="80" w:type="dxa"/>
              <w:bottom w:w="80" w:type="dxa"/>
              <w:right w:w="80" w:type="dxa"/>
            </w:tcMar>
          </w:tcPr>
          <w:p w14:paraId="05B4D499" w14:textId="77777777" w:rsidR="00D8042F" w:rsidRDefault="00D8042F"/>
        </w:tc>
      </w:tr>
      <w:tr w:rsidR="00D8042F" w14:paraId="61652193" w14:textId="77777777">
        <w:trPr>
          <w:jc w:val="right"/>
        </w:trPr>
        <w:tc>
          <w:tcPr>
            <w:tcW w:w="2154" w:type="dxa"/>
            <w:shd w:val="clear" w:color="auto" w:fill="F3F6F8"/>
            <w:tcMar>
              <w:top w:w="80" w:type="dxa"/>
              <w:left w:w="80" w:type="dxa"/>
              <w:bottom w:w="80" w:type="dxa"/>
              <w:right w:w="80" w:type="dxa"/>
            </w:tcMar>
          </w:tcPr>
          <w:p w14:paraId="698A34ED" w14:textId="77777777" w:rsidR="00D8042F" w:rsidRDefault="007A4ED0">
            <w:r>
              <w:t>法人等名称</w:t>
            </w:r>
          </w:p>
        </w:tc>
        <w:tc>
          <w:tcPr>
            <w:tcW w:w="6237" w:type="dxa"/>
            <w:tcMar>
              <w:top w:w="80" w:type="dxa"/>
              <w:left w:w="80" w:type="dxa"/>
              <w:bottom w:w="80" w:type="dxa"/>
              <w:right w:w="80" w:type="dxa"/>
            </w:tcMar>
          </w:tcPr>
          <w:p w14:paraId="761D697F" w14:textId="77777777" w:rsidR="00D8042F" w:rsidRDefault="00D8042F"/>
        </w:tc>
      </w:tr>
      <w:tr w:rsidR="00D8042F" w14:paraId="1207BA66" w14:textId="77777777">
        <w:trPr>
          <w:jc w:val="right"/>
        </w:trPr>
        <w:tc>
          <w:tcPr>
            <w:tcW w:w="2154" w:type="dxa"/>
            <w:shd w:val="clear" w:color="auto" w:fill="F3F6F8"/>
            <w:tcMar>
              <w:top w:w="80" w:type="dxa"/>
              <w:left w:w="80" w:type="dxa"/>
              <w:bottom w:w="80" w:type="dxa"/>
              <w:right w:w="80" w:type="dxa"/>
            </w:tcMar>
          </w:tcPr>
          <w:p w14:paraId="7FC5E8BA" w14:textId="77777777" w:rsidR="00D8042F" w:rsidRDefault="007A4ED0">
            <w:r>
              <w:t>代表者役職・氏名</w:t>
            </w:r>
          </w:p>
        </w:tc>
        <w:tc>
          <w:tcPr>
            <w:tcW w:w="6237" w:type="dxa"/>
            <w:tcMar>
              <w:top w:w="80" w:type="dxa"/>
              <w:left w:w="80" w:type="dxa"/>
              <w:bottom w:w="80" w:type="dxa"/>
              <w:right w:w="80" w:type="dxa"/>
            </w:tcMar>
          </w:tcPr>
          <w:p w14:paraId="667E3016" w14:textId="77777777" w:rsidR="00D8042F" w:rsidRDefault="007A4ED0">
            <w:r>
              <w:t xml:space="preserve">　　　　　　　　　　　　　　　印</w:t>
            </w:r>
          </w:p>
        </w:tc>
      </w:tr>
      <w:tr w:rsidR="00D8042F" w14:paraId="616973B5" w14:textId="77777777">
        <w:trPr>
          <w:jc w:val="right"/>
        </w:trPr>
        <w:tc>
          <w:tcPr>
            <w:tcW w:w="2154" w:type="dxa"/>
            <w:shd w:val="clear" w:color="auto" w:fill="F3F6F8"/>
            <w:tcMar>
              <w:top w:w="80" w:type="dxa"/>
              <w:left w:w="80" w:type="dxa"/>
              <w:bottom w:w="80" w:type="dxa"/>
              <w:right w:w="80" w:type="dxa"/>
            </w:tcMar>
          </w:tcPr>
          <w:p w14:paraId="4D869EF0" w14:textId="77777777" w:rsidR="00D8042F" w:rsidRDefault="007A4ED0">
            <w:r>
              <w:t>担当者連絡先</w:t>
            </w:r>
          </w:p>
        </w:tc>
        <w:tc>
          <w:tcPr>
            <w:tcW w:w="6237" w:type="dxa"/>
            <w:tcMar>
              <w:top w:w="80" w:type="dxa"/>
              <w:left w:w="80" w:type="dxa"/>
              <w:bottom w:w="80" w:type="dxa"/>
              <w:right w:w="80" w:type="dxa"/>
            </w:tcMar>
          </w:tcPr>
          <w:p w14:paraId="408C4CC2" w14:textId="77777777" w:rsidR="00D8042F" w:rsidRDefault="007A4ED0">
            <w:r>
              <w:t xml:space="preserve">所属：　　　　　　氏名：　　　　　　</w:t>
            </w:r>
            <w:r>
              <w:t>TEL</w:t>
            </w:r>
            <w:r>
              <w:t xml:space="preserve">：　　　　　　</w:t>
            </w:r>
            <w:r>
              <w:t>E-mail</w:t>
            </w:r>
            <w:r>
              <w:t>：</w:t>
            </w:r>
          </w:p>
        </w:tc>
      </w:tr>
    </w:tbl>
    <w:p w14:paraId="2588E0AA" w14:textId="77777777" w:rsidR="00D8042F" w:rsidRDefault="007A4ED0">
      <w:pPr>
        <w:rPr>
          <w:lang w:eastAsia="ja-JP"/>
        </w:rPr>
      </w:pPr>
      <w:r>
        <w:rPr>
          <w:lang w:eastAsia="ja-JP"/>
        </w:rPr>
        <w:t>本プロポーザルへの参加に当たり、公告資料を確認し、次の事項を誓約します。</w:t>
      </w:r>
    </w:p>
    <w:p w14:paraId="0F1FA18B" w14:textId="77777777" w:rsidR="00D8042F" w:rsidRDefault="007A4ED0">
      <w:pPr>
        <w:rPr>
          <w:lang w:eastAsia="ja-JP"/>
        </w:rPr>
      </w:pPr>
      <w:r>
        <w:rPr>
          <w:lang w:eastAsia="ja-JP"/>
        </w:rPr>
        <w:t xml:space="preserve">1. </w:t>
      </w:r>
      <w:r>
        <w:rPr>
          <w:lang w:eastAsia="ja-JP"/>
        </w:rPr>
        <w:t>地方自治法施行令第</w:t>
      </w:r>
      <w:r>
        <w:rPr>
          <w:lang w:eastAsia="ja-JP"/>
        </w:rPr>
        <w:t>167</w:t>
      </w:r>
      <w:r>
        <w:rPr>
          <w:lang w:eastAsia="ja-JP"/>
        </w:rPr>
        <w:t>条の</w:t>
      </w:r>
      <w:r>
        <w:rPr>
          <w:lang w:eastAsia="ja-JP"/>
        </w:rPr>
        <w:t>4</w:t>
      </w:r>
      <w:r>
        <w:rPr>
          <w:lang w:eastAsia="ja-JP"/>
        </w:rPr>
        <w:t>に該当しません。</w:t>
      </w:r>
    </w:p>
    <w:p w14:paraId="4B85056C" w14:textId="77777777" w:rsidR="00D8042F" w:rsidRDefault="007A4ED0">
      <w:pPr>
        <w:rPr>
          <w:lang w:eastAsia="ja-JP"/>
        </w:rPr>
      </w:pPr>
      <w:r>
        <w:rPr>
          <w:lang w:eastAsia="ja-JP"/>
        </w:rPr>
        <w:t xml:space="preserve">2. </w:t>
      </w:r>
      <w:r>
        <w:rPr>
          <w:lang w:eastAsia="ja-JP"/>
        </w:rPr>
        <w:t>西之表市から指名停止等の措置を受けていません。</w:t>
      </w:r>
    </w:p>
    <w:p w14:paraId="492DD55A" w14:textId="77777777" w:rsidR="00D8042F" w:rsidRDefault="007A4ED0">
      <w:pPr>
        <w:rPr>
          <w:lang w:eastAsia="ja-JP"/>
        </w:rPr>
      </w:pPr>
      <w:r>
        <w:rPr>
          <w:lang w:eastAsia="ja-JP"/>
        </w:rPr>
        <w:t xml:space="preserve">3. </w:t>
      </w:r>
      <w:r>
        <w:rPr>
          <w:lang w:eastAsia="ja-JP"/>
        </w:rPr>
        <w:t>会社更生法、民事再生法等による手続により、本業務を履行できない状態ではありません。</w:t>
      </w:r>
    </w:p>
    <w:p w14:paraId="7E5EC4B8" w14:textId="77777777" w:rsidR="00D8042F" w:rsidRDefault="007A4ED0">
      <w:pPr>
        <w:rPr>
          <w:lang w:eastAsia="ja-JP"/>
        </w:rPr>
      </w:pPr>
      <w:r>
        <w:rPr>
          <w:lang w:eastAsia="ja-JP"/>
        </w:rPr>
        <w:t xml:space="preserve">4. </w:t>
      </w:r>
      <w:r>
        <w:rPr>
          <w:lang w:eastAsia="ja-JP"/>
        </w:rPr>
        <w:t>国税及び地方税に滞納がありません。</w:t>
      </w:r>
    </w:p>
    <w:p w14:paraId="14ADBDAF" w14:textId="77777777" w:rsidR="00D8042F" w:rsidRDefault="007A4ED0">
      <w:pPr>
        <w:rPr>
          <w:lang w:eastAsia="ja-JP"/>
        </w:rPr>
      </w:pPr>
      <w:r>
        <w:rPr>
          <w:lang w:eastAsia="ja-JP"/>
        </w:rPr>
        <w:t xml:space="preserve">5. </w:t>
      </w:r>
      <w:r>
        <w:rPr>
          <w:lang w:eastAsia="ja-JP"/>
        </w:rPr>
        <w:t>暴力団その他反社会的勢力に該当せず、これらと関係を有しません。</w:t>
      </w:r>
    </w:p>
    <w:p w14:paraId="68529958" w14:textId="77777777" w:rsidR="00D8042F" w:rsidRDefault="007A4ED0">
      <w:pPr>
        <w:rPr>
          <w:lang w:eastAsia="ja-JP"/>
        </w:rPr>
      </w:pPr>
      <w:r>
        <w:rPr>
          <w:lang w:eastAsia="ja-JP"/>
        </w:rPr>
        <w:t xml:space="preserve">6. </w:t>
      </w:r>
      <w:r>
        <w:rPr>
          <w:lang w:eastAsia="ja-JP"/>
        </w:rPr>
        <w:t>本業務を履行するために必要な財務基盤、組織体制及び情報管理体制を有します。</w:t>
      </w:r>
    </w:p>
    <w:p w14:paraId="43D1BCB4" w14:textId="77777777" w:rsidR="00D8042F" w:rsidRDefault="007A4ED0">
      <w:pPr>
        <w:rPr>
          <w:lang w:eastAsia="ja-JP"/>
        </w:rPr>
      </w:pPr>
      <w:r>
        <w:rPr>
          <w:lang w:eastAsia="ja-JP"/>
        </w:rPr>
        <w:t xml:space="preserve">7. </w:t>
      </w:r>
      <w:r>
        <w:rPr>
          <w:lang w:eastAsia="ja-JP"/>
        </w:rPr>
        <w:t>実施要領第</w:t>
      </w:r>
      <w:r>
        <w:rPr>
          <w:lang w:eastAsia="ja-JP"/>
        </w:rPr>
        <w:t>4</w:t>
      </w:r>
      <w:r>
        <w:rPr>
          <w:lang w:eastAsia="ja-JP"/>
        </w:rPr>
        <w:t>に定める実績要件及び技術者要件を満たします（共同企業体の場合は共同企業体全体として満たす要件を含みます）。</w:t>
      </w:r>
    </w:p>
    <w:p w14:paraId="60412945" w14:textId="77777777" w:rsidR="00D8042F" w:rsidRDefault="007A4ED0">
      <w:pPr>
        <w:rPr>
          <w:lang w:eastAsia="ja-JP"/>
        </w:rPr>
      </w:pPr>
      <w:r>
        <w:rPr>
          <w:lang w:eastAsia="ja-JP"/>
        </w:rPr>
        <w:t xml:space="preserve">8. </w:t>
      </w:r>
      <w:r>
        <w:rPr>
          <w:lang w:eastAsia="ja-JP"/>
        </w:rPr>
        <w:t>提出書類の記載事項及び添付資料に虚偽はありません。</w:t>
      </w:r>
    </w:p>
    <w:p w14:paraId="3ED91AC7" w14:textId="77777777" w:rsidR="00D8042F" w:rsidRDefault="007A4ED0">
      <w:pPr>
        <w:rPr>
          <w:lang w:eastAsia="ja-JP"/>
        </w:rPr>
      </w:pPr>
      <w:r>
        <w:rPr>
          <w:lang w:eastAsia="ja-JP"/>
        </w:rPr>
        <w:t xml:space="preserve">9. </w:t>
      </w:r>
      <w:r>
        <w:rPr>
          <w:lang w:eastAsia="ja-JP"/>
        </w:rPr>
        <w:t>参加申込後から契約締結までに参加資格要件を満たさなくなった場合は、直ちに市へ申し出ます。</w:t>
      </w:r>
    </w:p>
    <w:p w14:paraId="29E50E8C" w14:textId="77777777" w:rsidR="00D8042F" w:rsidRDefault="007A4ED0">
      <w:pPr>
        <w:rPr>
          <w:lang w:eastAsia="ja-JP"/>
        </w:rPr>
      </w:pPr>
      <w:r>
        <w:rPr>
          <w:lang w:eastAsia="ja-JP"/>
        </w:rPr>
        <w:t>※</w:t>
      </w:r>
      <w:r>
        <w:rPr>
          <w:lang w:eastAsia="ja-JP"/>
        </w:rPr>
        <w:t>共同企業体の場合は、代表構成員及び各構成員がそれぞれ本誓約書を提出してください。</w:t>
      </w:r>
    </w:p>
    <w:p w14:paraId="536BEAEC" w14:textId="77777777" w:rsidR="00D8042F" w:rsidRDefault="007A4ED0">
      <w:pPr>
        <w:rPr>
          <w:lang w:eastAsia="ja-JP"/>
        </w:rPr>
      </w:pPr>
      <w:r>
        <w:rPr>
          <w:lang w:eastAsia="ja-JP"/>
        </w:rPr>
        <w:br w:type="page"/>
      </w:r>
    </w:p>
    <w:p w14:paraId="6E20464F" w14:textId="77777777" w:rsidR="00D8042F" w:rsidRDefault="007A4ED0">
      <w:pPr>
        <w:jc w:val="right"/>
      </w:pPr>
      <w:r>
        <w:rPr>
          <w:b/>
        </w:rPr>
        <w:lastRenderedPageBreak/>
        <w:t>様式第</w:t>
      </w:r>
      <w:r>
        <w:rPr>
          <w:b/>
        </w:rPr>
        <w:t>9</w:t>
      </w:r>
      <w:r>
        <w:rPr>
          <w:b/>
        </w:rPr>
        <w:t>号</w:t>
      </w:r>
    </w:p>
    <w:p w14:paraId="67363816" w14:textId="77777777" w:rsidR="00D8042F" w:rsidRDefault="007A4ED0">
      <w:pPr>
        <w:jc w:val="center"/>
      </w:pPr>
      <w:r>
        <w:rPr>
          <w:b/>
          <w:sz w:val="32"/>
        </w:rPr>
        <w:t>利益相反等申告書</w:t>
      </w:r>
    </w:p>
    <w:p w14:paraId="261299B5" w14:textId="77777777" w:rsidR="00D8042F" w:rsidRDefault="007A4ED0">
      <w:pPr>
        <w:jc w:val="right"/>
      </w:pPr>
      <w:r>
        <w:rPr>
          <w:color w:val="666666"/>
          <w:sz w:val="16"/>
        </w:rPr>
        <w:t>（根拠：実施要領第</w:t>
      </w:r>
      <w:r>
        <w:rPr>
          <w:color w:val="666666"/>
          <w:sz w:val="16"/>
        </w:rPr>
        <w:t>4</w:t>
      </w:r>
      <w:r>
        <w:rPr>
          <w:color w:val="666666"/>
          <w:sz w:val="16"/>
        </w:rPr>
        <w:t>、審査要領第</w:t>
      </w:r>
      <w:r>
        <w:rPr>
          <w:color w:val="666666"/>
          <w:sz w:val="16"/>
        </w:rPr>
        <w:t>2-3</w:t>
      </w:r>
      <w:r>
        <w:rPr>
          <w:color w:val="666666"/>
          <w:sz w:val="16"/>
        </w:rPr>
        <w:t>）</w:t>
      </w:r>
    </w:p>
    <w:p w14:paraId="329F75F1" w14:textId="77777777" w:rsidR="00D8042F" w:rsidRDefault="007A4ED0">
      <w:pPr>
        <w:jc w:val="right"/>
      </w:pPr>
      <w:r>
        <w:t>令和</w:t>
      </w:r>
      <w:r>
        <w:t>8</w:t>
      </w:r>
      <w:proofErr w:type="gramStart"/>
      <w:r>
        <w:t>年　　月</w:t>
      </w:r>
      <w:proofErr w:type="gramEnd"/>
      <w:r>
        <w:t xml:space="preserve">　　日</w:t>
      </w:r>
    </w:p>
    <w:p w14:paraId="2A7C7971" w14:textId="77777777" w:rsidR="00D8042F" w:rsidRDefault="007A4ED0">
      <w:r>
        <w:t>西之表市長　様</w:t>
      </w:r>
    </w:p>
    <w:tbl>
      <w:tblPr>
        <w:tblStyle w:val="afe"/>
        <w:tblW w:w="0" w:type="auto"/>
        <w:jc w:val="right"/>
        <w:tblLook w:val="04A0" w:firstRow="1" w:lastRow="0" w:firstColumn="1" w:lastColumn="0" w:noHBand="0" w:noVBand="1"/>
      </w:tblPr>
      <w:tblGrid>
        <w:gridCol w:w="2154"/>
        <w:gridCol w:w="6237"/>
      </w:tblGrid>
      <w:tr w:rsidR="00D8042F" w14:paraId="01421865" w14:textId="77777777">
        <w:trPr>
          <w:jc w:val="right"/>
        </w:trPr>
        <w:tc>
          <w:tcPr>
            <w:tcW w:w="2154" w:type="dxa"/>
            <w:shd w:val="clear" w:color="auto" w:fill="F3F6F8"/>
            <w:tcMar>
              <w:top w:w="80" w:type="dxa"/>
              <w:left w:w="80" w:type="dxa"/>
              <w:bottom w:w="80" w:type="dxa"/>
              <w:right w:w="80" w:type="dxa"/>
            </w:tcMar>
          </w:tcPr>
          <w:p w14:paraId="044BA432" w14:textId="77777777" w:rsidR="00D8042F" w:rsidRDefault="007A4ED0">
            <w:r>
              <w:t>所在地</w:t>
            </w:r>
          </w:p>
        </w:tc>
        <w:tc>
          <w:tcPr>
            <w:tcW w:w="6237" w:type="dxa"/>
            <w:tcMar>
              <w:top w:w="80" w:type="dxa"/>
              <w:left w:w="80" w:type="dxa"/>
              <w:bottom w:w="80" w:type="dxa"/>
              <w:right w:w="80" w:type="dxa"/>
            </w:tcMar>
          </w:tcPr>
          <w:p w14:paraId="64E6B1DB" w14:textId="77777777" w:rsidR="00D8042F" w:rsidRDefault="00D8042F"/>
        </w:tc>
      </w:tr>
      <w:tr w:rsidR="00D8042F" w14:paraId="6AE297A3" w14:textId="77777777">
        <w:trPr>
          <w:jc w:val="right"/>
        </w:trPr>
        <w:tc>
          <w:tcPr>
            <w:tcW w:w="2154" w:type="dxa"/>
            <w:shd w:val="clear" w:color="auto" w:fill="F3F6F8"/>
            <w:tcMar>
              <w:top w:w="80" w:type="dxa"/>
              <w:left w:w="80" w:type="dxa"/>
              <w:bottom w:w="80" w:type="dxa"/>
              <w:right w:w="80" w:type="dxa"/>
            </w:tcMar>
          </w:tcPr>
          <w:p w14:paraId="5FAE9B81" w14:textId="77777777" w:rsidR="00D8042F" w:rsidRDefault="007A4ED0">
            <w:r>
              <w:t>法人等名称</w:t>
            </w:r>
          </w:p>
        </w:tc>
        <w:tc>
          <w:tcPr>
            <w:tcW w:w="6237" w:type="dxa"/>
            <w:tcMar>
              <w:top w:w="80" w:type="dxa"/>
              <w:left w:w="80" w:type="dxa"/>
              <w:bottom w:w="80" w:type="dxa"/>
              <w:right w:w="80" w:type="dxa"/>
            </w:tcMar>
          </w:tcPr>
          <w:p w14:paraId="48908246" w14:textId="77777777" w:rsidR="00D8042F" w:rsidRDefault="00D8042F"/>
        </w:tc>
      </w:tr>
      <w:tr w:rsidR="00D8042F" w14:paraId="7E507B0D" w14:textId="77777777">
        <w:trPr>
          <w:jc w:val="right"/>
        </w:trPr>
        <w:tc>
          <w:tcPr>
            <w:tcW w:w="2154" w:type="dxa"/>
            <w:shd w:val="clear" w:color="auto" w:fill="F3F6F8"/>
            <w:tcMar>
              <w:top w:w="80" w:type="dxa"/>
              <w:left w:w="80" w:type="dxa"/>
              <w:bottom w:w="80" w:type="dxa"/>
              <w:right w:w="80" w:type="dxa"/>
            </w:tcMar>
          </w:tcPr>
          <w:p w14:paraId="11E02AC0" w14:textId="77777777" w:rsidR="00D8042F" w:rsidRDefault="007A4ED0">
            <w:r>
              <w:t>代表者役職・氏名</w:t>
            </w:r>
          </w:p>
        </w:tc>
        <w:tc>
          <w:tcPr>
            <w:tcW w:w="6237" w:type="dxa"/>
            <w:tcMar>
              <w:top w:w="80" w:type="dxa"/>
              <w:left w:w="80" w:type="dxa"/>
              <w:bottom w:w="80" w:type="dxa"/>
              <w:right w:w="80" w:type="dxa"/>
            </w:tcMar>
          </w:tcPr>
          <w:p w14:paraId="5FD4B5D4" w14:textId="77777777" w:rsidR="00D8042F" w:rsidRDefault="007A4ED0">
            <w:r>
              <w:t xml:space="preserve">　　　　　　　　　　　　　　　印</w:t>
            </w:r>
          </w:p>
        </w:tc>
      </w:tr>
      <w:tr w:rsidR="00D8042F" w14:paraId="0B5BCC6E" w14:textId="77777777">
        <w:trPr>
          <w:jc w:val="right"/>
        </w:trPr>
        <w:tc>
          <w:tcPr>
            <w:tcW w:w="2154" w:type="dxa"/>
            <w:shd w:val="clear" w:color="auto" w:fill="F3F6F8"/>
            <w:tcMar>
              <w:top w:w="80" w:type="dxa"/>
              <w:left w:w="80" w:type="dxa"/>
              <w:bottom w:w="80" w:type="dxa"/>
              <w:right w:w="80" w:type="dxa"/>
            </w:tcMar>
          </w:tcPr>
          <w:p w14:paraId="708D9748" w14:textId="77777777" w:rsidR="00D8042F" w:rsidRDefault="007A4ED0">
            <w:r>
              <w:t>担当者連絡先</w:t>
            </w:r>
          </w:p>
        </w:tc>
        <w:tc>
          <w:tcPr>
            <w:tcW w:w="6237" w:type="dxa"/>
            <w:tcMar>
              <w:top w:w="80" w:type="dxa"/>
              <w:left w:w="80" w:type="dxa"/>
              <w:bottom w:w="80" w:type="dxa"/>
              <w:right w:w="80" w:type="dxa"/>
            </w:tcMar>
          </w:tcPr>
          <w:p w14:paraId="02F1A536" w14:textId="77777777" w:rsidR="00D8042F" w:rsidRDefault="007A4ED0">
            <w:r>
              <w:t xml:space="preserve">所属：　　　　　　氏名：　　　　　　</w:t>
            </w:r>
            <w:r>
              <w:t>TEL</w:t>
            </w:r>
            <w:r>
              <w:t xml:space="preserve">：　　　　　　</w:t>
            </w:r>
            <w:r>
              <w:t>E-mail</w:t>
            </w:r>
            <w:r>
              <w:t>：</w:t>
            </w:r>
          </w:p>
        </w:tc>
      </w:tr>
    </w:tbl>
    <w:p w14:paraId="5BBE5A33" w14:textId="77777777" w:rsidR="00D8042F" w:rsidRDefault="007A4ED0">
      <w:pPr>
        <w:rPr>
          <w:lang w:eastAsia="ja-JP"/>
        </w:rPr>
      </w:pPr>
      <w:r>
        <w:rPr>
          <w:lang w:eastAsia="ja-JP"/>
        </w:rPr>
        <w:t>審査委員、審査委員が所属する法人、本業務の公募資料作成に関与した者等との関係について、次のとおり申告します。</w:t>
      </w:r>
    </w:p>
    <w:tbl>
      <w:tblPr>
        <w:tblStyle w:val="afe"/>
        <w:tblW w:w="0" w:type="auto"/>
        <w:jc w:val="center"/>
        <w:tblLook w:val="04A0" w:firstRow="1" w:lastRow="0" w:firstColumn="1" w:lastColumn="0" w:noHBand="0" w:noVBand="1"/>
      </w:tblPr>
      <w:tblGrid>
        <w:gridCol w:w="5809"/>
        <w:gridCol w:w="1388"/>
        <w:gridCol w:w="3049"/>
      </w:tblGrid>
      <w:tr w:rsidR="00D8042F" w14:paraId="518FED57" w14:textId="77777777">
        <w:trPr>
          <w:tblHeader/>
          <w:jc w:val="center"/>
        </w:trPr>
        <w:tc>
          <w:tcPr>
            <w:tcW w:w="5953" w:type="dxa"/>
            <w:shd w:val="clear" w:color="auto" w:fill="1F4E78"/>
            <w:tcMar>
              <w:top w:w="80" w:type="dxa"/>
              <w:left w:w="80" w:type="dxa"/>
              <w:bottom w:w="80" w:type="dxa"/>
              <w:right w:w="80" w:type="dxa"/>
            </w:tcMar>
          </w:tcPr>
          <w:p w14:paraId="309736E1" w14:textId="77777777" w:rsidR="00D8042F" w:rsidRDefault="007A4ED0">
            <w:pPr>
              <w:jc w:val="center"/>
            </w:pPr>
            <w:proofErr w:type="spellStart"/>
            <w:r>
              <w:rPr>
                <w:b/>
                <w:color w:val="FFFFFF"/>
                <w:sz w:val="16"/>
              </w:rPr>
              <w:t>確認項目</w:t>
            </w:r>
            <w:proofErr w:type="spellEnd"/>
          </w:p>
        </w:tc>
        <w:tc>
          <w:tcPr>
            <w:tcW w:w="1417" w:type="dxa"/>
            <w:shd w:val="clear" w:color="auto" w:fill="1F4E78"/>
            <w:tcMar>
              <w:top w:w="80" w:type="dxa"/>
              <w:left w:w="80" w:type="dxa"/>
              <w:bottom w:w="80" w:type="dxa"/>
              <w:right w:w="80" w:type="dxa"/>
            </w:tcMar>
          </w:tcPr>
          <w:p w14:paraId="3421108F" w14:textId="77777777" w:rsidR="00D8042F" w:rsidRDefault="007A4ED0">
            <w:pPr>
              <w:jc w:val="center"/>
            </w:pPr>
            <w:r>
              <w:rPr>
                <w:b/>
                <w:color w:val="FFFFFF"/>
                <w:sz w:val="16"/>
              </w:rPr>
              <w:t>なし</w:t>
            </w:r>
          </w:p>
        </w:tc>
        <w:tc>
          <w:tcPr>
            <w:tcW w:w="3118" w:type="dxa"/>
            <w:shd w:val="clear" w:color="auto" w:fill="1F4E78"/>
            <w:tcMar>
              <w:top w:w="80" w:type="dxa"/>
              <w:left w:w="80" w:type="dxa"/>
              <w:bottom w:w="80" w:type="dxa"/>
              <w:right w:w="80" w:type="dxa"/>
            </w:tcMar>
          </w:tcPr>
          <w:p w14:paraId="738507FA" w14:textId="77777777" w:rsidR="00D8042F" w:rsidRDefault="007A4ED0">
            <w:pPr>
              <w:jc w:val="center"/>
              <w:rPr>
                <w:lang w:eastAsia="ja-JP"/>
              </w:rPr>
            </w:pPr>
            <w:r>
              <w:rPr>
                <w:b/>
                <w:color w:val="FFFFFF"/>
                <w:sz w:val="16"/>
                <w:lang w:eastAsia="ja-JP"/>
              </w:rPr>
              <w:t>あり（内容を別欄に記載）</w:t>
            </w:r>
          </w:p>
        </w:tc>
      </w:tr>
      <w:tr w:rsidR="00D8042F" w14:paraId="595A7E08" w14:textId="77777777">
        <w:trPr>
          <w:jc w:val="center"/>
        </w:trPr>
        <w:tc>
          <w:tcPr>
            <w:tcW w:w="5953" w:type="dxa"/>
            <w:tcMar>
              <w:top w:w="80" w:type="dxa"/>
              <w:left w:w="80" w:type="dxa"/>
              <w:bottom w:w="80" w:type="dxa"/>
              <w:right w:w="80" w:type="dxa"/>
            </w:tcMar>
            <w:vAlign w:val="center"/>
          </w:tcPr>
          <w:p w14:paraId="199115A0" w14:textId="77777777" w:rsidR="00D8042F" w:rsidRDefault="007A4ED0">
            <w:proofErr w:type="spellStart"/>
            <w:r>
              <w:rPr>
                <w:sz w:val="16"/>
              </w:rPr>
              <w:t>資本関係</w:t>
            </w:r>
            <w:proofErr w:type="spellEnd"/>
          </w:p>
        </w:tc>
        <w:tc>
          <w:tcPr>
            <w:tcW w:w="1417" w:type="dxa"/>
            <w:tcMar>
              <w:top w:w="80" w:type="dxa"/>
              <w:left w:w="80" w:type="dxa"/>
              <w:bottom w:w="80" w:type="dxa"/>
              <w:right w:w="80" w:type="dxa"/>
            </w:tcMar>
            <w:vAlign w:val="center"/>
          </w:tcPr>
          <w:p w14:paraId="6DF747A1" w14:textId="77777777" w:rsidR="00D8042F" w:rsidRDefault="007A4ED0">
            <w:r>
              <w:rPr>
                <w:sz w:val="16"/>
              </w:rPr>
              <w:t>□</w:t>
            </w:r>
          </w:p>
        </w:tc>
        <w:tc>
          <w:tcPr>
            <w:tcW w:w="3118" w:type="dxa"/>
            <w:tcMar>
              <w:top w:w="80" w:type="dxa"/>
              <w:left w:w="80" w:type="dxa"/>
              <w:bottom w:w="80" w:type="dxa"/>
              <w:right w:w="80" w:type="dxa"/>
            </w:tcMar>
            <w:vAlign w:val="center"/>
          </w:tcPr>
          <w:p w14:paraId="4283E7A5" w14:textId="77777777" w:rsidR="00D8042F" w:rsidRDefault="007A4ED0">
            <w:r>
              <w:rPr>
                <w:sz w:val="16"/>
              </w:rPr>
              <w:t>□</w:t>
            </w:r>
          </w:p>
        </w:tc>
      </w:tr>
      <w:tr w:rsidR="00D8042F" w14:paraId="36F2BE3C" w14:textId="77777777">
        <w:trPr>
          <w:jc w:val="center"/>
        </w:trPr>
        <w:tc>
          <w:tcPr>
            <w:tcW w:w="5953" w:type="dxa"/>
            <w:tcMar>
              <w:top w:w="80" w:type="dxa"/>
              <w:left w:w="80" w:type="dxa"/>
              <w:bottom w:w="80" w:type="dxa"/>
              <w:right w:w="80" w:type="dxa"/>
            </w:tcMar>
            <w:vAlign w:val="center"/>
          </w:tcPr>
          <w:p w14:paraId="7FA1D19E" w14:textId="77777777" w:rsidR="00D8042F" w:rsidRDefault="007A4ED0">
            <w:pPr>
              <w:rPr>
                <w:lang w:eastAsia="ja-JP"/>
              </w:rPr>
            </w:pPr>
            <w:r>
              <w:rPr>
                <w:sz w:val="16"/>
                <w:lang w:eastAsia="ja-JP"/>
              </w:rPr>
              <w:t>役員・職員等の人事関係</w:t>
            </w:r>
          </w:p>
        </w:tc>
        <w:tc>
          <w:tcPr>
            <w:tcW w:w="1417" w:type="dxa"/>
            <w:tcMar>
              <w:top w:w="80" w:type="dxa"/>
              <w:left w:w="80" w:type="dxa"/>
              <w:bottom w:w="80" w:type="dxa"/>
              <w:right w:w="80" w:type="dxa"/>
            </w:tcMar>
            <w:vAlign w:val="center"/>
          </w:tcPr>
          <w:p w14:paraId="7DF39CFF" w14:textId="77777777" w:rsidR="00D8042F" w:rsidRDefault="007A4ED0">
            <w:r>
              <w:rPr>
                <w:sz w:val="16"/>
              </w:rPr>
              <w:t>□</w:t>
            </w:r>
          </w:p>
        </w:tc>
        <w:tc>
          <w:tcPr>
            <w:tcW w:w="3118" w:type="dxa"/>
            <w:tcMar>
              <w:top w:w="80" w:type="dxa"/>
              <w:left w:w="80" w:type="dxa"/>
              <w:bottom w:w="80" w:type="dxa"/>
              <w:right w:w="80" w:type="dxa"/>
            </w:tcMar>
            <w:vAlign w:val="center"/>
          </w:tcPr>
          <w:p w14:paraId="05DAD38F" w14:textId="77777777" w:rsidR="00D8042F" w:rsidRDefault="007A4ED0">
            <w:r>
              <w:rPr>
                <w:sz w:val="16"/>
              </w:rPr>
              <w:t>□</w:t>
            </w:r>
          </w:p>
        </w:tc>
      </w:tr>
      <w:tr w:rsidR="00D8042F" w14:paraId="21DB6081" w14:textId="77777777">
        <w:trPr>
          <w:jc w:val="center"/>
        </w:trPr>
        <w:tc>
          <w:tcPr>
            <w:tcW w:w="5953" w:type="dxa"/>
            <w:tcMar>
              <w:top w:w="80" w:type="dxa"/>
              <w:left w:w="80" w:type="dxa"/>
              <w:bottom w:w="80" w:type="dxa"/>
              <w:right w:w="80" w:type="dxa"/>
            </w:tcMar>
            <w:vAlign w:val="center"/>
          </w:tcPr>
          <w:p w14:paraId="1978E0DC" w14:textId="77777777" w:rsidR="00D8042F" w:rsidRDefault="007A4ED0">
            <w:r>
              <w:rPr>
                <w:sz w:val="16"/>
              </w:rPr>
              <w:t>親族関係</w:t>
            </w:r>
          </w:p>
        </w:tc>
        <w:tc>
          <w:tcPr>
            <w:tcW w:w="1417" w:type="dxa"/>
            <w:tcMar>
              <w:top w:w="80" w:type="dxa"/>
              <w:left w:w="80" w:type="dxa"/>
              <w:bottom w:w="80" w:type="dxa"/>
              <w:right w:w="80" w:type="dxa"/>
            </w:tcMar>
            <w:vAlign w:val="center"/>
          </w:tcPr>
          <w:p w14:paraId="4D572253" w14:textId="77777777" w:rsidR="00D8042F" w:rsidRDefault="007A4ED0">
            <w:r>
              <w:rPr>
                <w:sz w:val="16"/>
              </w:rPr>
              <w:t>□</w:t>
            </w:r>
          </w:p>
        </w:tc>
        <w:tc>
          <w:tcPr>
            <w:tcW w:w="3118" w:type="dxa"/>
            <w:tcMar>
              <w:top w:w="80" w:type="dxa"/>
              <w:left w:w="80" w:type="dxa"/>
              <w:bottom w:w="80" w:type="dxa"/>
              <w:right w:w="80" w:type="dxa"/>
            </w:tcMar>
            <w:vAlign w:val="center"/>
          </w:tcPr>
          <w:p w14:paraId="22CCB228" w14:textId="77777777" w:rsidR="00D8042F" w:rsidRDefault="007A4ED0">
            <w:r>
              <w:rPr>
                <w:sz w:val="16"/>
              </w:rPr>
              <w:t>□</w:t>
            </w:r>
          </w:p>
        </w:tc>
      </w:tr>
      <w:tr w:rsidR="00D8042F" w14:paraId="45649457" w14:textId="77777777">
        <w:trPr>
          <w:jc w:val="center"/>
        </w:trPr>
        <w:tc>
          <w:tcPr>
            <w:tcW w:w="5953" w:type="dxa"/>
            <w:tcMar>
              <w:top w:w="80" w:type="dxa"/>
              <w:left w:w="80" w:type="dxa"/>
              <w:bottom w:w="80" w:type="dxa"/>
              <w:right w:w="80" w:type="dxa"/>
            </w:tcMar>
            <w:vAlign w:val="center"/>
          </w:tcPr>
          <w:p w14:paraId="781202A3" w14:textId="77777777" w:rsidR="00D8042F" w:rsidRDefault="007A4ED0">
            <w:pPr>
              <w:rPr>
                <w:lang w:eastAsia="ja-JP"/>
              </w:rPr>
            </w:pPr>
            <w:r>
              <w:rPr>
                <w:sz w:val="16"/>
                <w:lang w:eastAsia="ja-JP"/>
              </w:rPr>
              <w:t>顧問・アドバイザー等の契約関係</w:t>
            </w:r>
          </w:p>
        </w:tc>
        <w:tc>
          <w:tcPr>
            <w:tcW w:w="1417" w:type="dxa"/>
            <w:tcMar>
              <w:top w:w="80" w:type="dxa"/>
              <w:left w:w="80" w:type="dxa"/>
              <w:bottom w:w="80" w:type="dxa"/>
              <w:right w:w="80" w:type="dxa"/>
            </w:tcMar>
            <w:vAlign w:val="center"/>
          </w:tcPr>
          <w:p w14:paraId="65FC15E2" w14:textId="77777777" w:rsidR="00D8042F" w:rsidRDefault="007A4ED0">
            <w:r>
              <w:rPr>
                <w:sz w:val="16"/>
              </w:rPr>
              <w:t>□</w:t>
            </w:r>
          </w:p>
        </w:tc>
        <w:tc>
          <w:tcPr>
            <w:tcW w:w="3118" w:type="dxa"/>
            <w:tcMar>
              <w:top w:w="80" w:type="dxa"/>
              <w:left w:w="80" w:type="dxa"/>
              <w:bottom w:w="80" w:type="dxa"/>
              <w:right w:w="80" w:type="dxa"/>
            </w:tcMar>
            <w:vAlign w:val="center"/>
          </w:tcPr>
          <w:p w14:paraId="12E063E2" w14:textId="77777777" w:rsidR="00D8042F" w:rsidRDefault="007A4ED0">
            <w:r>
              <w:rPr>
                <w:sz w:val="16"/>
              </w:rPr>
              <w:t>□</w:t>
            </w:r>
          </w:p>
        </w:tc>
      </w:tr>
      <w:tr w:rsidR="00D8042F" w14:paraId="077F7089" w14:textId="77777777">
        <w:trPr>
          <w:jc w:val="center"/>
        </w:trPr>
        <w:tc>
          <w:tcPr>
            <w:tcW w:w="5953" w:type="dxa"/>
            <w:tcMar>
              <w:top w:w="80" w:type="dxa"/>
              <w:left w:w="80" w:type="dxa"/>
              <w:bottom w:w="80" w:type="dxa"/>
              <w:right w:w="80" w:type="dxa"/>
            </w:tcMar>
            <w:vAlign w:val="center"/>
          </w:tcPr>
          <w:p w14:paraId="3E9BB322" w14:textId="77777777" w:rsidR="00D8042F" w:rsidRDefault="007A4ED0">
            <w:pPr>
              <w:rPr>
                <w:lang w:eastAsia="ja-JP"/>
              </w:rPr>
            </w:pPr>
            <w:r>
              <w:rPr>
                <w:sz w:val="16"/>
                <w:lang w:eastAsia="ja-JP"/>
              </w:rPr>
              <w:t>共同研究・共同受注その他継続的関係</w:t>
            </w:r>
          </w:p>
        </w:tc>
        <w:tc>
          <w:tcPr>
            <w:tcW w:w="1417" w:type="dxa"/>
            <w:tcMar>
              <w:top w:w="80" w:type="dxa"/>
              <w:left w:w="80" w:type="dxa"/>
              <w:bottom w:w="80" w:type="dxa"/>
              <w:right w:w="80" w:type="dxa"/>
            </w:tcMar>
            <w:vAlign w:val="center"/>
          </w:tcPr>
          <w:p w14:paraId="7633FDE8" w14:textId="77777777" w:rsidR="00D8042F" w:rsidRDefault="007A4ED0">
            <w:r>
              <w:rPr>
                <w:sz w:val="16"/>
              </w:rPr>
              <w:t>□</w:t>
            </w:r>
          </w:p>
        </w:tc>
        <w:tc>
          <w:tcPr>
            <w:tcW w:w="3118" w:type="dxa"/>
            <w:tcMar>
              <w:top w:w="80" w:type="dxa"/>
              <w:left w:w="80" w:type="dxa"/>
              <w:bottom w:w="80" w:type="dxa"/>
              <w:right w:w="80" w:type="dxa"/>
            </w:tcMar>
            <w:vAlign w:val="center"/>
          </w:tcPr>
          <w:p w14:paraId="43A0B653" w14:textId="77777777" w:rsidR="00D8042F" w:rsidRDefault="007A4ED0">
            <w:r>
              <w:rPr>
                <w:sz w:val="16"/>
              </w:rPr>
              <w:t>□</w:t>
            </w:r>
          </w:p>
        </w:tc>
      </w:tr>
      <w:tr w:rsidR="00D8042F" w14:paraId="448F4F48" w14:textId="77777777">
        <w:trPr>
          <w:jc w:val="center"/>
        </w:trPr>
        <w:tc>
          <w:tcPr>
            <w:tcW w:w="5953" w:type="dxa"/>
            <w:tcMar>
              <w:top w:w="80" w:type="dxa"/>
              <w:left w:w="80" w:type="dxa"/>
              <w:bottom w:w="80" w:type="dxa"/>
              <w:right w:w="80" w:type="dxa"/>
            </w:tcMar>
            <w:vAlign w:val="center"/>
          </w:tcPr>
          <w:p w14:paraId="3F0CFE34" w14:textId="77777777" w:rsidR="00D8042F" w:rsidRDefault="007A4ED0">
            <w:pPr>
              <w:rPr>
                <w:lang w:eastAsia="ja-JP"/>
              </w:rPr>
            </w:pPr>
            <w:r>
              <w:rPr>
                <w:sz w:val="16"/>
                <w:lang w:eastAsia="ja-JP"/>
              </w:rPr>
              <w:t>その他審査の公正性を疑わせるおそれのある関係</w:t>
            </w:r>
          </w:p>
        </w:tc>
        <w:tc>
          <w:tcPr>
            <w:tcW w:w="1417" w:type="dxa"/>
            <w:tcMar>
              <w:top w:w="80" w:type="dxa"/>
              <w:left w:w="80" w:type="dxa"/>
              <w:bottom w:w="80" w:type="dxa"/>
              <w:right w:w="80" w:type="dxa"/>
            </w:tcMar>
            <w:vAlign w:val="center"/>
          </w:tcPr>
          <w:p w14:paraId="7080E0D6" w14:textId="77777777" w:rsidR="00D8042F" w:rsidRDefault="007A4ED0">
            <w:r>
              <w:rPr>
                <w:sz w:val="16"/>
              </w:rPr>
              <w:t>□</w:t>
            </w:r>
          </w:p>
        </w:tc>
        <w:tc>
          <w:tcPr>
            <w:tcW w:w="3118" w:type="dxa"/>
            <w:tcMar>
              <w:top w:w="80" w:type="dxa"/>
              <w:left w:w="80" w:type="dxa"/>
              <w:bottom w:w="80" w:type="dxa"/>
              <w:right w:w="80" w:type="dxa"/>
            </w:tcMar>
            <w:vAlign w:val="center"/>
          </w:tcPr>
          <w:p w14:paraId="1B3E6AAE" w14:textId="77777777" w:rsidR="00D8042F" w:rsidRDefault="007A4ED0">
            <w:r>
              <w:rPr>
                <w:sz w:val="16"/>
              </w:rPr>
              <w:t>□</w:t>
            </w:r>
          </w:p>
        </w:tc>
      </w:tr>
    </w:tbl>
    <w:p w14:paraId="48E14E3A" w14:textId="77777777" w:rsidR="00D8042F" w:rsidRDefault="007A4ED0">
      <w:pPr>
        <w:rPr>
          <w:lang w:eastAsia="ja-JP"/>
        </w:rPr>
      </w:pPr>
      <w:r>
        <w:rPr>
          <w:lang w:eastAsia="ja-JP"/>
        </w:rPr>
        <w:t>【「あり」とした場合の相手方、関係内容、期間等】</w:t>
      </w:r>
    </w:p>
    <w:tbl>
      <w:tblPr>
        <w:tblStyle w:val="afe"/>
        <w:tblW w:w="0" w:type="auto"/>
        <w:tblLook w:val="04A0" w:firstRow="1" w:lastRow="0" w:firstColumn="1" w:lastColumn="0" w:noHBand="0" w:noVBand="1"/>
      </w:tblPr>
      <w:tblGrid>
        <w:gridCol w:w="10086"/>
      </w:tblGrid>
      <w:tr w:rsidR="00D8042F" w14:paraId="690EB8E1" w14:textId="77777777">
        <w:trPr>
          <w:trHeight w:val="2551"/>
        </w:trPr>
        <w:tc>
          <w:tcPr>
            <w:tcW w:w="10086" w:type="dxa"/>
          </w:tcPr>
          <w:p w14:paraId="0682F572" w14:textId="77777777" w:rsidR="00D8042F" w:rsidRDefault="00D8042F">
            <w:pPr>
              <w:rPr>
                <w:lang w:eastAsia="ja-JP"/>
              </w:rPr>
            </w:pPr>
          </w:p>
        </w:tc>
      </w:tr>
    </w:tbl>
    <w:p w14:paraId="74D77EDB" w14:textId="77777777" w:rsidR="00D8042F" w:rsidRDefault="007A4ED0">
      <w:pPr>
        <w:rPr>
          <w:lang w:eastAsia="ja-JP"/>
        </w:rPr>
      </w:pPr>
      <w:r>
        <w:rPr>
          <w:lang w:eastAsia="ja-JP"/>
        </w:rPr>
        <w:t>上記に変更が生じた場合は、速やかに事務局へ申告します。</w:t>
      </w:r>
    </w:p>
    <w:p w14:paraId="0A2A7FB6" w14:textId="77777777" w:rsidR="00D8042F" w:rsidRDefault="007A4ED0">
      <w:pPr>
        <w:rPr>
          <w:lang w:eastAsia="ja-JP"/>
        </w:rPr>
      </w:pPr>
      <w:r>
        <w:rPr>
          <w:lang w:eastAsia="ja-JP"/>
        </w:rPr>
        <w:br w:type="page"/>
      </w:r>
    </w:p>
    <w:p w14:paraId="1B722F2D" w14:textId="77777777" w:rsidR="00D8042F" w:rsidRDefault="007A4ED0">
      <w:pPr>
        <w:jc w:val="right"/>
      </w:pPr>
      <w:r>
        <w:rPr>
          <w:b/>
        </w:rPr>
        <w:lastRenderedPageBreak/>
        <w:t>様式第</w:t>
      </w:r>
      <w:r>
        <w:rPr>
          <w:b/>
        </w:rPr>
        <w:t>10</w:t>
      </w:r>
      <w:r>
        <w:rPr>
          <w:b/>
        </w:rPr>
        <w:t>号</w:t>
      </w:r>
    </w:p>
    <w:p w14:paraId="0688A4D2" w14:textId="77777777" w:rsidR="00D8042F" w:rsidRDefault="007A4ED0">
      <w:pPr>
        <w:jc w:val="center"/>
      </w:pPr>
      <w:r>
        <w:rPr>
          <w:b/>
          <w:sz w:val="32"/>
        </w:rPr>
        <w:t>共同企業体構成員一覧</w:t>
      </w:r>
    </w:p>
    <w:p w14:paraId="4327CD1A" w14:textId="77777777" w:rsidR="00D8042F" w:rsidRDefault="007A4ED0">
      <w:pPr>
        <w:jc w:val="right"/>
        <w:rPr>
          <w:lang w:eastAsia="ja-JP"/>
        </w:rPr>
      </w:pPr>
      <w:r>
        <w:rPr>
          <w:color w:val="666666"/>
          <w:sz w:val="16"/>
          <w:lang w:eastAsia="ja-JP"/>
        </w:rPr>
        <w:t>（根拠：実施要領第</w:t>
      </w:r>
      <w:r>
        <w:rPr>
          <w:color w:val="666666"/>
          <w:sz w:val="16"/>
          <w:lang w:eastAsia="ja-JP"/>
        </w:rPr>
        <w:t>4-2</w:t>
      </w:r>
      <w:r>
        <w:rPr>
          <w:color w:val="666666"/>
          <w:sz w:val="16"/>
          <w:lang w:eastAsia="ja-JP"/>
        </w:rPr>
        <w:t>及び第</w:t>
      </w:r>
      <w:r>
        <w:rPr>
          <w:color w:val="666666"/>
          <w:sz w:val="16"/>
          <w:lang w:eastAsia="ja-JP"/>
        </w:rPr>
        <w:t>8</w:t>
      </w:r>
      <w:r>
        <w:rPr>
          <w:color w:val="666666"/>
          <w:sz w:val="16"/>
          <w:lang w:eastAsia="ja-JP"/>
        </w:rPr>
        <w:t>）</w:t>
      </w:r>
    </w:p>
    <w:tbl>
      <w:tblPr>
        <w:tblStyle w:val="afe"/>
        <w:tblW w:w="0" w:type="auto"/>
        <w:jc w:val="center"/>
        <w:tblLook w:val="04A0" w:firstRow="1" w:lastRow="0" w:firstColumn="1" w:lastColumn="0" w:noHBand="0" w:noVBand="1"/>
      </w:tblPr>
      <w:tblGrid>
        <w:gridCol w:w="1501"/>
        <w:gridCol w:w="2180"/>
        <w:gridCol w:w="2278"/>
        <w:gridCol w:w="1889"/>
        <w:gridCol w:w="2398"/>
      </w:tblGrid>
      <w:tr w:rsidR="00D8042F" w14:paraId="485271A9" w14:textId="77777777">
        <w:trPr>
          <w:tblHeader/>
          <w:jc w:val="center"/>
        </w:trPr>
        <w:tc>
          <w:tcPr>
            <w:tcW w:w="1701" w:type="dxa"/>
            <w:shd w:val="clear" w:color="auto" w:fill="1F4E78"/>
            <w:tcMar>
              <w:top w:w="80" w:type="dxa"/>
              <w:left w:w="80" w:type="dxa"/>
              <w:bottom w:w="80" w:type="dxa"/>
              <w:right w:w="80" w:type="dxa"/>
            </w:tcMar>
          </w:tcPr>
          <w:p w14:paraId="68F43CDA" w14:textId="77777777" w:rsidR="00D8042F" w:rsidRDefault="007A4ED0">
            <w:pPr>
              <w:jc w:val="center"/>
            </w:pPr>
            <w:proofErr w:type="spellStart"/>
            <w:r>
              <w:rPr>
                <w:b/>
                <w:color w:val="FFFFFF"/>
                <w:sz w:val="16"/>
              </w:rPr>
              <w:t>区分</w:t>
            </w:r>
            <w:proofErr w:type="spellEnd"/>
          </w:p>
        </w:tc>
        <w:tc>
          <w:tcPr>
            <w:tcW w:w="2494" w:type="dxa"/>
            <w:shd w:val="clear" w:color="auto" w:fill="1F4E78"/>
            <w:tcMar>
              <w:top w:w="80" w:type="dxa"/>
              <w:left w:w="80" w:type="dxa"/>
              <w:bottom w:w="80" w:type="dxa"/>
              <w:right w:w="80" w:type="dxa"/>
            </w:tcMar>
          </w:tcPr>
          <w:p w14:paraId="7CCF724D" w14:textId="77777777" w:rsidR="00D8042F" w:rsidRDefault="007A4ED0">
            <w:pPr>
              <w:jc w:val="center"/>
            </w:pPr>
            <w:r>
              <w:rPr>
                <w:b/>
                <w:color w:val="FFFFFF"/>
                <w:sz w:val="16"/>
              </w:rPr>
              <w:t>法人等名称</w:t>
            </w:r>
          </w:p>
        </w:tc>
        <w:tc>
          <w:tcPr>
            <w:tcW w:w="2608" w:type="dxa"/>
            <w:shd w:val="clear" w:color="auto" w:fill="1F4E78"/>
            <w:tcMar>
              <w:top w:w="80" w:type="dxa"/>
              <w:left w:w="80" w:type="dxa"/>
              <w:bottom w:w="80" w:type="dxa"/>
              <w:right w:w="80" w:type="dxa"/>
            </w:tcMar>
          </w:tcPr>
          <w:p w14:paraId="3D60DE85" w14:textId="77777777" w:rsidR="00D8042F" w:rsidRDefault="007A4ED0">
            <w:pPr>
              <w:jc w:val="center"/>
            </w:pPr>
            <w:r>
              <w:rPr>
                <w:b/>
                <w:color w:val="FFFFFF"/>
                <w:sz w:val="16"/>
              </w:rPr>
              <w:t>所在地</w:t>
            </w:r>
          </w:p>
        </w:tc>
        <w:tc>
          <w:tcPr>
            <w:tcW w:w="2154" w:type="dxa"/>
            <w:shd w:val="clear" w:color="auto" w:fill="1F4E78"/>
            <w:tcMar>
              <w:top w:w="80" w:type="dxa"/>
              <w:left w:w="80" w:type="dxa"/>
              <w:bottom w:w="80" w:type="dxa"/>
              <w:right w:w="80" w:type="dxa"/>
            </w:tcMar>
          </w:tcPr>
          <w:p w14:paraId="4845798B" w14:textId="77777777" w:rsidR="00D8042F" w:rsidRDefault="007A4ED0">
            <w:pPr>
              <w:jc w:val="center"/>
            </w:pPr>
            <w:r>
              <w:rPr>
                <w:b/>
                <w:color w:val="FFFFFF"/>
                <w:sz w:val="16"/>
              </w:rPr>
              <w:t>代表者</w:t>
            </w:r>
          </w:p>
        </w:tc>
        <w:tc>
          <w:tcPr>
            <w:tcW w:w="2721" w:type="dxa"/>
            <w:shd w:val="clear" w:color="auto" w:fill="1F4E78"/>
            <w:tcMar>
              <w:top w:w="80" w:type="dxa"/>
              <w:left w:w="80" w:type="dxa"/>
              <w:bottom w:w="80" w:type="dxa"/>
              <w:right w:w="80" w:type="dxa"/>
            </w:tcMar>
          </w:tcPr>
          <w:p w14:paraId="2C54B28C" w14:textId="77777777" w:rsidR="00D8042F" w:rsidRDefault="007A4ED0">
            <w:pPr>
              <w:jc w:val="center"/>
            </w:pPr>
            <w:r>
              <w:rPr>
                <w:b/>
                <w:color w:val="FFFFFF"/>
                <w:sz w:val="16"/>
              </w:rPr>
              <w:t>担当分野・責任</w:t>
            </w:r>
          </w:p>
        </w:tc>
      </w:tr>
      <w:tr w:rsidR="00D8042F" w14:paraId="11B73CDB" w14:textId="77777777">
        <w:trPr>
          <w:jc w:val="center"/>
        </w:trPr>
        <w:tc>
          <w:tcPr>
            <w:tcW w:w="1701" w:type="dxa"/>
            <w:tcMar>
              <w:top w:w="80" w:type="dxa"/>
              <w:left w:w="80" w:type="dxa"/>
              <w:bottom w:w="80" w:type="dxa"/>
              <w:right w:w="80" w:type="dxa"/>
            </w:tcMar>
            <w:vAlign w:val="center"/>
          </w:tcPr>
          <w:p w14:paraId="1DDF4134" w14:textId="77777777" w:rsidR="00D8042F" w:rsidRDefault="007A4ED0">
            <w:r>
              <w:rPr>
                <w:sz w:val="16"/>
              </w:rPr>
              <w:t>代表構成員</w:t>
            </w:r>
          </w:p>
        </w:tc>
        <w:tc>
          <w:tcPr>
            <w:tcW w:w="2494" w:type="dxa"/>
            <w:tcMar>
              <w:top w:w="80" w:type="dxa"/>
              <w:left w:w="80" w:type="dxa"/>
              <w:bottom w:w="80" w:type="dxa"/>
              <w:right w:w="80" w:type="dxa"/>
            </w:tcMar>
            <w:vAlign w:val="center"/>
          </w:tcPr>
          <w:p w14:paraId="18D53572" w14:textId="77777777" w:rsidR="00D8042F" w:rsidRDefault="00D8042F"/>
        </w:tc>
        <w:tc>
          <w:tcPr>
            <w:tcW w:w="2608" w:type="dxa"/>
            <w:tcMar>
              <w:top w:w="80" w:type="dxa"/>
              <w:left w:w="80" w:type="dxa"/>
              <w:bottom w:w="80" w:type="dxa"/>
              <w:right w:w="80" w:type="dxa"/>
            </w:tcMar>
            <w:vAlign w:val="center"/>
          </w:tcPr>
          <w:p w14:paraId="467009D1" w14:textId="77777777" w:rsidR="00D8042F" w:rsidRDefault="00D8042F"/>
        </w:tc>
        <w:tc>
          <w:tcPr>
            <w:tcW w:w="2154" w:type="dxa"/>
            <w:tcMar>
              <w:top w:w="80" w:type="dxa"/>
              <w:left w:w="80" w:type="dxa"/>
              <w:bottom w:w="80" w:type="dxa"/>
              <w:right w:w="80" w:type="dxa"/>
            </w:tcMar>
            <w:vAlign w:val="center"/>
          </w:tcPr>
          <w:p w14:paraId="533561A1" w14:textId="77777777" w:rsidR="00D8042F" w:rsidRDefault="00D8042F"/>
        </w:tc>
        <w:tc>
          <w:tcPr>
            <w:tcW w:w="2721" w:type="dxa"/>
            <w:tcMar>
              <w:top w:w="80" w:type="dxa"/>
              <w:left w:w="80" w:type="dxa"/>
              <w:bottom w:w="80" w:type="dxa"/>
              <w:right w:w="80" w:type="dxa"/>
            </w:tcMar>
            <w:vAlign w:val="center"/>
          </w:tcPr>
          <w:p w14:paraId="41EF3B00" w14:textId="77777777" w:rsidR="00D8042F" w:rsidRDefault="00D8042F"/>
        </w:tc>
      </w:tr>
      <w:tr w:rsidR="00D8042F" w14:paraId="10A59C67" w14:textId="77777777">
        <w:trPr>
          <w:jc w:val="center"/>
        </w:trPr>
        <w:tc>
          <w:tcPr>
            <w:tcW w:w="1701" w:type="dxa"/>
            <w:tcMar>
              <w:top w:w="80" w:type="dxa"/>
              <w:left w:w="80" w:type="dxa"/>
              <w:bottom w:w="80" w:type="dxa"/>
              <w:right w:w="80" w:type="dxa"/>
            </w:tcMar>
            <w:vAlign w:val="center"/>
          </w:tcPr>
          <w:p w14:paraId="3DA64678" w14:textId="77777777" w:rsidR="00D8042F" w:rsidRDefault="007A4ED0">
            <w:r>
              <w:rPr>
                <w:sz w:val="16"/>
              </w:rPr>
              <w:t>構成員</w:t>
            </w:r>
          </w:p>
        </w:tc>
        <w:tc>
          <w:tcPr>
            <w:tcW w:w="2494" w:type="dxa"/>
            <w:tcMar>
              <w:top w:w="80" w:type="dxa"/>
              <w:left w:w="80" w:type="dxa"/>
              <w:bottom w:w="80" w:type="dxa"/>
              <w:right w:w="80" w:type="dxa"/>
            </w:tcMar>
            <w:vAlign w:val="center"/>
          </w:tcPr>
          <w:p w14:paraId="2EEA4A2D" w14:textId="77777777" w:rsidR="00D8042F" w:rsidRDefault="00D8042F"/>
        </w:tc>
        <w:tc>
          <w:tcPr>
            <w:tcW w:w="2608" w:type="dxa"/>
            <w:tcMar>
              <w:top w:w="80" w:type="dxa"/>
              <w:left w:w="80" w:type="dxa"/>
              <w:bottom w:w="80" w:type="dxa"/>
              <w:right w:w="80" w:type="dxa"/>
            </w:tcMar>
            <w:vAlign w:val="center"/>
          </w:tcPr>
          <w:p w14:paraId="6D2C7F5B" w14:textId="77777777" w:rsidR="00D8042F" w:rsidRDefault="00D8042F"/>
        </w:tc>
        <w:tc>
          <w:tcPr>
            <w:tcW w:w="2154" w:type="dxa"/>
            <w:tcMar>
              <w:top w:w="80" w:type="dxa"/>
              <w:left w:w="80" w:type="dxa"/>
              <w:bottom w:w="80" w:type="dxa"/>
              <w:right w:w="80" w:type="dxa"/>
            </w:tcMar>
            <w:vAlign w:val="center"/>
          </w:tcPr>
          <w:p w14:paraId="5F1EAC2F" w14:textId="77777777" w:rsidR="00D8042F" w:rsidRDefault="00D8042F"/>
        </w:tc>
        <w:tc>
          <w:tcPr>
            <w:tcW w:w="2721" w:type="dxa"/>
            <w:tcMar>
              <w:top w:w="80" w:type="dxa"/>
              <w:left w:w="80" w:type="dxa"/>
              <w:bottom w:w="80" w:type="dxa"/>
              <w:right w:w="80" w:type="dxa"/>
            </w:tcMar>
            <w:vAlign w:val="center"/>
          </w:tcPr>
          <w:p w14:paraId="36C07718" w14:textId="77777777" w:rsidR="00D8042F" w:rsidRDefault="00D8042F"/>
        </w:tc>
      </w:tr>
      <w:tr w:rsidR="00D8042F" w14:paraId="6EC047D6" w14:textId="77777777">
        <w:trPr>
          <w:jc w:val="center"/>
        </w:trPr>
        <w:tc>
          <w:tcPr>
            <w:tcW w:w="1701" w:type="dxa"/>
            <w:tcMar>
              <w:top w:w="80" w:type="dxa"/>
              <w:left w:w="80" w:type="dxa"/>
              <w:bottom w:w="80" w:type="dxa"/>
              <w:right w:w="80" w:type="dxa"/>
            </w:tcMar>
            <w:vAlign w:val="center"/>
          </w:tcPr>
          <w:p w14:paraId="3C6DD63D" w14:textId="77777777" w:rsidR="00D8042F" w:rsidRDefault="007A4ED0">
            <w:r>
              <w:rPr>
                <w:sz w:val="16"/>
              </w:rPr>
              <w:t>構成員</w:t>
            </w:r>
          </w:p>
        </w:tc>
        <w:tc>
          <w:tcPr>
            <w:tcW w:w="2494" w:type="dxa"/>
            <w:tcMar>
              <w:top w:w="80" w:type="dxa"/>
              <w:left w:w="80" w:type="dxa"/>
              <w:bottom w:w="80" w:type="dxa"/>
              <w:right w:w="80" w:type="dxa"/>
            </w:tcMar>
            <w:vAlign w:val="center"/>
          </w:tcPr>
          <w:p w14:paraId="5CC0AC30" w14:textId="77777777" w:rsidR="00D8042F" w:rsidRDefault="00D8042F"/>
        </w:tc>
        <w:tc>
          <w:tcPr>
            <w:tcW w:w="2608" w:type="dxa"/>
            <w:tcMar>
              <w:top w:w="80" w:type="dxa"/>
              <w:left w:w="80" w:type="dxa"/>
              <w:bottom w:w="80" w:type="dxa"/>
              <w:right w:w="80" w:type="dxa"/>
            </w:tcMar>
            <w:vAlign w:val="center"/>
          </w:tcPr>
          <w:p w14:paraId="669A98F5" w14:textId="77777777" w:rsidR="00D8042F" w:rsidRDefault="00D8042F"/>
        </w:tc>
        <w:tc>
          <w:tcPr>
            <w:tcW w:w="2154" w:type="dxa"/>
            <w:tcMar>
              <w:top w:w="80" w:type="dxa"/>
              <w:left w:w="80" w:type="dxa"/>
              <w:bottom w:w="80" w:type="dxa"/>
              <w:right w:w="80" w:type="dxa"/>
            </w:tcMar>
            <w:vAlign w:val="center"/>
          </w:tcPr>
          <w:p w14:paraId="53EAE1F1" w14:textId="77777777" w:rsidR="00D8042F" w:rsidRDefault="00D8042F"/>
        </w:tc>
        <w:tc>
          <w:tcPr>
            <w:tcW w:w="2721" w:type="dxa"/>
            <w:tcMar>
              <w:top w:w="80" w:type="dxa"/>
              <w:left w:w="80" w:type="dxa"/>
              <w:bottom w:w="80" w:type="dxa"/>
              <w:right w:w="80" w:type="dxa"/>
            </w:tcMar>
            <w:vAlign w:val="center"/>
          </w:tcPr>
          <w:p w14:paraId="74EACCD0" w14:textId="77777777" w:rsidR="00D8042F" w:rsidRDefault="00D8042F"/>
        </w:tc>
      </w:tr>
      <w:tr w:rsidR="00D8042F" w14:paraId="3172E1E9" w14:textId="77777777">
        <w:trPr>
          <w:jc w:val="center"/>
        </w:trPr>
        <w:tc>
          <w:tcPr>
            <w:tcW w:w="1701" w:type="dxa"/>
            <w:tcMar>
              <w:top w:w="80" w:type="dxa"/>
              <w:left w:w="80" w:type="dxa"/>
              <w:bottom w:w="80" w:type="dxa"/>
              <w:right w:w="80" w:type="dxa"/>
            </w:tcMar>
            <w:vAlign w:val="center"/>
          </w:tcPr>
          <w:p w14:paraId="6190DBBE" w14:textId="77777777" w:rsidR="00D8042F" w:rsidRDefault="007A4ED0">
            <w:r>
              <w:rPr>
                <w:sz w:val="16"/>
              </w:rPr>
              <w:t>構成員</w:t>
            </w:r>
          </w:p>
        </w:tc>
        <w:tc>
          <w:tcPr>
            <w:tcW w:w="2494" w:type="dxa"/>
            <w:tcMar>
              <w:top w:w="80" w:type="dxa"/>
              <w:left w:w="80" w:type="dxa"/>
              <w:bottom w:w="80" w:type="dxa"/>
              <w:right w:w="80" w:type="dxa"/>
            </w:tcMar>
            <w:vAlign w:val="center"/>
          </w:tcPr>
          <w:p w14:paraId="0D4B03BC" w14:textId="77777777" w:rsidR="00D8042F" w:rsidRDefault="00D8042F"/>
        </w:tc>
        <w:tc>
          <w:tcPr>
            <w:tcW w:w="2608" w:type="dxa"/>
            <w:tcMar>
              <w:top w:w="80" w:type="dxa"/>
              <w:left w:w="80" w:type="dxa"/>
              <w:bottom w:w="80" w:type="dxa"/>
              <w:right w:w="80" w:type="dxa"/>
            </w:tcMar>
            <w:vAlign w:val="center"/>
          </w:tcPr>
          <w:p w14:paraId="11DAF281" w14:textId="77777777" w:rsidR="00D8042F" w:rsidRDefault="00D8042F"/>
        </w:tc>
        <w:tc>
          <w:tcPr>
            <w:tcW w:w="2154" w:type="dxa"/>
            <w:tcMar>
              <w:top w:w="80" w:type="dxa"/>
              <w:left w:w="80" w:type="dxa"/>
              <w:bottom w:w="80" w:type="dxa"/>
              <w:right w:w="80" w:type="dxa"/>
            </w:tcMar>
            <w:vAlign w:val="center"/>
          </w:tcPr>
          <w:p w14:paraId="179602FA" w14:textId="77777777" w:rsidR="00D8042F" w:rsidRDefault="00D8042F"/>
        </w:tc>
        <w:tc>
          <w:tcPr>
            <w:tcW w:w="2721" w:type="dxa"/>
            <w:tcMar>
              <w:top w:w="80" w:type="dxa"/>
              <w:left w:w="80" w:type="dxa"/>
              <w:bottom w:w="80" w:type="dxa"/>
              <w:right w:w="80" w:type="dxa"/>
            </w:tcMar>
            <w:vAlign w:val="center"/>
          </w:tcPr>
          <w:p w14:paraId="70FCE890" w14:textId="77777777" w:rsidR="00D8042F" w:rsidRDefault="00D8042F"/>
        </w:tc>
      </w:tr>
    </w:tbl>
    <w:p w14:paraId="1F517C64" w14:textId="77777777" w:rsidR="00D8042F" w:rsidRDefault="007A4ED0">
      <w:pPr>
        <w:rPr>
          <w:lang w:eastAsia="ja-JP"/>
        </w:rPr>
      </w:pPr>
      <w:r>
        <w:rPr>
          <w:lang w:eastAsia="ja-JP"/>
        </w:rPr>
        <w:t>※</w:t>
      </w:r>
      <w:r>
        <w:rPr>
          <w:lang w:eastAsia="ja-JP"/>
        </w:rPr>
        <w:t>構成員は</w:t>
      </w:r>
      <w:r>
        <w:rPr>
          <w:lang w:eastAsia="ja-JP"/>
        </w:rPr>
        <w:t>2</w:t>
      </w:r>
      <w:r>
        <w:rPr>
          <w:lang w:eastAsia="ja-JP"/>
        </w:rPr>
        <w:t>者以上</w:t>
      </w:r>
      <w:r>
        <w:rPr>
          <w:lang w:eastAsia="ja-JP"/>
        </w:rPr>
        <w:t>4</w:t>
      </w:r>
      <w:r>
        <w:rPr>
          <w:lang w:eastAsia="ja-JP"/>
        </w:rPr>
        <w:t>者以内。代表構成員は契約締結及び業務統括の権限を有し、管理技術者を配置します。</w:t>
      </w:r>
    </w:p>
    <w:p w14:paraId="141DCC84" w14:textId="77777777" w:rsidR="00D8042F" w:rsidRDefault="007A4ED0">
      <w:pPr>
        <w:rPr>
          <w:lang w:eastAsia="ja-JP"/>
        </w:rPr>
      </w:pPr>
      <w:r>
        <w:rPr>
          <w:lang w:eastAsia="ja-JP"/>
        </w:rPr>
        <w:br w:type="page"/>
      </w:r>
    </w:p>
    <w:p w14:paraId="563BA2AB" w14:textId="77777777" w:rsidR="00D8042F" w:rsidRDefault="007A4ED0">
      <w:pPr>
        <w:jc w:val="right"/>
      </w:pPr>
      <w:r>
        <w:rPr>
          <w:b/>
        </w:rPr>
        <w:lastRenderedPageBreak/>
        <w:t>様式第</w:t>
      </w:r>
      <w:r>
        <w:rPr>
          <w:b/>
        </w:rPr>
        <w:t>11</w:t>
      </w:r>
      <w:r>
        <w:rPr>
          <w:b/>
        </w:rPr>
        <w:t>号</w:t>
      </w:r>
    </w:p>
    <w:p w14:paraId="48DC553C" w14:textId="77777777" w:rsidR="00D8042F" w:rsidRDefault="007A4ED0">
      <w:pPr>
        <w:jc w:val="center"/>
      </w:pPr>
      <w:r>
        <w:rPr>
          <w:b/>
          <w:sz w:val="32"/>
        </w:rPr>
        <w:t>共同企業体協定書（標準例）</w:t>
      </w:r>
    </w:p>
    <w:p w14:paraId="47BEB3D7" w14:textId="77777777" w:rsidR="00D8042F" w:rsidRDefault="007A4ED0">
      <w:pPr>
        <w:jc w:val="right"/>
        <w:rPr>
          <w:lang w:eastAsia="ja-JP"/>
        </w:rPr>
      </w:pPr>
      <w:r>
        <w:rPr>
          <w:color w:val="666666"/>
          <w:sz w:val="16"/>
          <w:lang w:eastAsia="ja-JP"/>
        </w:rPr>
        <w:t>（根拠：実施要領第</w:t>
      </w:r>
      <w:r>
        <w:rPr>
          <w:color w:val="666666"/>
          <w:sz w:val="16"/>
          <w:lang w:eastAsia="ja-JP"/>
        </w:rPr>
        <w:t>4-2</w:t>
      </w:r>
      <w:r>
        <w:rPr>
          <w:color w:val="666666"/>
          <w:sz w:val="16"/>
          <w:lang w:eastAsia="ja-JP"/>
        </w:rPr>
        <w:t>及び第</w:t>
      </w:r>
      <w:r>
        <w:rPr>
          <w:color w:val="666666"/>
          <w:sz w:val="16"/>
          <w:lang w:eastAsia="ja-JP"/>
        </w:rPr>
        <w:t>8</w:t>
      </w:r>
      <w:r>
        <w:rPr>
          <w:color w:val="666666"/>
          <w:sz w:val="16"/>
          <w:lang w:eastAsia="ja-JP"/>
        </w:rPr>
        <w:t>）</w:t>
      </w:r>
    </w:p>
    <w:tbl>
      <w:tblPr>
        <w:tblW w:w="0" w:type="auto"/>
        <w:jc w:val="center"/>
        <w:tblLook w:val="04A0" w:firstRow="1" w:lastRow="0" w:firstColumn="1" w:lastColumn="0" w:noHBand="0" w:noVBand="1"/>
      </w:tblPr>
      <w:tblGrid>
        <w:gridCol w:w="10086"/>
      </w:tblGrid>
      <w:tr w:rsidR="00D8042F" w14:paraId="57E662DA" w14:textId="77777777">
        <w:trPr>
          <w:jc w:val="center"/>
        </w:trPr>
        <w:tc>
          <w:tcPr>
            <w:tcW w:w="10086" w:type="dxa"/>
            <w:shd w:val="clear" w:color="auto" w:fill="EAF2F8"/>
            <w:tcMar>
              <w:top w:w="120" w:type="dxa"/>
              <w:left w:w="140" w:type="dxa"/>
              <w:bottom w:w="120" w:type="dxa"/>
              <w:right w:w="140" w:type="dxa"/>
            </w:tcMar>
          </w:tcPr>
          <w:p w14:paraId="7A061F29" w14:textId="77777777" w:rsidR="00D8042F" w:rsidRDefault="007A4ED0">
            <w:pPr>
              <w:rPr>
                <w:lang w:eastAsia="ja-JP"/>
              </w:rPr>
            </w:pPr>
            <w:r>
              <w:rPr>
                <w:lang w:eastAsia="ja-JP"/>
              </w:rPr>
              <w:t>本協定書は標準例です。実施要領第</w:t>
            </w:r>
            <w:r>
              <w:rPr>
                <w:lang w:eastAsia="ja-JP"/>
              </w:rPr>
              <w:t>4-2</w:t>
            </w:r>
            <w:r>
              <w:rPr>
                <w:lang w:eastAsia="ja-JP"/>
              </w:rPr>
              <w:t>の要件を満たす限り、参加者の既存様式を用いることもできます。ただし、代表構成員の権限、構成員の担当分野・責任、共同企業体としての責任関係を明確にしてください。</w:t>
            </w:r>
          </w:p>
        </w:tc>
      </w:tr>
    </w:tbl>
    <w:p w14:paraId="3C6B21E2" w14:textId="77777777" w:rsidR="00D8042F" w:rsidRDefault="007A4ED0">
      <w:pPr>
        <w:rPr>
          <w:lang w:eastAsia="ja-JP"/>
        </w:rPr>
      </w:pPr>
      <w:r>
        <w:rPr>
          <w:b/>
          <w:lang w:eastAsia="ja-JP"/>
        </w:rPr>
        <w:t>第</w:t>
      </w:r>
      <w:r>
        <w:rPr>
          <w:b/>
          <w:lang w:eastAsia="ja-JP"/>
        </w:rPr>
        <w:t>1</w:t>
      </w:r>
      <w:r>
        <w:rPr>
          <w:b/>
          <w:lang w:eastAsia="ja-JP"/>
        </w:rPr>
        <w:t>条（目的）</w:t>
      </w:r>
      <w:r>
        <w:rPr>
          <w:lang w:eastAsia="ja-JP"/>
        </w:rPr>
        <w:br/>
      </w:r>
      <w:r>
        <w:rPr>
          <w:lang w:eastAsia="ja-JP"/>
        </w:rPr>
        <w:t>本共同企業体は、種子島開発総合センターリニューアル基本構想・基本計画策定業務委託の公募型プロポーザルへの参加、契約締結及び契約履行を共同して行うことを目的とする。</w:t>
      </w:r>
    </w:p>
    <w:p w14:paraId="74FFA906" w14:textId="77777777" w:rsidR="00D8042F" w:rsidRDefault="007A4ED0">
      <w:pPr>
        <w:rPr>
          <w:lang w:eastAsia="ja-JP"/>
        </w:rPr>
      </w:pPr>
      <w:r>
        <w:rPr>
          <w:b/>
          <w:lang w:eastAsia="ja-JP"/>
        </w:rPr>
        <w:t>第</w:t>
      </w:r>
      <w:r>
        <w:rPr>
          <w:b/>
          <w:lang w:eastAsia="ja-JP"/>
        </w:rPr>
        <w:t>2</w:t>
      </w:r>
      <w:r>
        <w:rPr>
          <w:b/>
          <w:lang w:eastAsia="ja-JP"/>
        </w:rPr>
        <w:t>条（名称）</w:t>
      </w:r>
      <w:r>
        <w:rPr>
          <w:lang w:eastAsia="ja-JP"/>
        </w:rPr>
        <w:br/>
      </w:r>
      <w:r>
        <w:rPr>
          <w:lang w:eastAsia="ja-JP"/>
        </w:rPr>
        <w:t>本共同企業体の名称は、「　　　　　　　　　　　　　　　　共同企業体」とする。</w:t>
      </w:r>
    </w:p>
    <w:p w14:paraId="0F0447CA" w14:textId="77777777" w:rsidR="00D8042F" w:rsidRDefault="007A4ED0">
      <w:pPr>
        <w:rPr>
          <w:lang w:eastAsia="ja-JP"/>
        </w:rPr>
      </w:pPr>
      <w:r>
        <w:rPr>
          <w:b/>
          <w:lang w:eastAsia="ja-JP"/>
        </w:rPr>
        <w:t>第</w:t>
      </w:r>
      <w:r>
        <w:rPr>
          <w:b/>
          <w:lang w:eastAsia="ja-JP"/>
        </w:rPr>
        <w:t>3</w:t>
      </w:r>
      <w:r>
        <w:rPr>
          <w:b/>
          <w:lang w:eastAsia="ja-JP"/>
        </w:rPr>
        <w:t>条（構成員）</w:t>
      </w:r>
      <w:r>
        <w:rPr>
          <w:lang w:eastAsia="ja-JP"/>
        </w:rPr>
        <w:br/>
      </w:r>
      <w:r>
        <w:rPr>
          <w:lang w:eastAsia="ja-JP"/>
        </w:rPr>
        <w:t>構成員は、別紙構成員一覧のとおりとする。</w:t>
      </w:r>
    </w:p>
    <w:p w14:paraId="3242C68F" w14:textId="77777777" w:rsidR="00D8042F" w:rsidRDefault="007A4ED0">
      <w:pPr>
        <w:rPr>
          <w:lang w:eastAsia="ja-JP"/>
        </w:rPr>
      </w:pPr>
      <w:r>
        <w:rPr>
          <w:b/>
          <w:lang w:eastAsia="ja-JP"/>
        </w:rPr>
        <w:t>第</w:t>
      </w:r>
      <w:r>
        <w:rPr>
          <w:b/>
          <w:lang w:eastAsia="ja-JP"/>
        </w:rPr>
        <w:t>4</w:t>
      </w:r>
      <w:r>
        <w:rPr>
          <w:b/>
          <w:lang w:eastAsia="ja-JP"/>
        </w:rPr>
        <w:t>条（代表構成員）</w:t>
      </w:r>
      <w:r>
        <w:rPr>
          <w:lang w:eastAsia="ja-JP"/>
        </w:rPr>
        <w:br/>
      </w:r>
      <w:r>
        <w:rPr>
          <w:lang w:eastAsia="ja-JP"/>
        </w:rPr>
        <w:t>代表構成員は　　　　　　　　　　　　　　とし、本プロポーザル及び契約履行に関し共同企業体を代表する。</w:t>
      </w:r>
    </w:p>
    <w:p w14:paraId="46C81BF0" w14:textId="77777777" w:rsidR="00D8042F" w:rsidRDefault="007A4ED0">
      <w:pPr>
        <w:rPr>
          <w:lang w:eastAsia="ja-JP"/>
        </w:rPr>
      </w:pPr>
      <w:r>
        <w:rPr>
          <w:b/>
          <w:lang w:eastAsia="ja-JP"/>
        </w:rPr>
        <w:t>第</w:t>
      </w:r>
      <w:r>
        <w:rPr>
          <w:b/>
          <w:lang w:eastAsia="ja-JP"/>
        </w:rPr>
        <w:t>5</w:t>
      </w:r>
      <w:r>
        <w:rPr>
          <w:b/>
          <w:lang w:eastAsia="ja-JP"/>
        </w:rPr>
        <w:t>条（業務分担）</w:t>
      </w:r>
      <w:r>
        <w:rPr>
          <w:lang w:eastAsia="ja-JP"/>
        </w:rPr>
        <w:br/>
      </w:r>
      <w:r>
        <w:rPr>
          <w:lang w:eastAsia="ja-JP"/>
        </w:rPr>
        <w:t>各構成員の担当分野、業務範囲及び責任は、別紙構成員一覧及び業務実施体制予定表に定めるとおりとし、名目的な参加を行わない。</w:t>
      </w:r>
    </w:p>
    <w:p w14:paraId="05E4A4AD" w14:textId="77777777" w:rsidR="00D8042F" w:rsidRDefault="007A4ED0">
      <w:pPr>
        <w:rPr>
          <w:lang w:eastAsia="ja-JP"/>
        </w:rPr>
      </w:pPr>
      <w:r>
        <w:rPr>
          <w:b/>
          <w:lang w:eastAsia="ja-JP"/>
        </w:rPr>
        <w:t>第</w:t>
      </w:r>
      <w:r>
        <w:rPr>
          <w:b/>
          <w:lang w:eastAsia="ja-JP"/>
        </w:rPr>
        <w:t>6</w:t>
      </w:r>
      <w:r>
        <w:rPr>
          <w:b/>
          <w:lang w:eastAsia="ja-JP"/>
        </w:rPr>
        <w:t>条（責任）</w:t>
      </w:r>
      <w:r>
        <w:rPr>
          <w:lang w:eastAsia="ja-JP"/>
        </w:rPr>
        <w:br/>
      </w:r>
      <w:r>
        <w:rPr>
          <w:lang w:eastAsia="ja-JP"/>
        </w:rPr>
        <w:t>各構成員は、本業務の履行について共同企業体として責任を負い、相互に協力して契約上の義務を履行する。</w:t>
      </w:r>
    </w:p>
    <w:p w14:paraId="2F8E3633" w14:textId="77777777" w:rsidR="00D8042F" w:rsidRDefault="007A4ED0">
      <w:pPr>
        <w:rPr>
          <w:lang w:eastAsia="ja-JP"/>
        </w:rPr>
      </w:pPr>
      <w:r>
        <w:rPr>
          <w:b/>
          <w:lang w:eastAsia="ja-JP"/>
        </w:rPr>
        <w:t>第</w:t>
      </w:r>
      <w:r>
        <w:rPr>
          <w:b/>
          <w:lang w:eastAsia="ja-JP"/>
        </w:rPr>
        <w:t>7</w:t>
      </w:r>
      <w:r>
        <w:rPr>
          <w:b/>
          <w:lang w:eastAsia="ja-JP"/>
        </w:rPr>
        <w:t>条（管理技術者等）</w:t>
      </w:r>
      <w:r>
        <w:rPr>
          <w:lang w:eastAsia="ja-JP"/>
        </w:rPr>
        <w:br/>
      </w:r>
      <w:r>
        <w:rPr>
          <w:lang w:eastAsia="ja-JP"/>
        </w:rPr>
        <w:t>代表構成員は管理技術者を配置する。各構成員は、担当分野に必要な能力及び経験を有する技術者を配置する。</w:t>
      </w:r>
    </w:p>
    <w:p w14:paraId="7DC20296" w14:textId="77777777" w:rsidR="00D8042F" w:rsidRDefault="007A4ED0">
      <w:pPr>
        <w:rPr>
          <w:lang w:eastAsia="ja-JP"/>
        </w:rPr>
      </w:pPr>
      <w:r>
        <w:rPr>
          <w:b/>
          <w:lang w:eastAsia="ja-JP"/>
        </w:rPr>
        <w:t>第</w:t>
      </w:r>
      <w:r>
        <w:rPr>
          <w:b/>
          <w:lang w:eastAsia="ja-JP"/>
        </w:rPr>
        <w:t>8</w:t>
      </w:r>
      <w:r>
        <w:rPr>
          <w:b/>
          <w:lang w:eastAsia="ja-JP"/>
        </w:rPr>
        <w:t>条（構成員の変更等）</w:t>
      </w:r>
      <w:r>
        <w:rPr>
          <w:lang w:eastAsia="ja-JP"/>
        </w:rPr>
        <w:br/>
      </w:r>
      <w:r>
        <w:rPr>
          <w:lang w:eastAsia="ja-JP"/>
        </w:rPr>
        <w:t>共同企業体の構成員、代表構成員又は業務分担を変更しようとするときは、あらかじめ西之表市の承認を得る。</w:t>
      </w:r>
    </w:p>
    <w:p w14:paraId="16EA4050" w14:textId="77777777" w:rsidR="00D8042F" w:rsidRDefault="007A4ED0">
      <w:pPr>
        <w:rPr>
          <w:lang w:eastAsia="ja-JP"/>
        </w:rPr>
      </w:pPr>
      <w:r>
        <w:rPr>
          <w:b/>
          <w:lang w:eastAsia="ja-JP"/>
        </w:rPr>
        <w:t>第</w:t>
      </w:r>
      <w:r>
        <w:rPr>
          <w:b/>
          <w:lang w:eastAsia="ja-JP"/>
        </w:rPr>
        <w:t>9</w:t>
      </w:r>
      <w:r>
        <w:rPr>
          <w:b/>
          <w:lang w:eastAsia="ja-JP"/>
        </w:rPr>
        <w:t>条（存続期間）</w:t>
      </w:r>
      <w:r>
        <w:rPr>
          <w:lang w:eastAsia="ja-JP"/>
        </w:rPr>
        <w:br/>
      </w:r>
      <w:r>
        <w:rPr>
          <w:lang w:eastAsia="ja-JP"/>
        </w:rPr>
        <w:t>本共同企業体は、本プロポーザルへの参加の日から契約履行及び精算が完了する日まで存続する。ただし、契約に至らない場合は、その手続終了日までとする。</w:t>
      </w:r>
    </w:p>
    <w:p w14:paraId="33B1EE71" w14:textId="77777777" w:rsidR="00D8042F" w:rsidRDefault="007A4ED0">
      <w:pPr>
        <w:rPr>
          <w:lang w:eastAsia="ja-JP"/>
        </w:rPr>
      </w:pPr>
      <w:r>
        <w:rPr>
          <w:b/>
          <w:lang w:eastAsia="ja-JP"/>
        </w:rPr>
        <w:t>第</w:t>
      </w:r>
      <w:r>
        <w:rPr>
          <w:b/>
          <w:lang w:eastAsia="ja-JP"/>
        </w:rPr>
        <w:t>10</w:t>
      </w:r>
      <w:r>
        <w:rPr>
          <w:b/>
          <w:lang w:eastAsia="ja-JP"/>
        </w:rPr>
        <w:t>条（協議）</w:t>
      </w:r>
      <w:r>
        <w:rPr>
          <w:lang w:eastAsia="ja-JP"/>
        </w:rPr>
        <w:br/>
      </w:r>
      <w:r>
        <w:rPr>
          <w:lang w:eastAsia="ja-JP"/>
        </w:rPr>
        <w:t>本協定に定めのない事項又は疑義が生じた事項は、構成員間で協議し、必要に応じて西之表市と協議して定める。</w:t>
      </w:r>
    </w:p>
    <w:p w14:paraId="4C15336D" w14:textId="77777777" w:rsidR="00D8042F" w:rsidRDefault="00D8042F">
      <w:pPr>
        <w:rPr>
          <w:lang w:eastAsia="ja-JP"/>
        </w:rPr>
      </w:pPr>
    </w:p>
    <w:p w14:paraId="6462B649" w14:textId="77777777" w:rsidR="00D8042F" w:rsidRDefault="007A4ED0">
      <w:pPr>
        <w:rPr>
          <w:lang w:eastAsia="ja-JP"/>
        </w:rPr>
      </w:pPr>
      <w:r>
        <w:rPr>
          <w:lang w:eastAsia="ja-JP"/>
        </w:rPr>
        <w:t>令和</w:t>
      </w:r>
      <w:r>
        <w:rPr>
          <w:lang w:eastAsia="ja-JP"/>
        </w:rPr>
        <w:t>8</w:t>
      </w:r>
      <w:r>
        <w:rPr>
          <w:lang w:eastAsia="ja-JP"/>
        </w:rPr>
        <w:t>年　　月　　日</w:t>
      </w:r>
    </w:p>
    <w:p w14:paraId="39F7F89E" w14:textId="77777777" w:rsidR="00D8042F" w:rsidRDefault="007A4ED0">
      <w:pPr>
        <w:rPr>
          <w:lang w:eastAsia="ja-JP"/>
        </w:rPr>
      </w:pPr>
      <w:r>
        <w:rPr>
          <w:lang w:eastAsia="ja-JP"/>
        </w:rPr>
        <w:t>代表構成員　所在地：</w:t>
      </w:r>
      <w:r>
        <w:rPr>
          <w:lang w:eastAsia="ja-JP"/>
        </w:rPr>
        <w:br/>
      </w:r>
      <w:r>
        <w:rPr>
          <w:lang w:eastAsia="ja-JP"/>
        </w:rPr>
        <w:t xml:space="preserve">　　　　　法人等名称：</w:t>
      </w:r>
      <w:r>
        <w:rPr>
          <w:lang w:eastAsia="ja-JP"/>
        </w:rPr>
        <w:br/>
      </w:r>
      <w:r>
        <w:rPr>
          <w:lang w:eastAsia="ja-JP"/>
        </w:rPr>
        <w:t xml:space="preserve">　　　　　代表者役職・氏名：　　　　　　　　　　　　　　印</w:t>
      </w:r>
    </w:p>
    <w:p w14:paraId="7909A707" w14:textId="77777777" w:rsidR="00D8042F" w:rsidRDefault="007A4ED0">
      <w:pPr>
        <w:rPr>
          <w:lang w:eastAsia="ja-JP"/>
        </w:rPr>
      </w:pPr>
      <w:r>
        <w:rPr>
          <w:lang w:eastAsia="ja-JP"/>
        </w:rPr>
        <w:lastRenderedPageBreak/>
        <w:t>構成員　　　所在地：</w:t>
      </w:r>
      <w:r>
        <w:rPr>
          <w:lang w:eastAsia="ja-JP"/>
        </w:rPr>
        <w:br/>
      </w:r>
      <w:r>
        <w:rPr>
          <w:lang w:eastAsia="ja-JP"/>
        </w:rPr>
        <w:t xml:space="preserve">　　　　　法人等名称：</w:t>
      </w:r>
      <w:r>
        <w:rPr>
          <w:lang w:eastAsia="ja-JP"/>
        </w:rPr>
        <w:br/>
      </w:r>
      <w:r>
        <w:rPr>
          <w:lang w:eastAsia="ja-JP"/>
        </w:rPr>
        <w:t xml:space="preserve">　　　　　代表者役職・氏名：　　　　　　　　　　　　　　印</w:t>
      </w:r>
    </w:p>
    <w:p w14:paraId="0259AB63" w14:textId="77777777" w:rsidR="00D8042F" w:rsidRDefault="007A4ED0">
      <w:pPr>
        <w:rPr>
          <w:lang w:eastAsia="ja-JP"/>
        </w:rPr>
      </w:pPr>
      <w:r>
        <w:rPr>
          <w:lang w:eastAsia="ja-JP"/>
        </w:rPr>
        <w:t>構成員　　　所在地：</w:t>
      </w:r>
      <w:r>
        <w:rPr>
          <w:lang w:eastAsia="ja-JP"/>
        </w:rPr>
        <w:br/>
      </w:r>
      <w:r>
        <w:rPr>
          <w:lang w:eastAsia="ja-JP"/>
        </w:rPr>
        <w:t xml:space="preserve">　　　　　法人等名称：</w:t>
      </w:r>
      <w:r>
        <w:rPr>
          <w:lang w:eastAsia="ja-JP"/>
        </w:rPr>
        <w:br/>
      </w:r>
      <w:r>
        <w:rPr>
          <w:lang w:eastAsia="ja-JP"/>
        </w:rPr>
        <w:t xml:space="preserve">　　　　　代表者役職・氏名：　　　　　　　　　　　　　　印</w:t>
      </w:r>
    </w:p>
    <w:p w14:paraId="4510A18C" w14:textId="77777777" w:rsidR="00D8042F" w:rsidRDefault="007A4ED0">
      <w:pPr>
        <w:rPr>
          <w:lang w:eastAsia="ja-JP"/>
        </w:rPr>
      </w:pPr>
      <w:r>
        <w:rPr>
          <w:lang w:eastAsia="ja-JP"/>
        </w:rPr>
        <w:t>構成員　　　所在地：</w:t>
      </w:r>
      <w:r>
        <w:rPr>
          <w:lang w:eastAsia="ja-JP"/>
        </w:rPr>
        <w:br/>
      </w:r>
      <w:r>
        <w:rPr>
          <w:lang w:eastAsia="ja-JP"/>
        </w:rPr>
        <w:t xml:space="preserve">　　　　　法人等名称：</w:t>
      </w:r>
      <w:r>
        <w:rPr>
          <w:lang w:eastAsia="ja-JP"/>
        </w:rPr>
        <w:br/>
      </w:r>
      <w:r>
        <w:rPr>
          <w:lang w:eastAsia="ja-JP"/>
        </w:rPr>
        <w:t xml:space="preserve">　　　　　代表者役職・氏名：　　　　　　　　　　　　　　印</w:t>
      </w:r>
    </w:p>
    <w:p w14:paraId="2A1254A0" w14:textId="77777777" w:rsidR="00D8042F" w:rsidRDefault="007A4ED0">
      <w:pPr>
        <w:rPr>
          <w:lang w:eastAsia="ja-JP"/>
        </w:rPr>
      </w:pPr>
      <w:r>
        <w:rPr>
          <w:lang w:eastAsia="ja-JP"/>
        </w:rPr>
        <w:br w:type="page"/>
      </w:r>
    </w:p>
    <w:p w14:paraId="1C4543A9" w14:textId="77777777" w:rsidR="00D8042F" w:rsidRDefault="007A4ED0">
      <w:pPr>
        <w:jc w:val="right"/>
      </w:pPr>
      <w:r>
        <w:rPr>
          <w:b/>
        </w:rPr>
        <w:lastRenderedPageBreak/>
        <w:t>様式第</w:t>
      </w:r>
      <w:r>
        <w:rPr>
          <w:b/>
        </w:rPr>
        <w:t>12</w:t>
      </w:r>
      <w:r>
        <w:rPr>
          <w:b/>
        </w:rPr>
        <w:t>号</w:t>
      </w:r>
    </w:p>
    <w:p w14:paraId="28417374" w14:textId="77777777" w:rsidR="00D8042F" w:rsidRDefault="007A4ED0">
      <w:pPr>
        <w:jc w:val="center"/>
      </w:pPr>
      <w:r>
        <w:rPr>
          <w:b/>
          <w:sz w:val="32"/>
        </w:rPr>
        <w:t>委　任　状（共同企業体）</w:t>
      </w:r>
    </w:p>
    <w:p w14:paraId="71F6E06F" w14:textId="77777777" w:rsidR="00D8042F" w:rsidRDefault="007A4ED0">
      <w:pPr>
        <w:jc w:val="right"/>
      </w:pPr>
      <w:r>
        <w:rPr>
          <w:color w:val="666666"/>
          <w:sz w:val="16"/>
        </w:rPr>
        <w:t>（根拠：実施要領第</w:t>
      </w:r>
      <w:r>
        <w:rPr>
          <w:color w:val="666666"/>
          <w:sz w:val="16"/>
        </w:rPr>
        <w:t>8</w:t>
      </w:r>
      <w:r>
        <w:rPr>
          <w:color w:val="666666"/>
          <w:sz w:val="16"/>
        </w:rPr>
        <w:t>）</w:t>
      </w:r>
    </w:p>
    <w:p w14:paraId="270D047A" w14:textId="77777777" w:rsidR="00D8042F" w:rsidRDefault="007A4ED0">
      <w:r>
        <w:t>西之表市長　様</w:t>
      </w:r>
    </w:p>
    <w:p w14:paraId="3971836E" w14:textId="77777777" w:rsidR="00D8042F" w:rsidRDefault="007A4ED0">
      <w:pPr>
        <w:rPr>
          <w:lang w:eastAsia="ja-JP"/>
        </w:rPr>
      </w:pPr>
      <w:r>
        <w:rPr>
          <w:lang w:eastAsia="ja-JP"/>
        </w:rPr>
        <w:t>共同企業体の各構成員は、下記代表構成員を代理人と定め、本業務の公募型プロポーザルに関する次の権限を委任します。</w:t>
      </w:r>
    </w:p>
    <w:tbl>
      <w:tblPr>
        <w:tblStyle w:val="afe"/>
        <w:tblW w:w="0" w:type="auto"/>
        <w:jc w:val="center"/>
        <w:tblLook w:val="04A0" w:firstRow="1" w:lastRow="0" w:firstColumn="1" w:lastColumn="0" w:noHBand="0" w:noVBand="1"/>
      </w:tblPr>
      <w:tblGrid>
        <w:gridCol w:w="3402"/>
        <w:gridCol w:w="6520"/>
      </w:tblGrid>
      <w:tr w:rsidR="00D8042F" w14:paraId="29F9DFB6" w14:textId="77777777">
        <w:trPr>
          <w:tblHeader/>
          <w:jc w:val="center"/>
        </w:trPr>
        <w:tc>
          <w:tcPr>
            <w:tcW w:w="3402" w:type="dxa"/>
            <w:shd w:val="clear" w:color="auto" w:fill="1F4E78"/>
            <w:tcMar>
              <w:top w:w="80" w:type="dxa"/>
              <w:left w:w="80" w:type="dxa"/>
              <w:bottom w:w="80" w:type="dxa"/>
              <w:right w:w="80" w:type="dxa"/>
            </w:tcMar>
          </w:tcPr>
          <w:p w14:paraId="52CBD4E6" w14:textId="77777777" w:rsidR="00D8042F" w:rsidRDefault="007A4ED0">
            <w:pPr>
              <w:jc w:val="center"/>
            </w:pPr>
            <w:proofErr w:type="spellStart"/>
            <w:r>
              <w:rPr>
                <w:b/>
                <w:color w:val="FFFFFF"/>
                <w:sz w:val="18"/>
              </w:rPr>
              <w:t>項目</w:t>
            </w:r>
            <w:proofErr w:type="spellEnd"/>
          </w:p>
        </w:tc>
        <w:tc>
          <w:tcPr>
            <w:tcW w:w="6520" w:type="dxa"/>
            <w:shd w:val="clear" w:color="auto" w:fill="1F4E78"/>
            <w:tcMar>
              <w:top w:w="80" w:type="dxa"/>
              <w:left w:w="80" w:type="dxa"/>
              <w:bottom w:w="80" w:type="dxa"/>
              <w:right w:w="80" w:type="dxa"/>
            </w:tcMar>
          </w:tcPr>
          <w:p w14:paraId="70B34F66" w14:textId="77777777" w:rsidR="00D8042F" w:rsidRDefault="007A4ED0">
            <w:pPr>
              <w:jc w:val="center"/>
            </w:pPr>
            <w:r>
              <w:rPr>
                <w:b/>
                <w:color w:val="FFFFFF"/>
                <w:sz w:val="18"/>
              </w:rPr>
              <w:t>内容</w:t>
            </w:r>
          </w:p>
        </w:tc>
      </w:tr>
      <w:tr w:rsidR="00D8042F" w14:paraId="6B822F90" w14:textId="77777777">
        <w:trPr>
          <w:jc w:val="center"/>
        </w:trPr>
        <w:tc>
          <w:tcPr>
            <w:tcW w:w="3402" w:type="dxa"/>
            <w:tcMar>
              <w:top w:w="80" w:type="dxa"/>
              <w:left w:w="80" w:type="dxa"/>
              <w:bottom w:w="80" w:type="dxa"/>
              <w:right w:w="80" w:type="dxa"/>
            </w:tcMar>
            <w:vAlign w:val="center"/>
          </w:tcPr>
          <w:p w14:paraId="72081312" w14:textId="77777777" w:rsidR="00D8042F" w:rsidRDefault="007A4ED0">
            <w:r>
              <w:rPr>
                <w:sz w:val="18"/>
              </w:rPr>
              <w:t>共同企業体名</w:t>
            </w:r>
          </w:p>
        </w:tc>
        <w:tc>
          <w:tcPr>
            <w:tcW w:w="6520" w:type="dxa"/>
            <w:tcMar>
              <w:top w:w="80" w:type="dxa"/>
              <w:left w:w="80" w:type="dxa"/>
              <w:bottom w:w="80" w:type="dxa"/>
              <w:right w:w="80" w:type="dxa"/>
            </w:tcMar>
            <w:vAlign w:val="center"/>
          </w:tcPr>
          <w:p w14:paraId="3AD07E18" w14:textId="77777777" w:rsidR="00D8042F" w:rsidRDefault="00D8042F"/>
        </w:tc>
      </w:tr>
      <w:tr w:rsidR="00D8042F" w14:paraId="720535E0" w14:textId="77777777">
        <w:trPr>
          <w:jc w:val="center"/>
        </w:trPr>
        <w:tc>
          <w:tcPr>
            <w:tcW w:w="3402" w:type="dxa"/>
            <w:tcMar>
              <w:top w:w="80" w:type="dxa"/>
              <w:left w:w="80" w:type="dxa"/>
              <w:bottom w:w="80" w:type="dxa"/>
              <w:right w:w="80" w:type="dxa"/>
            </w:tcMar>
            <w:vAlign w:val="center"/>
          </w:tcPr>
          <w:p w14:paraId="7C67A723" w14:textId="77777777" w:rsidR="00D8042F" w:rsidRDefault="007A4ED0">
            <w:r>
              <w:rPr>
                <w:sz w:val="18"/>
              </w:rPr>
              <w:t>受任者（代表構成員）</w:t>
            </w:r>
          </w:p>
        </w:tc>
        <w:tc>
          <w:tcPr>
            <w:tcW w:w="6520" w:type="dxa"/>
            <w:tcMar>
              <w:top w:w="80" w:type="dxa"/>
              <w:left w:w="80" w:type="dxa"/>
              <w:bottom w:w="80" w:type="dxa"/>
              <w:right w:w="80" w:type="dxa"/>
            </w:tcMar>
            <w:vAlign w:val="center"/>
          </w:tcPr>
          <w:p w14:paraId="2F83E56C" w14:textId="77777777" w:rsidR="00D8042F" w:rsidRDefault="007A4ED0">
            <w:pPr>
              <w:rPr>
                <w:lang w:eastAsia="ja-JP"/>
              </w:rPr>
            </w:pPr>
            <w:r>
              <w:rPr>
                <w:sz w:val="18"/>
                <w:lang w:eastAsia="ja-JP"/>
              </w:rPr>
              <w:t>所在地：</w:t>
            </w:r>
            <w:r>
              <w:rPr>
                <w:sz w:val="18"/>
                <w:lang w:eastAsia="ja-JP"/>
              </w:rPr>
              <w:br/>
            </w:r>
            <w:r>
              <w:rPr>
                <w:sz w:val="18"/>
                <w:lang w:eastAsia="ja-JP"/>
              </w:rPr>
              <w:t>法人等名称：</w:t>
            </w:r>
            <w:r>
              <w:rPr>
                <w:sz w:val="18"/>
                <w:lang w:eastAsia="ja-JP"/>
              </w:rPr>
              <w:br/>
            </w:r>
            <w:r>
              <w:rPr>
                <w:sz w:val="18"/>
                <w:lang w:eastAsia="ja-JP"/>
              </w:rPr>
              <w:t>代表者役職・氏名：</w:t>
            </w:r>
          </w:p>
        </w:tc>
      </w:tr>
    </w:tbl>
    <w:p w14:paraId="4CF0C3D1" w14:textId="77777777" w:rsidR="00D8042F" w:rsidRDefault="007A4ED0">
      <w:pPr>
        <w:rPr>
          <w:lang w:eastAsia="ja-JP"/>
        </w:rPr>
      </w:pPr>
      <w:r>
        <w:rPr>
          <w:b/>
          <w:lang w:eastAsia="ja-JP"/>
        </w:rPr>
        <w:t>【委任事項】</w:t>
      </w:r>
    </w:p>
    <w:p w14:paraId="4B950310" w14:textId="77777777" w:rsidR="00D8042F" w:rsidRDefault="007A4ED0">
      <w:pPr>
        <w:rPr>
          <w:lang w:eastAsia="ja-JP"/>
        </w:rPr>
      </w:pPr>
      <w:r>
        <w:rPr>
          <w:lang w:eastAsia="ja-JP"/>
        </w:rPr>
        <w:t>・参加申込、質問、資料受領、通知受領その他本プロポーザル手続に関すること。</w:t>
      </w:r>
    </w:p>
    <w:p w14:paraId="2EA36A5C" w14:textId="77777777" w:rsidR="00D8042F" w:rsidRDefault="007A4ED0">
      <w:pPr>
        <w:rPr>
          <w:lang w:eastAsia="ja-JP"/>
        </w:rPr>
      </w:pPr>
      <w:r>
        <w:rPr>
          <w:lang w:eastAsia="ja-JP"/>
        </w:rPr>
        <w:t>・企画提案書、業務工程表、業務実施体制表及び見積関係書類の提出に関すること。</w:t>
      </w:r>
    </w:p>
    <w:p w14:paraId="4E341454" w14:textId="77777777" w:rsidR="00D8042F" w:rsidRDefault="007A4ED0">
      <w:pPr>
        <w:rPr>
          <w:lang w:eastAsia="ja-JP"/>
        </w:rPr>
      </w:pPr>
      <w:r>
        <w:rPr>
          <w:lang w:eastAsia="ja-JP"/>
        </w:rPr>
        <w:t>・プレゼンテーション及び契約協議に関すること。</w:t>
      </w:r>
    </w:p>
    <w:p w14:paraId="3EFCAA3D" w14:textId="77777777" w:rsidR="00D8042F" w:rsidRDefault="007A4ED0">
      <w:pPr>
        <w:rPr>
          <w:lang w:eastAsia="ja-JP"/>
        </w:rPr>
      </w:pPr>
      <w:r>
        <w:rPr>
          <w:lang w:eastAsia="ja-JP"/>
        </w:rPr>
        <w:t>・契約締結に必要な協議及び書類提出に関すること。ただし、契約書への署名・押印等について市が各構成員に求める行為を妨げない。</w:t>
      </w:r>
    </w:p>
    <w:p w14:paraId="7E1BCA30" w14:textId="77777777" w:rsidR="00D8042F" w:rsidRDefault="007A4ED0">
      <w:pPr>
        <w:rPr>
          <w:lang w:eastAsia="ja-JP"/>
        </w:rPr>
      </w:pPr>
      <w:r>
        <w:rPr>
          <w:lang w:eastAsia="ja-JP"/>
        </w:rPr>
        <w:t>令和</w:t>
      </w:r>
      <w:r>
        <w:rPr>
          <w:lang w:eastAsia="ja-JP"/>
        </w:rPr>
        <w:t>8</w:t>
      </w:r>
      <w:r>
        <w:rPr>
          <w:lang w:eastAsia="ja-JP"/>
        </w:rPr>
        <w:t>年　　月　　日</w:t>
      </w:r>
    </w:p>
    <w:p w14:paraId="0B288016" w14:textId="77777777" w:rsidR="00D8042F" w:rsidRDefault="007A4ED0">
      <w:pPr>
        <w:rPr>
          <w:lang w:eastAsia="ja-JP"/>
        </w:rPr>
      </w:pPr>
      <w:r>
        <w:rPr>
          <w:lang w:eastAsia="ja-JP"/>
        </w:rPr>
        <w:t>委任者（構成員）　所在地：</w:t>
      </w:r>
      <w:r>
        <w:rPr>
          <w:lang w:eastAsia="ja-JP"/>
        </w:rPr>
        <w:br/>
      </w:r>
      <w:r>
        <w:rPr>
          <w:lang w:eastAsia="ja-JP"/>
        </w:rPr>
        <w:t xml:space="preserve">　　　　　　　　　法人等名称：</w:t>
      </w:r>
      <w:r>
        <w:rPr>
          <w:lang w:eastAsia="ja-JP"/>
        </w:rPr>
        <w:br/>
      </w:r>
      <w:r>
        <w:rPr>
          <w:lang w:eastAsia="ja-JP"/>
        </w:rPr>
        <w:t xml:space="preserve">　　　　　　　　　代表者役職・氏名：　　　　　　　　　　　　　　印</w:t>
      </w:r>
    </w:p>
    <w:p w14:paraId="2BC68E28" w14:textId="77777777" w:rsidR="00D8042F" w:rsidRDefault="007A4ED0">
      <w:pPr>
        <w:rPr>
          <w:lang w:eastAsia="ja-JP"/>
        </w:rPr>
      </w:pPr>
      <w:r>
        <w:rPr>
          <w:lang w:eastAsia="ja-JP"/>
        </w:rPr>
        <w:t>※</w:t>
      </w:r>
      <w:r>
        <w:rPr>
          <w:lang w:eastAsia="ja-JP"/>
        </w:rPr>
        <w:t>構成員ごとに作成してください。</w:t>
      </w:r>
    </w:p>
    <w:p w14:paraId="7B4856EA" w14:textId="77777777" w:rsidR="00D8042F" w:rsidRDefault="007A4ED0">
      <w:pPr>
        <w:rPr>
          <w:lang w:eastAsia="ja-JP"/>
        </w:rPr>
      </w:pPr>
      <w:r>
        <w:rPr>
          <w:lang w:eastAsia="ja-JP"/>
        </w:rPr>
        <w:br w:type="page"/>
      </w:r>
    </w:p>
    <w:p w14:paraId="213B4CAA" w14:textId="77777777" w:rsidR="00D8042F" w:rsidRDefault="007A4ED0">
      <w:pPr>
        <w:jc w:val="right"/>
      </w:pPr>
      <w:r>
        <w:rPr>
          <w:b/>
        </w:rPr>
        <w:lastRenderedPageBreak/>
        <w:t>様式第</w:t>
      </w:r>
      <w:r>
        <w:rPr>
          <w:b/>
        </w:rPr>
        <w:t>13</w:t>
      </w:r>
      <w:r>
        <w:rPr>
          <w:b/>
        </w:rPr>
        <w:t>号</w:t>
      </w:r>
    </w:p>
    <w:p w14:paraId="7AF8E0C2" w14:textId="77777777" w:rsidR="00D8042F" w:rsidRDefault="007A4ED0">
      <w:pPr>
        <w:jc w:val="center"/>
      </w:pPr>
      <w:r>
        <w:rPr>
          <w:b/>
          <w:sz w:val="32"/>
        </w:rPr>
        <w:t>辞　退　届</w:t>
      </w:r>
    </w:p>
    <w:p w14:paraId="38D36BDC" w14:textId="77777777" w:rsidR="00D8042F" w:rsidRDefault="007A4ED0">
      <w:pPr>
        <w:jc w:val="right"/>
      </w:pPr>
      <w:r>
        <w:rPr>
          <w:color w:val="666666"/>
          <w:sz w:val="16"/>
        </w:rPr>
        <w:t>（根拠：実施要領第</w:t>
      </w:r>
      <w:r>
        <w:rPr>
          <w:color w:val="666666"/>
          <w:sz w:val="16"/>
        </w:rPr>
        <w:t>10</w:t>
      </w:r>
      <w:r>
        <w:rPr>
          <w:color w:val="666666"/>
          <w:sz w:val="16"/>
        </w:rPr>
        <w:t>）</w:t>
      </w:r>
    </w:p>
    <w:p w14:paraId="21DDBAA7" w14:textId="77777777" w:rsidR="00D8042F" w:rsidRDefault="007A4ED0">
      <w:pPr>
        <w:jc w:val="right"/>
      </w:pPr>
      <w:r>
        <w:t>令和</w:t>
      </w:r>
      <w:r>
        <w:t>8</w:t>
      </w:r>
      <w:proofErr w:type="gramStart"/>
      <w:r>
        <w:t>年　　月</w:t>
      </w:r>
      <w:proofErr w:type="gramEnd"/>
      <w:r>
        <w:t xml:space="preserve">　　日</w:t>
      </w:r>
    </w:p>
    <w:p w14:paraId="524E6971" w14:textId="77777777" w:rsidR="00D8042F" w:rsidRDefault="007A4ED0">
      <w:r>
        <w:t>西之表市長　様</w:t>
      </w:r>
    </w:p>
    <w:tbl>
      <w:tblPr>
        <w:tblStyle w:val="afe"/>
        <w:tblW w:w="0" w:type="auto"/>
        <w:jc w:val="right"/>
        <w:tblLook w:val="04A0" w:firstRow="1" w:lastRow="0" w:firstColumn="1" w:lastColumn="0" w:noHBand="0" w:noVBand="1"/>
      </w:tblPr>
      <w:tblGrid>
        <w:gridCol w:w="2154"/>
        <w:gridCol w:w="6237"/>
      </w:tblGrid>
      <w:tr w:rsidR="00D8042F" w14:paraId="253F1F9B" w14:textId="77777777">
        <w:trPr>
          <w:jc w:val="right"/>
        </w:trPr>
        <w:tc>
          <w:tcPr>
            <w:tcW w:w="2154" w:type="dxa"/>
            <w:shd w:val="clear" w:color="auto" w:fill="F3F6F8"/>
            <w:tcMar>
              <w:top w:w="80" w:type="dxa"/>
              <w:left w:w="80" w:type="dxa"/>
              <w:bottom w:w="80" w:type="dxa"/>
              <w:right w:w="80" w:type="dxa"/>
            </w:tcMar>
          </w:tcPr>
          <w:p w14:paraId="252FE68C" w14:textId="77777777" w:rsidR="00D8042F" w:rsidRDefault="007A4ED0">
            <w:r>
              <w:t>所在地</w:t>
            </w:r>
          </w:p>
        </w:tc>
        <w:tc>
          <w:tcPr>
            <w:tcW w:w="6237" w:type="dxa"/>
            <w:tcMar>
              <w:top w:w="80" w:type="dxa"/>
              <w:left w:w="80" w:type="dxa"/>
              <w:bottom w:w="80" w:type="dxa"/>
              <w:right w:w="80" w:type="dxa"/>
            </w:tcMar>
          </w:tcPr>
          <w:p w14:paraId="39AC622D" w14:textId="77777777" w:rsidR="00D8042F" w:rsidRDefault="00D8042F"/>
        </w:tc>
      </w:tr>
      <w:tr w:rsidR="00D8042F" w14:paraId="5B410441" w14:textId="77777777">
        <w:trPr>
          <w:jc w:val="right"/>
        </w:trPr>
        <w:tc>
          <w:tcPr>
            <w:tcW w:w="2154" w:type="dxa"/>
            <w:shd w:val="clear" w:color="auto" w:fill="F3F6F8"/>
            <w:tcMar>
              <w:top w:w="80" w:type="dxa"/>
              <w:left w:w="80" w:type="dxa"/>
              <w:bottom w:w="80" w:type="dxa"/>
              <w:right w:w="80" w:type="dxa"/>
            </w:tcMar>
          </w:tcPr>
          <w:p w14:paraId="01AC4D30" w14:textId="77777777" w:rsidR="00D8042F" w:rsidRDefault="007A4ED0">
            <w:r>
              <w:t>法人等名称</w:t>
            </w:r>
          </w:p>
        </w:tc>
        <w:tc>
          <w:tcPr>
            <w:tcW w:w="6237" w:type="dxa"/>
            <w:tcMar>
              <w:top w:w="80" w:type="dxa"/>
              <w:left w:w="80" w:type="dxa"/>
              <w:bottom w:w="80" w:type="dxa"/>
              <w:right w:w="80" w:type="dxa"/>
            </w:tcMar>
          </w:tcPr>
          <w:p w14:paraId="4A19CFAD" w14:textId="77777777" w:rsidR="00D8042F" w:rsidRDefault="00D8042F"/>
        </w:tc>
      </w:tr>
      <w:tr w:rsidR="00D8042F" w14:paraId="7D0CC50F" w14:textId="77777777">
        <w:trPr>
          <w:jc w:val="right"/>
        </w:trPr>
        <w:tc>
          <w:tcPr>
            <w:tcW w:w="2154" w:type="dxa"/>
            <w:shd w:val="clear" w:color="auto" w:fill="F3F6F8"/>
            <w:tcMar>
              <w:top w:w="80" w:type="dxa"/>
              <w:left w:w="80" w:type="dxa"/>
              <w:bottom w:w="80" w:type="dxa"/>
              <w:right w:w="80" w:type="dxa"/>
            </w:tcMar>
          </w:tcPr>
          <w:p w14:paraId="684D0B60" w14:textId="77777777" w:rsidR="00D8042F" w:rsidRDefault="007A4ED0">
            <w:r>
              <w:t>代表者役職・氏名</w:t>
            </w:r>
          </w:p>
        </w:tc>
        <w:tc>
          <w:tcPr>
            <w:tcW w:w="6237" w:type="dxa"/>
            <w:tcMar>
              <w:top w:w="80" w:type="dxa"/>
              <w:left w:w="80" w:type="dxa"/>
              <w:bottom w:w="80" w:type="dxa"/>
              <w:right w:w="80" w:type="dxa"/>
            </w:tcMar>
          </w:tcPr>
          <w:p w14:paraId="6EBA52F0" w14:textId="77777777" w:rsidR="00D8042F" w:rsidRDefault="007A4ED0">
            <w:r>
              <w:t xml:space="preserve">　　　　　　　　　　　　　　　印</w:t>
            </w:r>
          </w:p>
        </w:tc>
      </w:tr>
      <w:tr w:rsidR="00D8042F" w14:paraId="758D5C6E" w14:textId="77777777">
        <w:trPr>
          <w:jc w:val="right"/>
        </w:trPr>
        <w:tc>
          <w:tcPr>
            <w:tcW w:w="2154" w:type="dxa"/>
            <w:shd w:val="clear" w:color="auto" w:fill="F3F6F8"/>
            <w:tcMar>
              <w:top w:w="80" w:type="dxa"/>
              <w:left w:w="80" w:type="dxa"/>
              <w:bottom w:w="80" w:type="dxa"/>
              <w:right w:w="80" w:type="dxa"/>
            </w:tcMar>
          </w:tcPr>
          <w:p w14:paraId="6DF0C4A9" w14:textId="77777777" w:rsidR="00D8042F" w:rsidRDefault="007A4ED0">
            <w:r>
              <w:t>担当者連絡先</w:t>
            </w:r>
          </w:p>
        </w:tc>
        <w:tc>
          <w:tcPr>
            <w:tcW w:w="6237" w:type="dxa"/>
            <w:tcMar>
              <w:top w:w="80" w:type="dxa"/>
              <w:left w:w="80" w:type="dxa"/>
              <w:bottom w:w="80" w:type="dxa"/>
              <w:right w:w="80" w:type="dxa"/>
            </w:tcMar>
          </w:tcPr>
          <w:p w14:paraId="48B57D1B" w14:textId="77777777" w:rsidR="00D8042F" w:rsidRDefault="007A4ED0">
            <w:r>
              <w:t xml:space="preserve">所属：　　　　　　氏名：　　　　　　</w:t>
            </w:r>
            <w:r>
              <w:t>TEL</w:t>
            </w:r>
            <w:r>
              <w:t xml:space="preserve">：　　　　　　</w:t>
            </w:r>
            <w:r>
              <w:t>E-mail</w:t>
            </w:r>
            <w:r>
              <w:t>：</w:t>
            </w:r>
          </w:p>
        </w:tc>
      </w:tr>
    </w:tbl>
    <w:p w14:paraId="4B1FF02E" w14:textId="77777777" w:rsidR="00D8042F" w:rsidRDefault="007A4ED0">
      <w:pPr>
        <w:rPr>
          <w:lang w:eastAsia="ja-JP"/>
        </w:rPr>
      </w:pPr>
      <w:r>
        <w:rPr>
          <w:lang w:eastAsia="ja-JP"/>
        </w:rPr>
        <w:t>下記業務の公募型プロポーザルについて、参加を辞退します。</w:t>
      </w:r>
    </w:p>
    <w:tbl>
      <w:tblPr>
        <w:tblStyle w:val="afe"/>
        <w:tblW w:w="0" w:type="auto"/>
        <w:jc w:val="center"/>
        <w:tblLook w:val="04A0" w:firstRow="1" w:lastRow="0" w:firstColumn="1" w:lastColumn="0" w:noHBand="0" w:noVBand="1"/>
      </w:tblPr>
      <w:tblGrid>
        <w:gridCol w:w="3118"/>
        <w:gridCol w:w="6804"/>
      </w:tblGrid>
      <w:tr w:rsidR="00D8042F" w14:paraId="4B3DEDE6" w14:textId="77777777">
        <w:trPr>
          <w:tblHeader/>
          <w:jc w:val="center"/>
        </w:trPr>
        <w:tc>
          <w:tcPr>
            <w:tcW w:w="3118" w:type="dxa"/>
            <w:shd w:val="clear" w:color="auto" w:fill="1F4E78"/>
            <w:tcMar>
              <w:top w:w="80" w:type="dxa"/>
              <w:left w:w="80" w:type="dxa"/>
              <w:bottom w:w="80" w:type="dxa"/>
              <w:right w:w="80" w:type="dxa"/>
            </w:tcMar>
          </w:tcPr>
          <w:p w14:paraId="234DF73E" w14:textId="77777777" w:rsidR="00D8042F" w:rsidRDefault="007A4ED0">
            <w:pPr>
              <w:jc w:val="center"/>
            </w:pPr>
            <w:proofErr w:type="spellStart"/>
            <w:r>
              <w:rPr>
                <w:b/>
                <w:color w:val="FFFFFF"/>
                <w:sz w:val="18"/>
              </w:rPr>
              <w:t>項目</w:t>
            </w:r>
            <w:proofErr w:type="spellEnd"/>
          </w:p>
        </w:tc>
        <w:tc>
          <w:tcPr>
            <w:tcW w:w="6804" w:type="dxa"/>
            <w:shd w:val="clear" w:color="auto" w:fill="1F4E78"/>
            <w:tcMar>
              <w:top w:w="80" w:type="dxa"/>
              <w:left w:w="80" w:type="dxa"/>
              <w:bottom w:w="80" w:type="dxa"/>
              <w:right w:w="80" w:type="dxa"/>
            </w:tcMar>
          </w:tcPr>
          <w:p w14:paraId="0112D9E6" w14:textId="77777777" w:rsidR="00D8042F" w:rsidRDefault="007A4ED0">
            <w:pPr>
              <w:jc w:val="center"/>
            </w:pPr>
            <w:r>
              <w:rPr>
                <w:b/>
                <w:color w:val="FFFFFF"/>
                <w:sz w:val="18"/>
              </w:rPr>
              <w:t>内容</w:t>
            </w:r>
          </w:p>
        </w:tc>
      </w:tr>
      <w:tr w:rsidR="00D8042F" w14:paraId="089576E7" w14:textId="77777777">
        <w:trPr>
          <w:jc w:val="center"/>
        </w:trPr>
        <w:tc>
          <w:tcPr>
            <w:tcW w:w="3118" w:type="dxa"/>
            <w:tcMar>
              <w:top w:w="80" w:type="dxa"/>
              <w:left w:w="80" w:type="dxa"/>
              <w:bottom w:w="80" w:type="dxa"/>
              <w:right w:w="80" w:type="dxa"/>
            </w:tcMar>
            <w:vAlign w:val="center"/>
          </w:tcPr>
          <w:p w14:paraId="21DC63E1" w14:textId="77777777" w:rsidR="00D8042F" w:rsidRDefault="007A4ED0">
            <w:r>
              <w:rPr>
                <w:sz w:val="18"/>
              </w:rPr>
              <w:t>業務名</w:t>
            </w:r>
          </w:p>
        </w:tc>
        <w:tc>
          <w:tcPr>
            <w:tcW w:w="6804" w:type="dxa"/>
            <w:tcMar>
              <w:top w:w="80" w:type="dxa"/>
              <w:left w:w="80" w:type="dxa"/>
              <w:bottom w:w="80" w:type="dxa"/>
              <w:right w:w="80" w:type="dxa"/>
            </w:tcMar>
            <w:vAlign w:val="center"/>
          </w:tcPr>
          <w:p w14:paraId="1EF06D15" w14:textId="77777777" w:rsidR="00D8042F" w:rsidRDefault="007A4ED0">
            <w:pPr>
              <w:rPr>
                <w:lang w:eastAsia="ja-JP"/>
              </w:rPr>
            </w:pPr>
            <w:r>
              <w:rPr>
                <w:sz w:val="18"/>
                <w:lang w:eastAsia="ja-JP"/>
              </w:rPr>
              <w:t>種子島開発総合センターリニューアル基本構想・基本計画策定業務委託</w:t>
            </w:r>
          </w:p>
        </w:tc>
      </w:tr>
      <w:tr w:rsidR="00D8042F" w14:paraId="65929B1A" w14:textId="77777777">
        <w:trPr>
          <w:jc w:val="center"/>
        </w:trPr>
        <w:tc>
          <w:tcPr>
            <w:tcW w:w="3118" w:type="dxa"/>
            <w:tcMar>
              <w:top w:w="80" w:type="dxa"/>
              <w:left w:w="80" w:type="dxa"/>
              <w:bottom w:w="80" w:type="dxa"/>
              <w:right w:w="80" w:type="dxa"/>
            </w:tcMar>
            <w:vAlign w:val="center"/>
          </w:tcPr>
          <w:p w14:paraId="68FF3F34" w14:textId="77777777" w:rsidR="00D8042F" w:rsidRDefault="007A4ED0">
            <w:proofErr w:type="spellStart"/>
            <w:r>
              <w:rPr>
                <w:sz w:val="18"/>
              </w:rPr>
              <w:t>参加形態</w:t>
            </w:r>
            <w:proofErr w:type="spellEnd"/>
          </w:p>
        </w:tc>
        <w:tc>
          <w:tcPr>
            <w:tcW w:w="6804" w:type="dxa"/>
            <w:tcMar>
              <w:top w:w="80" w:type="dxa"/>
              <w:left w:w="80" w:type="dxa"/>
              <w:bottom w:w="80" w:type="dxa"/>
              <w:right w:w="80" w:type="dxa"/>
            </w:tcMar>
            <w:vAlign w:val="center"/>
          </w:tcPr>
          <w:p w14:paraId="23288C14" w14:textId="77777777" w:rsidR="00D8042F" w:rsidRDefault="007A4ED0">
            <w:r>
              <w:rPr>
                <w:sz w:val="18"/>
              </w:rPr>
              <w:t xml:space="preserve">□ </w:t>
            </w:r>
            <w:r>
              <w:rPr>
                <w:sz w:val="18"/>
              </w:rPr>
              <w:t xml:space="preserve">単独企業　</w:t>
            </w:r>
            <w:r>
              <w:rPr>
                <w:sz w:val="18"/>
              </w:rPr>
              <w:t xml:space="preserve">□ </w:t>
            </w:r>
            <w:r>
              <w:rPr>
                <w:sz w:val="18"/>
              </w:rPr>
              <w:t>共同企業体</w:t>
            </w:r>
          </w:p>
        </w:tc>
      </w:tr>
      <w:tr w:rsidR="00D8042F" w14:paraId="005826C6" w14:textId="77777777">
        <w:trPr>
          <w:jc w:val="center"/>
        </w:trPr>
        <w:tc>
          <w:tcPr>
            <w:tcW w:w="3118" w:type="dxa"/>
            <w:tcMar>
              <w:top w:w="80" w:type="dxa"/>
              <w:left w:w="80" w:type="dxa"/>
              <w:bottom w:w="80" w:type="dxa"/>
              <w:right w:w="80" w:type="dxa"/>
            </w:tcMar>
            <w:vAlign w:val="center"/>
          </w:tcPr>
          <w:p w14:paraId="44552B5B" w14:textId="77777777" w:rsidR="00D8042F" w:rsidRDefault="007A4ED0">
            <w:pPr>
              <w:rPr>
                <w:lang w:eastAsia="ja-JP"/>
              </w:rPr>
            </w:pPr>
            <w:r>
              <w:rPr>
                <w:sz w:val="18"/>
                <w:lang w:eastAsia="ja-JP"/>
              </w:rPr>
              <w:t>共同企業体名（該当する場合）</w:t>
            </w:r>
          </w:p>
        </w:tc>
        <w:tc>
          <w:tcPr>
            <w:tcW w:w="6804" w:type="dxa"/>
            <w:tcMar>
              <w:top w:w="80" w:type="dxa"/>
              <w:left w:w="80" w:type="dxa"/>
              <w:bottom w:w="80" w:type="dxa"/>
              <w:right w:w="80" w:type="dxa"/>
            </w:tcMar>
            <w:vAlign w:val="center"/>
          </w:tcPr>
          <w:p w14:paraId="126D2604" w14:textId="77777777" w:rsidR="00D8042F" w:rsidRDefault="00D8042F">
            <w:pPr>
              <w:rPr>
                <w:lang w:eastAsia="ja-JP"/>
              </w:rPr>
            </w:pPr>
          </w:p>
        </w:tc>
      </w:tr>
      <w:tr w:rsidR="00D8042F" w14:paraId="103340AD" w14:textId="77777777">
        <w:trPr>
          <w:jc w:val="center"/>
        </w:trPr>
        <w:tc>
          <w:tcPr>
            <w:tcW w:w="3118" w:type="dxa"/>
            <w:tcMar>
              <w:top w:w="80" w:type="dxa"/>
              <w:left w:w="80" w:type="dxa"/>
              <w:bottom w:w="80" w:type="dxa"/>
              <w:right w:w="80" w:type="dxa"/>
            </w:tcMar>
            <w:vAlign w:val="center"/>
          </w:tcPr>
          <w:p w14:paraId="50D419B3" w14:textId="77777777" w:rsidR="00D8042F" w:rsidRDefault="007A4ED0">
            <w:proofErr w:type="spellStart"/>
            <w:r>
              <w:rPr>
                <w:sz w:val="18"/>
              </w:rPr>
              <w:t>辞退理由（任意</w:t>
            </w:r>
            <w:proofErr w:type="spellEnd"/>
            <w:r>
              <w:rPr>
                <w:sz w:val="18"/>
              </w:rPr>
              <w:t>）</w:t>
            </w:r>
          </w:p>
        </w:tc>
        <w:tc>
          <w:tcPr>
            <w:tcW w:w="6804" w:type="dxa"/>
            <w:tcMar>
              <w:top w:w="80" w:type="dxa"/>
              <w:left w:w="80" w:type="dxa"/>
              <w:bottom w:w="80" w:type="dxa"/>
              <w:right w:w="80" w:type="dxa"/>
            </w:tcMar>
            <w:vAlign w:val="center"/>
          </w:tcPr>
          <w:p w14:paraId="73EAC277" w14:textId="77777777" w:rsidR="00D8042F" w:rsidRDefault="00D8042F"/>
        </w:tc>
      </w:tr>
    </w:tbl>
    <w:p w14:paraId="1944E0A0" w14:textId="77777777" w:rsidR="00D8042F" w:rsidRDefault="007A4ED0">
      <w:pPr>
        <w:rPr>
          <w:lang w:eastAsia="ja-JP"/>
        </w:rPr>
      </w:pPr>
      <w:r>
        <w:rPr>
          <w:lang w:eastAsia="ja-JP"/>
        </w:rPr>
        <w:t>※</w:t>
      </w:r>
      <w:r>
        <w:rPr>
          <w:lang w:eastAsia="ja-JP"/>
        </w:rPr>
        <w:t>提出方法及び期限は実施要領第</w:t>
      </w:r>
      <w:r>
        <w:rPr>
          <w:lang w:eastAsia="ja-JP"/>
        </w:rPr>
        <w:t>10</w:t>
      </w:r>
      <w:r>
        <w:rPr>
          <w:lang w:eastAsia="ja-JP"/>
        </w:rPr>
        <w:t>に従ってください。</w:t>
      </w:r>
    </w:p>
    <w:p w14:paraId="026A2150" w14:textId="77777777" w:rsidR="00D8042F" w:rsidRDefault="007A4ED0">
      <w:pPr>
        <w:rPr>
          <w:lang w:eastAsia="ja-JP"/>
        </w:rPr>
      </w:pPr>
      <w:r>
        <w:rPr>
          <w:lang w:eastAsia="ja-JP"/>
        </w:rPr>
        <w:br w:type="page"/>
      </w:r>
    </w:p>
    <w:p w14:paraId="3C8C9C9B" w14:textId="77777777" w:rsidR="00D8042F" w:rsidRDefault="007A4ED0">
      <w:pPr>
        <w:jc w:val="right"/>
      </w:pPr>
      <w:r>
        <w:rPr>
          <w:b/>
        </w:rPr>
        <w:lastRenderedPageBreak/>
        <w:t>様式第</w:t>
      </w:r>
      <w:r>
        <w:rPr>
          <w:b/>
        </w:rPr>
        <w:t>14</w:t>
      </w:r>
      <w:r>
        <w:rPr>
          <w:b/>
        </w:rPr>
        <w:t>号</w:t>
      </w:r>
    </w:p>
    <w:p w14:paraId="7960B608" w14:textId="77777777" w:rsidR="00D8042F" w:rsidRDefault="007A4ED0">
      <w:pPr>
        <w:jc w:val="center"/>
      </w:pPr>
      <w:r>
        <w:rPr>
          <w:b/>
          <w:sz w:val="32"/>
        </w:rPr>
        <w:t>企画提案書提出届</w:t>
      </w:r>
    </w:p>
    <w:p w14:paraId="0E344BF1" w14:textId="77777777" w:rsidR="00D8042F" w:rsidRDefault="007A4ED0">
      <w:pPr>
        <w:jc w:val="right"/>
      </w:pPr>
      <w:r>
        <w:rPr>
          <w:color w:val="666666"/>
          <w:sz w:val="16"/>
        </w:rPr>
        <w:t>（根拠：実施要領第</w:t>
      </w:r>
      <w:r>
        <w:rPr>
          <w:color w:val="666666"/>
          <w:sz w:val="16"/>
        </w:rPr>
        <w:t>11-1</w:t>
      </w:r>
      <w:r>
        <w:rPr>
          <w:color w:val="666666"/>
          <w:sz w:val="16"/>
        </w:rPr>
        <w:t>）</w:t>
      </w:r>
    </w:p>
    <w:p w14:paraId="075219EC" w14:textId="77777777" w:rsidR="00D8042F" w:rsidRDefault="007A4ED0">
      <w:pPr>
        <w:jc w:val="right"/>
      </w:pPr>
      <w:r>
        <w:t>令和</w:t>
      </w:r>
      <w:r>
        <w:t>8</w:t>
      </w:r>
      <w:proofErr w:type="gramStart"/>
      <w:r>
        <w:t>年　　月</w:t>
      </w:r>
      <w:proofErr w:type="gramEnd"/>
      <w:r>
        <w:t xml:space="preserve">　　日</w:t>
      </w:r>
    </w:p>
    <w:p w14:paraId="73B91D24" w14:textId="77777777" w:rsidR="00D8042F" w:rsidRDefault="007A4ED0">
      <w:r>
        <w:t>西之表市長　様</w:t>
      </w:r>
    </w:p>
    <w:tbl>
      <w:tblPr>
        <w:tblStyle w:val="afe"/>
        <w:tblW w:w="0" w:type="auto"/>
        <w:jc w:val="right"/>
        <w:tblLook w:val="04A0" w:firstRow="1" w:lastRow="0" w:firstColumn="1" w:lastColumn="0" w:noHBand="0" w:noVBand="1"/>
      </w:tblPr>
      <w:tblGrid>
        <w:gridCol w:w="2154"/>
        <w:gridCol w:w="6237"/>
      </w:tblGrid>
      <w:tr w:rsidR="00D8042F" w14:paraId="361821FE" w14:textId="77777777">
        <w:trPr>
          <w:jc w:val="right"/>
        </w:trPr>
        <w:tc>
          <w:tcPr>
            <w:tcW w:w="2154" w:type="dxa"/>
            <w:shd w:val="clear" w:color="auto" w:fill="F3F6F8"/>
            <w:tcMar>
              <w:top w:w="80" w:type="dxa"/>
              <w:left w:w="80" w:type="dxa"/>
              <w:bottom w:w="80" w:type="dxa"/>
              <w:right w:w="80" w:type="dxa"/>
            </w:tcMar>
          </w:tcPr>
          <w:p w14:paraId="1F9FE6F1" w14:textId="77777777" w:rsidR="00D8042F" w:rsidRDefault="007A4ED0">
            <w:r>
              <w:t>所在地</w:t>
            </w:r>
          </w:p>
        </w:tc>
        <w:tc>
          <w:tcPr>
            <w:tcW w:w="6237" w:type="dxa"/>
            <w:tcMar>
              <w:top w:w="80" w:type="dxa"/>
              <w:left w:w="80" w:type="dxa"/>
              <w:bottom w:w="80" w:type="dxa"/>
              <w:right w:w="80" w:type="dxa"/>
            </w:tcMar>
          </w:tcPr>
          <w:p w14:paraId="546B5E93" w14:textId="77777777" w:rsidR="00D8042F" w:rsidRDefault="00D8042F"/>
        </w:tc>
      </w:tr>
      <w:tr w:rsidR="00D8042F" w14:paraId="23D3A833" w14:textId="77777777">
        <w:trPr>
          <w:jc w:val="right"/>
        </w:trPr>
        <w:tc>
          <w:tcPr>
            <w:tcW w:w="2154" w:type="dxa"/>
            <w:shd w:val="clear" w:color="auto" w:fill="F3F6F8"/>
            <w:tcMar>
              <w:top w:w="80" w:type="dxa"/>
              <w:left w:w="80" w:type="dxa"/>
              <w:bottom w:w="80" w:type="dxa"/>
              <w:right w:w="80" w:type="dxa"/>
            </w:tcMar>
          </w:tcPr>
          <w:p w14:paraId="56DCD906" w14:textId="77777777" w:rsidR="00D8042F" w:rsidRDefault="007A4ED0">
            <w:r>
              <w:t>法人等名称</w:t>
            </w:r>
          </w:p>
        </w:tc>
        <w:tc>
          <w:tcPr>
            <w:tcW w:w="6237" w:type="dxa"/>
            <w:tcMar>
              <w:top w:w="80" w:type="dxa"/>
              <w:left w:w="80" w:type="dxa"/>
              <w:bottom w:w="80" w:type="dxa"/>
              <w:right w:w="80" w:type="dxa"/>
            </w:tcMar>
          </w:tcPr>
          <w:p w14:paraId="717EAD84" w14:textId="77777777" w:rsidR="00D8042F" w:rsidRDefault="00D8042F"/>
        </w:tc>
      </w:tr>
      <w:tr w:rsidR="00D8042F" w14:paraId="377A7E55" w14:textId="77777777">
        <w:trPr>
          <w:jc w:val="right"/>
        </w:trPr>
        <w:tc>
          <w:tcPr>
            <w:tcW w:w="2154" w:type="dxa"/>
            <w:shd w:val="clear" w:color="auto" w:fill="F3F6F8"/>
            <w:tcMar>
              <w:top w:w="80" w:type="dxa"/>
              <w:left w:w="80" w:type="dxa"/>
              <w:bottom w:w="80" w:type="dxa"/>
              <w:right w:w="80" w:type="dxa"/>
            </w:tcMar>
          </w:tcPr>
          <w:p w14:paraId="09E88120" w14:textId="77777777" w:rsidR="00D8042F" w:rsidRDefault="007A4ED0">
            <w:r>
              <w:t>代表者役職・氏名</w:t>
            </w:r>
          </w:p>
        </w:tc>
        <w:tc>
          <w:tcPr>
            <w:tcW w:w="6237" w:type="dxa"/>
            <w:tcMar>
              <w:top w:w="80" w:type="dxa"/>
              <w:left w:w="80" w:type="dxa"/>
              <w:bottom w:w="80" w:type="dxa"/>
              <w:right w:w="80" w:type="dxa"/>
            </w:tcMar>
          </w:tcPr>
          <w:p w14:paraId="37AE5EE0" w14:textId="77777777" w:rsidR="00D8042F" w:rsidRDefault="007A4ED0">
            <w:r>
              <w:t xml:space="preserve">　　　　　　　　　　　　　　　印</w:t>
            </w:r>
          </w:p>
        </w:tc>
      </w:tr>
      <w:tr w:rsidR="00D8042F" w14:paraId="323B16A7" w14:textId="77777777">
        <w:trPr>
          <w:jc w:val="right"/>
        </w:trPr>
        <w:tc>
          <w:tcPr>
            <w:tcW w:w="2154" w:type="dxa"/>
            <w:shd w:val="clear" w:color="auto" w:fill="F3F6F8"/>
            <w:tcMar>
              <w:top w:w="80" w:type="dxa"/>
              <w:left w:w="80" w:type="dxa"/>
              <w:bottom w:w="80" w:type="dxa"/>
              <w:right w:w="80" w:type="dxa"/>
            </w:tcMar>
          </w:tcPr>
          <w:p w14:paraId="714D5D3D" w14:textId="77777777" w:rsidR="00D8042F" w:rsidRDefault="007A4ED0">
            <w:r>
              <w:t>担当者連絡先</w:t>
            </w:r>
          </w:p>
        </w:tc>
        <w:tc>
          <w:tcPr>
            <w:tcW w:w="6237" w:type="dxa"/>
            <w:tcMar>
              <w:top w:w="80" w:type="dxa"/>
              <w:left w:w="80" w:type="dxa"/>
              <w:bottom w:w="80" w:type="dxa"/>
              <w:right w:w="80" w:type="dxa"/>
            </w:tcMar>
          </w:tcPr>
          <w:p w14:paraId="3FFEEF9C" w14:textId="77777777" w:rsidR="00D8042F" w:rsidRDefault="007A4ED0">
            <w:r>
              <w:t xml:space="preserve">所属：　　　　　　氏名：　　　　　　</w:t>
            </w:r>
            <w:r>
              <w:t>TEL</w:t>
            </w:r>
            <w:r>
              <w:t xml:space="preserve">：　　　　　　</w:t>
            </w:r>
            <w:r>
              <w:t>E-mail</w:t>
            </w:r>
            <w:r>
              <w:t>：</w:t>
            </w:r>
          </w:p>
        </w:tc>
      </w:tr>
    </w:tbl>
    <w:p w14:paraId="1FE0DC7C" w14:textId="77777777" w:rsidR="00D8042F" w:rsidRDefault="007A4ED0">
      <w:pPr>
        <w:rPr>
          <w:lang w:eastAsia="ja-JP"/>
        </w:rPr>
      </w:pPr>
      <w:r>
        <w:rPr>
          <w:lang w:eastAsia="ja-JP"/>
        </w:rPr>
        <w:t>下記業務について、企画提案書等を提出します。</w:t>
      </w:r>
    </w:p>
    <w:tbl>
      <w:tblPr>
        <w:tblStyle w:val="afe"/>
        <w:tblW w:w="0" w:type="auto"/>
        <w:jc w:val="center"/>
        <w:tblLook w:val="04A0" w:firstRow="1" w:lastRow="0" w:firstColumn="1" w:lastColumn="0" w:noHBand="0" w:noVBand="1"/>
      </w:tblPr>
      <w:tblGrid>
        <w:gridCol w:w="8221"/>
        <w:gridCol w:w="1701"/>
      </w:tblGrid>
      <w:tr w:rsidR="00D8042F" w14:paraId="4780AEAA" w14:textId="77777777">
        <w:trPr>
          <w:tblHeader/>
          <w:jc w:val="center"/>
        </w:trPr>
        <w:tc>
          <w:tcPr>
            <w:tcW w:w="8221" w:type="dxa"/>
            <w:shd w:val="clear" w:color="auto" w:fill="1F4E78"/>
            <w:tcMar>
              <w:top w:w="80" w:type="dxa"/>
              <w:left w:w="80" w:type="dxa"/>
              <w:bottom w:w="80" w:type="dxa"/>
              <w:right w:w="80" w:type="dxa"/>
            </w:tcMar>
          </w:tcPr>
          <w:p w14:paraId="10775665" w14:textId="77777777" w:rsidR="00D8042F" w:rsidRDefault="007A4ED0">
            <w:pPr>
              <w:jc w:val="center"/>
            </w:pPr>
            <w:proofErr w:type="spellStart"/>
            <w:r>
              <w:rPr>
                <w:b/>
                <w:color w:val="FFFFFF"/>
                <w:sz w:val="18"/>
              </w:rPr>
              <w:t>提出物</w:t>
            </w:r>
            <w:proofErr w:type="spellEnd"/>
          </w:p>
        </w:tc>
        <w:tc>
          <w:tcPr>
            <w:tcW w:w="1701" w:type="dxa"/>
            <w:shd w:val="clear" w:color="auto" w:fill="1F4E78"/>
            <w:tcMar>
              <w:top w:w="80" w:type="dxa"/>
              <w:left w:w="80" w:type="dxa"/>
              <w:bottom w:w="80" w:type="dxa"/>
              <w:right w:w="80" w:type="dxa"/>
            </w:tcMar>
          </w:tcPr>
          <w:p w14:paraId="4D3A0FE5" w14:textId="77777777" w:rsidR="00D8042F" w:rsidRDefault="007A4ED0">
            <w:pPr>
              <w:jc w:val="center"/>
            </w:pPr>
            <w:r>
              <w:rPr>
                <w:b/>
                <w:color w:val="FFFFFF"/>
                <w:sz w:val="18"/>
              </w:rPr>
              <w:t>確認</w:t>
            </w:r>
          </w:p>
        </w:tc>
      </w:tr>
      <w:tr w:rsidR="00D8042F" w14:paraId="33EC1EC6" w14:textId="77777777">
        <w:trPr>
          <w:jc w:val="center"/>
        </w:trPr>
        <w:tc>
          <w:tcPr>
            <w:tcW w:w="8221" w:type="dxa"/>
            <w:tcMar>
              <w:top w:w="80" w:type="dxa"/>
              <w:left w:w="80" w:type="dxa"/>
              <w:bottom w:w="80" w:type="dxa"/>
              <w:right w:w="80" w:type="dxa"/>
            </w:tcMar>
            <w:vAlign w:val="center"/>
          </w:tcPr>
          <w:p w14:paraId="2EB98DDE" w14:textId="77777777" w:rsidR="00D8042F" w:rsidRDefault="007A4ED0">
            <w:r>
              <w:rPr>
                <w:sz w:val="18"/>
              </w:rPr>
              <w:t>企画提案書提出届　正本</w:t>
            </w:r>
            <w:r>
              <w:rPr>
                <w:sz w:val="18"/>
              </w:rPr>
              <w:t>1</w:t>
            </w:r>
            <w:r>
              <w:rPr>
                <w:sz w:val="18"/>
              </w:rPr>
              <w:t>部</w:t>
            </w:r>
          </w:p>
        </w:tc>
        <w:tc>
          <w:tcPr>
            <w:tcW w:w="1701" w:type="dxa"/>
            <w:tcMar>
              <w:top w:w="80" w:type="dxa"/>
              <w:left w:w="80" w:type="dxa"/>
              <w:bottom w:w="80" w:type="dxa"/>
              <w:right w:w="80" w:type="dxa"/>
            </w:tcMar>
            <w:vAlign w:val="center"/>
          </w:tcPr>
          <w:p w14:paraId="1F845CE2" w14:textId="77777777" w:rsidR="00D8042F" w:rsidRDefault="007A4ED0">
            <w:r>
              <w:rPr>
                <w:sz w:val="18"/>
              </w:rPr>
              <w:t>□</w:t>
            </w:r>
          </w:p>
        </w:tc>
      </w:tr>
      <w:tr w:rsidR="00D8042F" w14:paraId="5DEF9951" w14:textId="77777777">
        <w:trPr>
          <w:jc w:val="center"/>
        </w:trPr>
        <w:tc>
          <w:tcPr>
            <w:tcW w:w="8221" w:type="dxa"/>
            <w:tcMar>
              <w:top w:w="80" w:type="dxa"/>
              <w:left w:w="80" w:type="dxa"/>
              <w:bottom w:w="80" w:type="dxa"/>
              <w:right w:w="80" w:type="dxa"/>
            </w:tcMar>
            <w:vAlign w:val="center"/>
          </w:tcPr>
          <w:p w14:paraId="04654F26" w14:textId="77777777" w:rsidR="00D8042F" w:rsidRDefault="007A4ED0">
            <w:pPr>
              <w:rPr>
                <w:lang w:eastAsia="ja-JP"/>
              </w:rPr>
            </w:pPr>
            <w:r>
              <w:rPr>
                <w:sz w:val="18"/>
                <w:lang w:eastAsia="ja-JP"/>
              </w:rPr>
              <w:t>企画提案書　正本</w:t>
            </w:r>
            <w:r>
              <w:rPr>
                <w:sz w:val="18"/>
                <w:lang w:eastAsia="ja-JP"/>
              </w:rPr>
              <w:t>1</w:t>
            </w:r>
            <w:r>
              <w:rPr>
                <w:sz w:val="18"/>
                <w:lang w:eastAsia="ja-JP"/>
              </w:rPr>
              <w:t>部、副本</w:t>
            </w:r>
            <w:r>
              <w:rPr>
                <w:sz w:val="18"/>
                <w:lang w:eastAsia="ja-JP"/>
              </w:rPr>
              <w:t>10</w:t>
            </w:r>
            <w:r>
              <w:rPr>
                <w:sz w:val="18"/>
                <w:lang w:eastAsia="ja-JP"/>
              </w:rPr>
              <w:t>部及び</w:t>
            </w:r>
            <w:r>
              <w:rPr>
                <w:sz w:val="18"/>
                <w:lang w:eastAsia="ja-JP"/>
              </w:rPr>
              <w:t>PDF</w:t>
            </w:r>
            <w:r>
              <w:rPr>
                <w:sz w:val="18"/>
                <w:lang w:eastAsia="ja-JP"/>
              </w:rPr>
              <w:t>データ</w:t>
            </w:r>
          </w:p>
        </w:tc>
        <w:tc>
          <w:tcPr>
            <w:tcW w:w="1701" w:type="dxa"/>
            <w:tcMar>
              <w:top w:w="80" w:type="dxa"/>
              <w:left w:w="80" w:type="dxa"/>
              <w:bottom w:w="80" w:type="dxa"/>
              <w:right w:w="80" w:type="dxa"/>
            </w:tcMar>
            <w:vAlign w:val="center"/>
          </w:tcPr>
          <w:p w14:paraId="3D9A27A4" w14:textId="77777777" w:rsidR="00D8042F" w:rsidRDefault="007A4ED0">
            <w:r>
              <w:rPr>
                <w:sz w:val="18"/>
              </w:rPr>
              <w:t>□</w:t>
            </w:r>
          </w:p>
        </w:tc>
      </w:tr>
      <w:tr w:rsidR="00D8042F" w14:paraId="26B39020" w14:textId="77777777">
        <w:trPr>
          <w:jc w:val="center"/>
        </w:trPr>
        <w:tc>
          <w:tcPr>
            <w:tcW w:w="8221" w:type="dxa"/>
            <w:tcMar>
              <w:top w:w="80" w:type="dxa"/>
              <w:left w:w="80" w:type="dxa"/>
              <w:bottom w:w="80" w:type="dxa"/>
              <w:right w:w="80" w:type="dxa"/>
            </w:tcMar>
            <w:vAlign w:val="center"/>
          </w:tcPr>
          <w:p w14:paraId="4BD990FE" w14:textId="77777777" w:rsidR="00D8042F" w:rsidRDefault="007A4ED0">
            <w:pPr>
              <w:rPr>
                <w:lang w:eastAsia="ja-JP"/>
              </w:rPr>
            </w:pPr>
            <w:r>
              <w:rPr>
                <w:sz w:val="18"/>
                <w:lang w:eastAsia="ja-JP"/>
              </w:rPr>
              <w:t>業務工程表　正本</w:t>
            </w:r>
            <w:r>
              <w:rPr>
                <w:sz w:val="18"/>
                <w:lang w:eastAsia="ja-JP"/>
              </w:rPr>
              <w:t>1</w:t>
            </w:r>
            <w:r>
              <w:rPr>
                <w:sz w:val="18"/>
                <w:lang w:eastAsia="ja-JP"/>
              </w:rPr>
              <w:t>部、副本同数及び</w:t>
            </w:r>
            <w:r>
              <w:rPr>
                <w:sz w:val="18"/>
                <w:lang w:eastAsia="ja-JP"/>
              </w:rPr>
              <w:t>PDF</w:t>
            </w:r>
            <w:r>
              <w:rPr>
                <w:sz w:val="18"/>
                <w:lang w:eastAsia="ja-JP"/>
              </w:rPr>
              <w:t>データ</w:t>
            </w:r>
          </w:p>
        </w:tc>
        <w:tc>
          <w:tcPr>
            <w:tcW w:w="1701" w:type="dxa"/>
            <w:tcMar>
              <w:top w:w="80" w:type="dxa"/>
              <w:left w:w="80" w:type="dxa"/>
              <w:bottom w:w="80" w:type="dxa"/>
              <w:right w:w="80" w:type="dxa"/>
            </w:tcMar>
            <w:vAlign w:val="center"/>
          </w:tcPr>
          <w:p w14:paraId="749C2E92" w14:textId="77777777" w:rsidR="00D8042F" w:rsidRDefault="007A4ED0">
            <w:r>
              <w:rPr>
                <w:sz w:val="18"/>
              </w:rPr>
              <w:t>□</w:t>
            </w:r>
          </w:p>
        </w:tc>
      </w:tr>
      <w:tr w:rsidR="00D8042F" w14:paraId="3C9FDC8C" w14:textId="77777777">
        <w:trPr>
          <w:jc w:val="center"/>
        </w:trPr>
        <w:tc>
          <w:tcPr>
            <w:tcW w:w="8221" w:type="dxa"/>
            <w:tcMar>
              <w:top w:w="80" w:type="dxa"/>
              <w:left w:w="80" w:type="dxa"/>
              <w:bottom w:w="80" w:type="dxa"/>
              <w:right w:w="80" w:type="dxa"/>
            </w:tcMar>
            <w:vAlign w:val="center"/>
          </w:tcPr>
          <w:p w14:paraId="51ACE37B" w14:textId="77777777" w:rsidR="00D8042F" w:rsidRDefault="007A4ED0">
            <w:pPr>
              <w:rPr>
                <w:lang w:eastAsia="ja-JP"/>
              </w:rPr>
            </w:pPr>
            <w:r>
              <w:rPr>
                <w:sz w:val="18"/>
                <w:lang w:eastAsia="ja-JP"/>
              </w:rPr>
              <w:t>業務実施体制表　正本</w:t>
            </w:r>
            <w:r>
              <w:rPr>
                <w:sz w:val="18"/>
                <w:lang w:eastAsia="ja-JP"/>
              </w:rPr>
              <w:t>1</w:t>
            </w:r>
            <w:r>
              <w:rPr>
                <w:sz w:val="18"/>
                <w:lang w:eastAsia="ja-JP"/>
              </w:rPr>
              <w:t>部、副本同数及び</w:t>
            </w:r>
            <w:r>
              <w:rPr>
                <w:sz w:val="18"/>
                <w:lang w:eastAsia="ja-JP"/>
              </w:rPr>
              <w:t>PDF</w:t>
            </w:r>
            <w:r>
              <w:rPr>
                <w:sz w:val="18"/>
                <w:lang w:eastAsia="ja-JP"/>
              </w:rPr>
              <w:t>データ</w:t>
            </w:r>
          </w:p>
        </w:tc>
        <w:tc>
          <w:tcPr>
            <w:tcW w:w="1701" w:type="dxa"/>
            <w:tcMar>
              <w:top w:w="80" w:type="dxa"/>
              <w:left w:w="80" w:type="dxa"/>
              <w:bottom w:w="80" w:type="dxa"/>
              <w:right w:w="80" w:type="dxa"/>
            </w:tcMar>
            <w:vAlign w:val="center"/>
          </w:tcPr>
          <w:p w14:paraId="709FC6F0" w14:textId="77777777" w:rsidR="00D8042F" w:rsidRDefault="007A4ED0">
            <w:r>
              <w:rPr>
                <w:sz w:val="18"/>
              </w:rPr>
              <w:t>□</w:t>
            </w:r>
          </w:p>
        </w:tc>
      </w:tr>
      <w:tr w:rsidR="00D8042F" w14:paraId="1B084885" w14:textId="77777777">
        <w:trPr>
          <w:jc w:val="center"/>
        </w:trPr>
        <w:tc>
          <w:tcPr>
            <w:tcW w:w="8221" w:type="dxa"/>
            <w:tcMar>
              <w:top w:w="80" w:type="dxa"/>
              <w:left w:w="80" w:type="dxa"/>
              <w:bottom w:w="80" w:type="dxa"/>
              <w:right w:w="80" w:type="dxa"/>
            </w:tcMar>
            <w:vAlign w:val="center"/>
          </w:tcPr>
          <w:p w14:paraId="5BDCCE55" w14:textId="77777777" w:rsidR="00D8042F" w:rsidRDefault="007A4ED0">
            <w:pPr>
              <w:rPr>
                <w:lang w:eastAsia="ja-JP"/>
              </w:rPr>
            </w:pPr>
            <w:r>
              <w:rPr>
                <w:sz w:val="18"/>
                <w:lang w:eastAsia="ja-JP"/>
              </w:rPr>
              <w:t>見積書及び内訳書　正本</w:t>
            </w:r>
            <w:r>
              <w:rPr>
                <w:sz w:val="18"/>
                <w:lang w:eastAsia="ja-JP"/>
              </w:rPr>
              <w:t>1</w:t>
            </w:r>
            <w:r>
              <w:rPr>
                <w:sz w:val="18"/>
                <w:lang w:eastAsia="ja-JP"/>
              </w:rPr>
              <w:t>部（封かんして提出）</w:t>
            </w:r>
          </w:p>
        </w:tc>
        <w:tc>
          <w:tcPr>
            <w:tcW w:w="1701" w:type="dxa"/>
            <w:tcMar>
              <w:top w:w="80" w:type="dxa"/>
              <w:left w:w="80" w:type="dxa"/>
              <w:bottom w:w="80" w:type="dxa"/>
              <w:right w:w="80" w:type="dxa"/>
            </w:tcMar>
            <w:vAlign w:val="center"/>
          </w:tcPr>
          <w:p w14:paraId="40E48D2A" w14:textId="77777777" w:rsidR="00D8042F" w:rsidRDefault="007A4ED0">
            <w:r>
              <w:rPr>
                <w:sz w:val="18"/>
              </w:rPr>
              <w:t>□</w:t>
            </w:r>
          </w:p>
        </w:tc>
      </w:tr>
      <w:tr w:rsidR="00D8042F" w14:paraId="6B9B5FB0" w14:textId="77777777">
        <w:trPr>
          <w:jc w:val="center"/>
        </w:trPr>
        <w:tc>
          <w:tcPr>
            <w:tcW w:w="8221" w:type="dxa"/>
            <w:tcMar>
              <w:top w:w="80" w:type="dxa"/>
              <w:left w:w="80" w:type="dxa"/>
              <w:bottom w:w="80" w:type="dxa"/>
              <w:right w:w="80" w:type="dxa"/>
            </w:tcMar>
            <w:vAlign w:val="center"/>
          </w:tcPr>
          <w:p w14:paraId="27D2DC00" w14:textId="77777777" w:rsidR="00D8042F" w:rsidRDefault="007A4ED0">
            <w:pPr>
              <w:rPr>
                <w:lang w:eastAsia="ja-JP"/>
              </w:rPr>
            </w:pPr>
            <w:r>
              <w:rPr>
                <w:sz w:val="18"/>
                <w:lang w:eastAsia="ja-JP"/>
              </w:rPr>
              <w:t>上記</w:t>
            </w:r>
            <w:r>
              <w:rPr>
                <w:sz w:val="18"/>
                <w:lang w:eastAsia="ja-JP"/>
              </w:rPr>
              <w:t>PDF</w:t>
            </w:r>
            <w:r>
              <w:rPr>
                <w:sz w:val="18"/>
                <w:lang w:eastAsia="ja-JP"/>
              </w:rPr>
              <w:t>データをまとめた</w:t>
            </w:r>
            <w:r>
              <w:rPr>
                <w:sz w:val="18"/>
                <w:lang w:eastAsia="ja-JP"/>
              </w:rPr>
              <w:t>CD-R</w:t>
            </w:r>
            <w:r>
              <w:rPr>
                <w:sz w:val="18"/>
                <w:lang w:eastAsia="ja-JP"/>
              </w:rPr>
              <w:t xml:space="preserve">　</w:t>
            </w:r>
            <w:r>
              <w:rPr>
                <w:sz w:val="18"/>
                <w:lang w:eastAsia="ja-JP"/>
              </w:rPr>
              <w:t>1</w:t>
            </w:r>
            <w:r>
              <w:rPr>
                <w:sz w:val="18"/>
                <w:lang w:eastAsia="ja-JP"/>
              </w:rPr>
              <w:t>枚</w:t>
            </w:r>
          </w:p>
        </w:tc>
        <w:tc>
          <w:tcPr>
            <w:tcW w:w="1701" w:type="dxa"/>
            <w:tcMar>
              <w:top w:w="80" w:type="dxa"/>
              <w:left w:w="80" w:type="dxa"/>
              <w:bottom w:w="80" w:type="dxa"/>
              <w:right w:w="80" w:type="dxa"/>
            </w:tcMar>
            <w:vAlign w:val="center"/>
          </w:tcPr>
          <w:p w14:paraId="5F4EC2FD" w14:textId="77777777" w:rsidR="00D8042F" w:rsidRDefault="007A4ED0">
            <w:r>
              <w:rPr>
                <w:sz w:val="18"/>
              </w:rPr>
              <w:t>□</w:t>
            </w:r>
          </w:p>
        </w:tc>
      </w:tr>
    </w:tbl>
    <w:p w14:paraId="42B2E5D6" w14:textId="77777777" w:rsidR="00D8042F" w:rsidRDefault="007A4ED0">
      <w:r>
        <w:t xml:space="preserve">参加番号（事務局記入）：　　　　　　　　　</w:t>
      </w:r>
    </w:p>
    <w:p w14:paraId="6428292B" w14:textId="77777777" w:rsidR="00D8042F" w:rsidRDefault="007A4ED0">
      <w:pPr>
        <w:rPr>
          <w:lang w:eastAsia="ja-JP"/>
        </w:rPr>
      </w:pPr>
      <w:r>
        <w:rPr>
          <w:lang w:eastAsia="ja-JP"/>
        </w:rPr>
        <w:t>※</w:t>
      </w:r>
      <w:r>
        <w:rPr>
          <w:lang w:eastAsia="ja-JP"/>
        </w:rPr>
        <w:t>副本及び</w:t>
      </w:r>
      <w:r>
        <w:rPr>
          <w:lang w:eastAsia="ja-JP"/>
        </w:rPr>
        <w:t>PDF</w:t>
      </w:r>
      <w:r>
        <w:rPr>
          <w:lang w:eastAsia="ja-JP"/>
        </w:rPr>
        <w:t>のうち審査用データは、実施要領第</w:t>
      </w:r>
      <w:r>
        <w:rPr>
          <w:lang w:eastAsia="ja-JP"/>
        </w:rPr>
        <w:t>11-2</w:t>
      </w:r>
      <w:r>
        <w:rPr>
          <w:lang w:eastAsia="ja-JP"/>
        </w:rPr>
        <w:t>の匿名条件に従ってください。</w:t>
      </w:r>
    </w:p>
    <w:p w14:paraId="73C03C12" w14:textId="77777777" w:rsidR="00D8042F" w:rsidRDefault="007A4ED0">
      <w:pPr>
        <w:rPr>
          <w:lang w:eastAsia="ja-JP"/>
        </w:rPr>
      </w:pPr>
      <w:r>
        <w:rPr>
          <w:lang w:eastAsia="ja-JP"/>
        </w:rPr>
        <w:br w:type="page"/>
      </w:r>
    </w:p>
    <w:p w14:paraId="30CD7C7F" w14:textId="77777777" w:rsidR="00D8042F" w:rsidRDefault="007A4ED0">
      <w:pPr>
        <w:jc w:val="right"/>
        <w:rPr>
          <w:lang w:eastAsia="ja-JP"/>
        </w:rPr>
      </w:pPr>
      <w:r>
        <w:rPr>
          <w:b/>
          <w:lang w:eastAsia="ja-JP"/>
        </w:rPr>
        <w:lastRenderedPageBreak/>
        <w:t>様式第</w:t>
      </w:r>
      <w:r>
        <w:rPr>
          <w:b/>
          <w:lang w:eastAsia="ja-JP"/>
        </w:rPr>
        <w:t>15</w:t>
      </w:r>
      <w:r>
        <w:rPr>
          <w:b/>
          <w:lang w:eastAsia="ja-JP"/>
        </w:rPr>
        <w:t>号</w:t>
      </w:r>
    </w:p>
    <w:p w14:paraId="562DD4A6" w14:textId="77777777" w:rsidR="00D8042F" w:rsidRDefault="007A4ED0">
      <w:pPr>
        <w:jc w:val="center"/>
        <w:rPr>
          <w:lang w:eastAsia="ja-JP"/>
        </w:rPr>
      </w:pPr>
      <w:r>
        <w:rPr>
          <w:b/>
          <w:sz w:val="32"/>
          <w:lang w:eastAsia="ja-JP"/>
        </w:rPr>
        <w:t>業務工程表</w:t>
      </w:r>
    </w:p>
    <w:p w14:paraId="3743CD35" w14:textId="77777777" w:rsidR="00D8042F" w:rsidRDefault="007A4ED0">
      <w:pPr>
        <w:jc w:val="right"/>
        <w:rPr>
          <w:lang w:eastAsia="ja-JP"/>
        </w:rPr>
      </w:pPr>
      <w:r>
        <w:rPr>
          <w:color w:val="666666"/>
          <w:sz w:val="16"/>
          <w:lang w:eastAsia="ja-JP"/>
        </w:rPr>
        <w:t>（根拠：実施要領第</w:t>
      </w:r>
      <w:r>
        <w:rPr>
          <w:color w:val="666666"/>
          <w:sz w:val="16"/>
          <w:lang w:eastAsia="ja-JP"/>
        </w:rPr>
        <w:t>11-1</w:t>
      </w:r>
      <w:r>
        <w:rPr>
          <w:color w:val="666666"/>
          <w:sz w:val="16"/>
          <w:lang w:eastAsia="ja-JP"/>
        </w:rPr>
        <w:t>、仕様書第</w:t>
      </w:r>
      <w:r>
        <w:rPr>
          <w:color w:val="666666"/>
          <w:sz w:val="16"/>
          <w:lang w:eastAsia="ja-JP"/>
        </w:rPr>
        <w:t>7</w:t>
      </w:r>
      <w:r>
        <w:rPr>
          <w:color w:val="666666"/>
          <w:sz w:val="16"/>
          <w:lang w:eastAsia="ja-JP"/>
        </w:rPr>
        <w:t>・第</w:t>
      </w:r>
      <w:r>
        <w:rPr>
          <w:color w:val="666666"/>
          <w:sz w:val="16"/>
          <w:lang w:eastAsia="ja-JP"/>
        </w:rPr>
        <w:t>10</w:t>
      </w:r>
      <w:r>
        <w:rPr>
          <w:color w:val="666666"/>
          <w:sz w:val="16"/>
          <w:lang w:eastAsia="ja-JP"/>
        </w:rPr>
        <w:t>、審査要領第</w:t>
      </w:r>
      <w:r>
        <w:rPr>
          <w:color w:val="666666"/>
          <w:sz w:val="16"/>
          <w:lang w:eastAsia="ja-JP"/>
        </w:rPr>
        <w:t>6</w:t>
      </w:r>
      <w:r>
        <w:rPr>
          <w:color w:val="666666"/>
          <w:sz w:val="16"/>
          <w:lang w:eastAsia="ja-JP"/>
        </w:rPr>
        <w:t>）</w:t>
      </w:r>
    </w:p>
    <w:p w14:paraId="3F24291E" w14:textId="77777777" w:rsidR="00D8042F" w:rsidRDefault="007A4ED0">
      <w:pPr>
        <w:rPr>
          <w:lang w:eastAsia="ja-JP"/>
        </w:rPr>
      </w:pPr>
      <w:r>
        <w:rPr>
          <w:lang w:eastAsia="ja-JP"/>
        </w:rPr>
        <w:t>契約締結想定から令和</w:t>
      </w:r>
      <w:r>
        <w:rPr>
          <w:lang w:eastAsia="ja-JP"/>
        </w:rPr>
        <w:t>9</w:t>
      </w:r>
      <w:r>
        <w:rPr>
          <w:lang w:eastAsia="ja-JP"/>
        </w:rPr>
        <w:t>年</w:t>
      </w:r>
      <w:r>
        <w:rPr>
          <w:lang w:eastAsia="ja-JP"/>
        </w:rPr>
        <w:t>3</w:t>
      </w:r>
      <w:r>
        <w:rPr>
          <w:lang w:eastAsia="ja-JP"/>
        </w:rPr>
        <w:t>月</w:t>
      </w:r>
      <w:r>
        <w:rPr>
          <w:lang w:eastAsia="ja-JP"/>
        </w:rPr>
        <w:t>31</w:t>
      </w:r>
      <w:r>
        <w:rPr>
          <w:lang w:eastAsia="ja-JP"/>
        </w:rPr>
        <w:t>日までの工程を、調査、比較検討、市民・関係者参加、委員会、発注者意思決定、中間成果及び最終成果の関係が分かるよう記載してください。</w:t>
      </w:r>
    </w:p>
    <w:tbl>
      <w:tblPr>
        <w:tblStyle w:val="afe"/>
        <w:tblW w:w="0" w:type="auto"/>
        <w:jc w:val="center"/>
        <w:tblLook w:val="04A0" w:firstRow="1" w:lastRow="0" w:firstColumn="1" w:lastColumn="0" w:noHBand="0" w:noVBand="1"/>
      </w:tblPr>
      <w:tblGrid>
        <w:gridCol w:w="2428"/>
        <w:gridCol w:w="897"/>
        <w:gridCol w:w="897"/>
        <w:gridCol w:w="893"/>
        <w:gridCol w:w="893"/>
        <w:gridCol w:w="893"/>
        <w:gridCol w:w="3345"/>
      </w:tblGrid>
      <w:tr w:rsidR="00D8042F" w14:paraId="0F02B04E" w14:textId="77777777">
        <w:trPr>
          <w:tblHeader/>
          <w:jc w:val="center"/>
        </w:trPr>
        <w:tc>
          <w:tcPr>
            <w:tcW w:w="2835" w:type="dxa"/>
            <w:shd w:val="clear" w:color="auto" w:fill="1F4E78"/>
            <w:tcMar>
              <w:top w:w="80" w:type="dxa"/>
              <w:left w:w="80" w:type="dxa"/>
              <w:bottom w:w="80" w:type="dxa"/>
              <w:right w:w="80" w:type="dxa"/>
            </w:tcMar>
          </w:tcPr>
          <w:p w14:paraId="694A4CF2" w14:textId="77777777" w:rsidR="00D8042F" w:rsidRDefault="007A4ED0">
            <w:pPr>
              <w:jc w:val="center"/>
            </w:pPr>
            <w:proofErr w:type="spellStart"/>
            <w:r>
              <w:rPr>
                <w:b/>
                <w:color w:val="FFFFFF"/>
                <w:sz w:val="14"/>
              </w:rPr>
              <w:t>主要業務・成果</w:t>
            </w:r>
            <w:proofErr w:type="spellEnd"/>
          </w:p>
        </w:tc>
        <w:tc>
          <w:tcPr>
            <w:tcW w:w="1020" w:type="dxa"/>
            <w:shd w:val="clear" w:color="auto" w:fill="1F4E78"/>
            <w:tcMar>
              <w:top w:w="80" w:type="dxa"/>
              <w:left w:w="80" w:type="dxa"/>
              <w:bottom w:w="80" w:type="dxa"/>
              <w:right w:w="80" w:type="dxa"/>
            </w:tcMar>
          </w:tcPr>
          <w:p w14:paraId="6276D314" w14:textId="77777777" w:rsidR="00D8042F" w:rsidRDefault="007A4ED0">
            <w:pPr>
              <w:jc w:val="center"/>
            </w:pPr>
            <w:r>
              <w:rPr>
                <w:b/>
                <w:color w:val="FFFFFF"/>
                <w:sz w:val="14"/>
              </w:rPr>
              <w:t>11</w:t>
            </w:r>
            <w:r>
              <w:rPr>
                <w:b/>
                <w:color w:val="FFFFFF"/>
                <w:sz w:val="14"/>
              </w:rPr>
              <w:t>月</w:t>
            </w:r>
          </w:p>
        </w:tc>
        <w:tc>
          <w:tcPr>
            <w:tcW w:w="1020" w:type="dxa"/>
            <w:shd w:val="clear" w:color="auto" w:fill="1F4E78"/>
            <w:tcMar>
              <w:top w:w="80" w:type="dxa"/>
              <w:left w:w="80" w:type="dxa"/>
              <w:bottom w:w="80" w:type="dxa"/>
              <w:right w:w="80" w:type="dxa"/>
            </w:tcMar>
          </w:tcPr>
          <w:p w14:paraId="038C8714" w14:textId="77777777" w:rsidR="00D8042F" w:rsidRDefault="007A4ED0">
            <w:pPr>
              <w:jc w:val="center"/>
            </w:pPr>
            <w:r>
              <w:rPr>
                <w:b/>
                <w:color w:val="FFFFFF"/>
                <w:sz w:val="14"/>
              </w:rPr>
              <w:t>12</w:t>
            </w:r>
            <w:r>
              <w:rPr>
                <w:b/>
                <w:color w:val="FFFFFF"/>
                <w:sz w:val="14"/>
              </w:rPr>
              <w:t>月</w:t>
            </w:r>
          </w:p>
        </w:tc>
        <w:tc>
          <w:tcPr>
            <w:tcW w:w="1020" w:type="dxa"/>
            <w:shd w:val="clear" w:color="auto" w:fill="1F4E78"/>
            <w:tcMar>
              <w:top w:w="80" w:type="dxa"/>
              <w:left w:w="80" w:type="dxa"/>
              <w:bottom w:w="80" w:type="dxa"/>
              <w:right w:w="80" w:type="dxa"/>
            </w:tcMar>
          </w:tcPr>
          <w:p w14:paraId="4126B174" w14:textId="77777777" w:rsidR="00D8042F" w:rsidRDefault="007A4ED0">
            <w:pPr>
              <w:jc w:val="center"/>
            </w:pPr>
            <w:r>
              <w:rPr>
                <w:b/>
                <w:color w:val="FFFFFF"/>
                <w:sz w:val="14"/>
              </w:rPr>
              <w:t>1</w:t>
            </w:r>
            <w:r>
              <w:rPr>
                <w:b/>
                <w:color w:val="FFFFFF"/>
                <w:sz w:val="14"/>
              </w:rPr>
              <w:t>月</w:t>
            </w:r>
          </w:p>
        </w:tc>
        <w:tc>
          <w:tcPr>
            <w:tcW w:w="1020" w:type="dxa"/>
            <w:shd w:val="clear" w:color="auto" w:fill="1F4E78"/>
            <w:tcMar>
              <w:top w:w="80" w:type="dxa"/>
              <w:left w:w="80" w:type="dxa"/>
              <w:bottom w:w="80" w:type="dxa"/>
              <w:right w:w="80" w:type="dxa"/>
            </w:tcMar>
          </w:tcPr>
          <w:p w14:paraId="047288E9" w14:textId="77777777" w:rsidR="00D8042F" w:rsidRDefault="007A4ED0">
            <w:pPr>
              <w:jc w:val="center"/>
            </w:pPr>
            <w:r>
              <w:rPr>
                <w:b/>
                <w:color w:val="FFFFFF"/>
                <w:sz w:val="14"/>
              </w:rPr>
              <w:t>2</w:t>
            </w:r>
            <w:r>
              <w:rPr>
                <w:b/>
                <w:color w:val="FFFFFF"/>
                <w:sz w:val="14"/>
              </w:rPr>
              <w:t>月</w:t>
            </w:r>
          </w:p>
        </w:tc>
        <w:tc>
          <w:tcPr>
            <w:tcW w:w="1020" w:type="dxa"/>
            <w:shd w:val="clear" w:color="auto" w:fill="1F4E78"/>
            <w:tcMar>
              <w:top w:w="80" w:type="dxa"/>
              <w:left w:w="80" w:type="dxa"/>
              <w:bottom w:w="80" w:type="dxa"/>
              <w:right w:w="80" w:type="dxa"/>
            </w:tcMar>
          </w:tcPr>
          <w:p w14:paraId="38FAF6FC" w14:textId="77777777" w:rsidR="00D8042F" w:rsidRDefault="007A4ED0">
            <w:pPr>
              <w:jc w:val="center"/>
            </w:pPr>
            <w:r>
              <w:rPr>
                <w:b/>
                <w:color w:val="FFFFFF"/>
                <w:sz w:val="14"/>
              </w:rPr>
              <w:t>3</w:t>
            </w:r>
            <w:r>
              <w:rPr>
                <w:b/>
                <w:color w:val="FFFFFF"/>
                <w:sz w:val="14"/>
              </w:rPr>
              <w:t>月</w:t>
            </w:r>
          </w:p>
        </w:tc>
        <w:tc>
          <w:tcPr>
            <w:tcW w:w="3969" w:type="dxa"/>
            <w:shd w:val="clear" w:color="auto" w:fill="1F4E78"/>
            <w:tcMar>
              <w:top w:w="80" w:type="dxa"/>
              <w:left w:w="80" w:type="dxa"/>
              <w:bottom w:w="80" w:type="dxa"/>
              <w:right w:w="80" w:type="dxa"/>
            </w:tcMar>
          </w:tcPr>
          <w:p w14:paraId="0EE1FF10" w14:textId="77777777" w:rsidR="00D8042F" w:rsidRDefault="007A4ED0">
            <w:pPr>
              <w:jc w:val="center"/>
              <w:rPr>
                <w:lang w:eastAsia="ja-JP"/>
              </w:rPr>
            </w:pPr>
            <w:r>
              <w:rPr>
                <w:b/>
                <w:color w:val="FFFFFF"/>
                <w:sz w:val="14"/>
                <w:lang w:eastAsia="ja-JP"/>
              </w:rPr>
              <w:t>発注者との協議・判断ポイント</w:t>
            </w:r>
          </w:p>
        </w:tc>
      </w:tr>
      <w:tr w:rsidR="00D8042F" w14:paraId="15F8AC1C" w14:textId="77777777">
        <w:trPr>
          <w:trHeight w:val="624"/>
          <w:jc w:val="center"/>
        </w:trPr>
        <w:tc>
          <w:tcPr>
            <w:tcW w:w="2835" w:type="dxa"/>
            <w:tcMar>
              <w:top w:w="80" w:type="dxa"/>
              <w:left w:w="80" w:type="dxa"/>
              <w:bottom w:w="80" w:type="dxa"/>
              <w:right w:w="80" w:type="dxa"/>
            </w:tcMar>
            <w:vAlign w:val="center"/>
          </w:tcPr>
          <w:p w14:paraId="7532493E" w14:textId="77777777" w:rsidR="00D8042F" w:rsidRDefault="007A4ED0">
            <w:proofErr w:type="spellStart"/>
            <w:r>
              <w:rPr>
                <w:sz w:val="14"/>
              </w:rPr>
              <w:t>契約・着手</w:t>
            </w:r>
            <w:proofErr w:type="spellEnd"/>
          </w:p>
        </w:tc>
        <w:tc>
          <w:tcPr>
            <w:tcW w:w="1020" w:type="dxa"/>
            <w:tcMar>
              <w:top w:w="80" w:type="dxa"/>
              <w:left w:w="80" w:type="dxa"/>
              <w:bottom w:w="80" w:type="dxa"/>
              <w:right w:w="80" w:type="dxa"/>
            </w:tcMar>
            <w:vAlign w:val="center"/>
          </w:tcPr>
          <w:p w14:paraId="2530D679" w14:textId="77777777" w:rsidR="00D8042F" w:rsidRDefault="00D8042F"/>
        </w:tc>
        <w:tc>
          <w:tcPr>
            <w:tcW w:w="1020" w:type="dxa"/>
            <w:tcMar>
              <w:top w:w="80" w:type="dxa"/>
              <w:left w:w="80" w:type="dxa"/>
              <w:bottom w:w="80" w:type="dxa"/>
              <w:right w:w="80" w:type="dxa"/>
            </w:tcMar>
            <w:vAlign w:val="center"/>
          </w:tcPr>
          <w:p w14:paraId="5DA098AD" w14:textId="77777777" w:rsidR="00D8042F" w:rsidRDefault="00D8042F"/>
        </w:tc>
        <w:tc>
          <w:tcPr>
            <w:tcW w:w="1020" w:type="dxa"/>
            <w:tcMar>
              <w:top w:w="80" w:type="dxa"/>
              <w:left w:w="80" w:type="dxa"/>
              <w:bottom w:w="80" w:type="dxa"/>
              <w:right w:w="80" w:type="dxa"/>
            </w:tcMar>
            <w:vAlign w:val="center"/>
          </w:tcPr>
          <w:p w14:paraId="750E11F1" w14:textId="77777777" w:rsidR="00D8042F" w:rsidRDefault="00D8042F"/>
        </w:tc>
        <w:tc>
          <w:tcPr>
            <w:tcW w:w="1020" w:type="dxa"/>
            <w:tcMar>
              <w:top w:w="80" w:type="dxa"/>
              <w:left w:w="80" w:type="dxa"/>
              <w:bottom w:w="80" w:type="dxa"/>
              <w:right w:w="80" w:type="dxa"/>
            </w:tcMar>
            <w:vAlign w:val="center"/>
          </w:tcPr>
          <w:p w14:paraId="37D33660" w14:textId="77777777" w:rsidR="00D8042F" w:rsidRDefault="00D8042F"/>
        </w:tc>
        <w:tc>
          <w:tcPr>
            <w:tcW w:w="1020" w:type="dxa"/>
            <w:tcMar>
              <w:top w:w="80" w:type="dxa"/>
              <w:left w:w="80" w:type="dxa"/>
              <w:bottom w:w="80" w:type="dxa"/>
              <w:right w:w="80" w:type="dxa"/>
            </w:tcMar>
            <w:vAlign w:val="center"/>
          </w:tcPr>
          <w:p w14:paraId="3CD9C30A" w14:textId="77777777" w:rsidR="00D8042F" w:rsidRDefault="00D8042F"/>
        </w:tc>
        <w:tc>
          <w:tcPr>
            <w:tcW w:w="3969" w:type="dxa"/>
            <w:tcMar>
              <w:top w:w="80" w:type="dxa"/>
              <w:left w:w="80" w:type="dxa"/>
              <w:bottom w:w="80" w:type="dxa"/>
              <w:right w:w="80" w:type="dxa"/>
            </w:tcMar>
            <w:vAlign w:val="center"/>
          </w:tcPr>
          <w:p w14:paraId="091C1906" w14:textId="77777777" w:rsidR="00D8042F" w:rsidRDefault="00D8042F"/>
        </w:tc>
      </w:tr>
      <w:tr w:rsidR="00D8042F" w14:paraId="35DEBA44" w14:textId="77777777">
        <w:trPr>
          <w:trHeight w:val="624"/>
          <w:jc w:val="center"/>
        </w:trPr>
        <w:tc>
          <w:tcPr>
            <w:tcW w:w="2835" w:type="dxa"/>
            <w:tcMar>
              <w:top w:w="80" w:type="dxa"/>
              <w:left w:w="80" w:type="dxa"/>
              <w:bottom w:w="80" w:type="dxa"/>
              <w:right w:w="80" w:type="dxa"/>
            </w:tcMar>
            <w:vAlign w:val="center"/>
          </w:tcPr>
          <w:p w14:paraId="7FEF7919" w14:textId="77777777" w:rsidR="00D8042F" w:rsidRDefault="007A4ED0">
            <w:r>
              <w:rPr>
                <w:sz w:val="14"/>
              </w:rPr>
              <w:t>現況・課題調査</w:t>
            </w:r>
          </w:p>
        </w:tc>
        <w:tc>
          <w:tcPr>
            <w:tcW w:w="1020" w:type="dxa"/>
            <w:tcMar>
              <w:top w:w="80" w:type="dxa"/>
              <w:left w:w="80" w:type="dxa"/>
              <w:bottom w:w="80" w:type="dxa"/>
              <w:right w:w="80" w:type="dxa"/>
            </w:tcMar>
            <w:vAlign w:val="center"/>
          </w:tcPr>
          <w:p w14:paraId="2105A680" w14:textId="77777777" w:rsidR="00D8042F" w:rsidRDefault="00D8042F"/>
        </w:tc>
        <w:tc>
          <w:tcPr>
            <w:tcW w:w="1020" w:type="dxa"/>
            <w:tcMar>
              <w:top w:w="80" w:type="dxa"/>
              <w:left w:w="80" w:type="dxa"/>
              <w:bottom w:w="80" w:type="dxa"/>
              <w:right w:w="80" w:type="dxa"/>
            </w:tcMar>
            <w:vAlign w:val="center"/>
          </w:tcPr>
          <w:p w14:paraId="70D13E0F" w14:textId="77777777" w:rsidR="00D8042F" w:rsidRDefault="00D8042F"/>
        </w:tc>
        <w:tc>
          <w:tcPr>
            <w:tcW w:w="1020" w:type="dxa"/>
            <w:tcMar>
              <w:top w:w="80" w:type="dxa"/>
              <w:left w:w="80" w:type="dxa"/>
              <w:bottom w:w="80" w:type="dxa"/>
              <w:right w:w="80" w:type="dxa"/>
            </w:tcMar>
            <w:vAlign w:val="center"/>
          </w:tcPr>
          <w:p w14:paraId="2646C32E" w14:textId="77777777" w:rsidR="00D8042F" w:rsidRDefault="00D8042F"/>
        </w:tc>
        <w:tc>
          <w:tcPr>
            <w:tcW w:w="1020" w:type="dxa"/>
            <w:tcMar>
              <w:top w:w="80" w:type="dxa"/>
              <w:left w:w="80" w:type="dxa"/>
              <w:bottom w:w="80" w:type="dxa"/>
              <w:right w:w="80" w:type="dxa"/>
            </w:tcMar>
            <w:vAlign w:val="center"/>
          </w:tcPr>
          <w:p w14:paraId="03BA8DC3" w14:textId="77777777" w:rsidR="00D8042F" w:rsidRDefault="00D8042F"/>
        </w:tc>
        <w:tc>
          <w:tcPr>
            <w:tcW w:w="1020" w:type="dxa"/>
            <w:tcMar>
              <w:top w:w="80" w:type="dxa"/>
              <w:left w:w="80" w:type="dxa"/>
              <w:bottom w:w="80" w:type="dxa"/>
              <w:right w:w="80" w:type="dxa"/>
            </w:tcMar>
            <w:vAlign w:val="center"/>
          </w:tcPr>
          <w:p w14:paraId="26DD2159" w14:textId="77777777" w:rsidR="00D8042F" w:rsidRDefault="00D8042F"/>
        </w:tc>
        <w:tc>
          <w:tcPr>
            <w:tcW w:w="3969" w:type="dxa"/>
            <w:tcMar>
              <w:top w:w="80" w:type="dxa"/>
              <w:left w:w="80" w:type="dxa"/>
              <w:bottom w:w="80" w:type="dxa"/>
              <w:right w:w="80" w:type="dxa"/>
            </w:tcMar>
            <w:vAlign w:val="center"/>
          </w:tcPr>
          <w:p w14:paraId="0C550CF5" w14:textId="77777777" w:rsidR="00D8042F" w:rsidRDefault="00D8042F"/>
        </w:tc>
      </w:tr>
      <w:tr w:rsidR="00D8042F" w14:paraId="293A0EBC" w14:textId="77777777">
        <w:trPr>
          <w:trHeight w:val="624"/>
          <w:jc w:val="center"/>
        </w:trPr>
        <w:tc>
          <w:tcPr>
            <w:tcW w:w="2835" w:type="dxa"/>
            <w:tcMar>
              <w:top w:w="80" w:type="dxa"/>
              <w:left w:w="80" w:type="dxa"/>
              <w:bottom w:w="80" w:type="dxa"/>
              <w:right w:w="80" w:type="dxa"/>
            </w:tcMar>
            <w:vAlign w:val="center"/>
          </w:tcPr>
          <w:p w14:paraId="3C9CA370" w14:textId="77777777" w:rsidR="00D8042F" w:rsidRDefault="007A4ED0">
            <w:pPr>
              <w:rPr>
                <w:lang w:eastAsia="ja-JP"/>
              </w:rPr>
            </w:pPr>
            <w:r>
              <w:rPr>
                <w:sz w:val="14"/>
                <w:lang w:eastAsia="ja-JP"/>
              </w:rPr>
              <w:t>先進事例・類似施設調査</w:t>
            </w:r>
          </w:p>
        </w:tc>
        <w:tc>
          <w:tcPr>
            <w:tcW w:w="1020" w:type="dxa"/>
            <w:tcMar>
              <w:top w:w="80" w:type="dxa"/>
              <w:left w:w="80" w:type="dxa"/>
              <w:bottom w:w="80" w:type="dxa"/>
              <w:right w:w="80" w:type="dxa"/>
            </w:tcMar>
            <w:vAlign w:val="center"/>
          </w:tcPr>
          <w:p w14:paraId="6036C645" w14:textId="77777777" w:rsidR="00D8042F" w:rsidRDefault="00D8042F">
            <w:pPr>
              <w:rPr>
                <w:lang w:eastAsia="ja-JP"/>
              </w:rPr>
            </w:pPr>
          </w:p>
        </w:tc>
        <w:tc>
          <w:tcPr>
            <w:tcW w:w="1020" w:type="dxa"/>
            <w:tcMar>
              <w:top w:w="80" w:type="dxa"/>
              <w:left w:w="80" w:type="dxa"/>
              <w:bottom w:w="80" w:type="dxa"/>
              <w:right w:w="80" w:type="dxa"/>
            </w:tcMar>
            <w:vAlign w:val="center"/>
          </w:tcPr>
          <w:p w14:paraId="306122F4" w14:textId="77777777" w:rsidR="00D8042F" w:rsidRDefault="00D8042F">
            <w:pPr>
              <w:rPr>
                <w:lang w:eastAsia="ja-JP"/>
              </w:rPr>
            </w:pPr>
          </w:p>
        </w:tc>
        <w:tc>
          <w:tcPr>
            <w:tcW w:w="1020" w:type="dxa"/>
            <w:tcMar>
              <w:top w:w="80" w:type="dxa"/>
              <w:left w:w="80" w:type="dxa"/>
              <w:bottom w:w="80" w:type="dxa"/>
              <w:right w:w="80" w:type="dxa"/>
            </w:tcMar>
            <w:vAlign w:val="center"/>
          </w:tcPr>
          <w:p w14:paraId="1986B4F9" w14:textId="77777777" w:rsidR="00D8042F" w:rsidRDefault="00D8042F">
            <w:pPr>
              <w:rPr>
                <w:lang w:eastAsia="ja-JP"/>
              </w:rPr>
            </w:pPr>
          </w:p>
        </w:tc>
        <w:tc>
          <w:tcPr>
            <w:tcW w:w="1020" w:type="dxa"/>
            <w:tcMar>
              <w:top w:w="80" w:type="dxa"/>
              <w:left w:w="80" w:type="dxa"/>
              <w:bottom w:w="80" w:type="dxa"/>
              <w:right w:w="80" w:type="dxa"/>
            </w:tcMar>
            <w:vAlign w:val="center"/>
          </w:tcPr>
          <w:p w14:paraId="5FD96F20" w14:textId="77777777" w:rsidR="00D8042F" w:rsidRDefault="00D8042F">
            <w:pPr>
              <w:rPr>
                <w:lang w:eastAsia="ja-JP"/>
              </w:rPr>
            </w:pPr>
          </w:p>
        </w:tc>
        <w:tc>
          <w:tcPr>
            <w:tcW w:w="1020" w:type="dxa"/>
            <w:tcMar>
              <w:top w:w="80" w:type="dxa"/>
              <w:left w:w="80" w:type="dxa"/>
              <w:bottom w:w="80" w:type="dxa"/>
              <w:right w:w="80" w:type="dxa"/>
            </w:tcMar>
            <w:vAlign w:val="center"/>
          </w:tcPr>
          <w:p w14:paraId="33890115" w14:textId="77777777" w:rsidR="00D8042F" w:rsidRDefault="00D8042F">
            <w:pPr>
              <w:rPr>
                <w:lang w:eastAsia="ja-JP"/>
              </w:rPr>
            </w:pPr>
          </w:p>
        </w:tc>
        <w:tc>
          <w:tcPr>
            <w:tcW w:w="3969" w:type="dxa"/>
            <w:tcMar>
              <w:top w:w="80" w:type="dxa"/>
              <w:left w:w="80" w:type="dxa"/>
              <w:bottom w:w="80" w:type="dxa"/>
              <w:right w:w="80" w:type="dxa"/>
            </w:tcMar>
            <w:vAlign w:val="center"/>
          </w:tcPr>
          <w:p w14:paraId="29FB5008" w14:textId="77777777" w:rsidR="00D8042F" w:rsidRDefault="00D8042F">
            <w:pPr>
              <w:rPr>
                <w:lang w:eastAsia="ja-JP"/>
              </w:rPr>
            </w:pPr>
          </w:p>
        </w:tc>
      </w:tr>
      <w:tr w:rsidR="00D8042F" w14:paraId="3763245A" w14:textId="77777777">
        <w:trPr>
          <w:trHeight w:val="624"/>
          <w:jc w:val="center"/>
        </w:trPr>
        <w:tc>
          <w:tcPr>
            <w:tcW w:w="2835" w:type="dxa"/>
            <w:tcMar>
              <w:top w:w="80" w:type="dxa"/>
              <w:left w:w="80" w:type="dxa"/>
              <w:bottom w:w="80" w:type="dxa"/>
              <w:right w:w="80" w:type="dxa"/>
            </w:tcMar>
            <w:vAlign w:val="center"/>
          </w:tcPr>
          <w:p w14:paraId="3354153E" w14:textId="77777777" w:rsidR="00D8042F" w:rsidRDefault="007A4ED0">
            <w:proofErr w:type="spellStart"/>
            <w:r>
              <w:rPr>
                <w:sz w:val="14"/>
              </w:rPr>
              <w:t>必要面積・機能整理</w:t>
            </w:r>
            <w:proofErr w:type="spellEnd"/>
          </w:p>
        </w:tc>
        <w:tc>
          <w:tcPr>
            <w:tcW w:w="1020" w:type="dxa"/>
            <w:tcMar>
              <w:top w:w="80" w:type="dxa"/>
              <w:left w:w="80" w:type="dxa"/>
              <w:bottom w:w="80" w:type="dxa"/>
              <w:right w:w="80" w:type="dxa"/>
            </w:tcMar>
            <w:vAlign w:val="center"/>
          </w:tcPr>
          <w:p w14:paraId="3BBFC849" w14:textId="77777777" w:rsidR="00D8042F" w:rsidRDefault="00D8042F"/>
        </w:tc>
        <w:tc>
          <w:tcPr>
            <w:tcW w:w="1020" w:type="dxa"/>
            <w:tcMar>
              <w:top w:w="80" w:type="dxa"/>
              <w:left w:w="80" w:type="dxa"/>
              <w:bottom w:w="80" w:type="dxa"/>
              <w:right w:w="80" w:type="dxa"/>
            </w:tcMar>
            <w:vAlign w:val="center"/>
          </w:tcPr>
          <w:p w14:paraId="47736D6A" w14:textId="77777777" w:rsidR="00D8042F" w:rsidRDefault="00D8042F"/>
        </w:tc>
        <w:tc>
          <w:tcPr>
            <w:tcW w:w="1020" w:type="dxa"/>
            <w:tcMar>
              <w:top w:w="80" w:type="dxa"/>
              <w:left w:w="80" w:type="dxa"/>
              <w:bottom w:w="80" w:type="dxa"/>
              <w:right w:w="80" w:type="dxa"/>
            </w:tcMar>
            <w:vAlign w:val="center"/>
          </w:tcPr>
          <w:p w14:paraId="32394DA1" w14:textId="77777777" w:rsidR="00D8042F" w:rsidRDefault="00D8042F"/>
        </w:tc>
        <w:tc>
          <w:tcPr>
            <w:tcW w:w="1020" w:type="dxa"/>
            <w:tcMar>
              <w:top w:w="80" w:type="dxa"/>
              <w:left w:w="80" w:type="dxa"/>
              <w:bottom w:w="80" w:type="dxa"/>
              <w:right w:w="80" w:type="dxa"/>
            </w:tcMar>
            <w:vAlign w:val="center"/>
          </w:tcPr>
          <w:p w14:paraId="5B63F653" w14:textId="77777777" w:rsidR="00D8042F" w:rsidRDefault="00D8042F"/>
        </w:tc>
        <w:tc>
          <w:tcPr>
            <w:tcW w:w="1020" w:type="dxa"/>
            <w:tcMar>
              <w:top w:w="80" w:type="dxa"/>
              <w:left w:w="80" w:type="dxa"/>
              <w:bottom w:w="80" w:type="dxa"/>
              <w:right w:w="80" w:type="dxa"/>
            </w:tcMar>
            <w:vAlign w:val="center"/>
          </w:tcPr>
          <w:p w14:paraId="24EDAA04" w14:textId="77777777" w:rsidR="00D8042F" w:rsidRDefault="00D8042F"/>
        </w:tc>
        <w:tc>
          <w:tcPr>
            <w:tcW w:w="3969" w:type="dxa"/>
            <w:tcMar>
              <w:top w:w="80" w:type="dxa"/>
              <w:left w:w="80" w:type="dxa"/>
              <w:bottom w:w="80" w:type="dxa"/>
              <w:right w:w="80" w:type="dxa"/>
            </w:tcMar>
            <w:vAlign w:val="center"/>
          </w:tcPr>
          <w:p w14:paraId="4CA02974" w14:textId="77777777" w:rsidR="00D8042F" w:rsidRDefault="00D8042F"/>
        </w:tc>
      </w:tr>
      <w:tr w:rsidR="00D8042F" w14:paraId="1C9A3513" w14:textId="77777777">
        <w:trPr>
          <w:trHeight w:val="624"/>
          <w:jc w:val="center"/>
        </w:trPr>
        <w:tc>
          <w:tcPr>
            <w:tcW w:w="2835" w:type="dxa"/>
            <w:tcMar>
              <w:top w:w="80" w:type="dxa"/>
              <w:left w:w="80" w:type="dxa"/>
              <w:bottom w:w="80" w:type="dxa"/>
              <w:right w:w="80" w:type="dxa"/>
            </w:tcMar>
            <w:vAlign w:val="center"/>
          </w:tcPr>
          <w:p w14:paraId="71766908" w14:textId="77777777" w:rsidR="00D8042F" w:rsidRDefault="007A4ED0">
            <w:pPr>
              <w:rPr>
                <w:lang w:eastAsia="ja-JP"/>
              </w:rPr>
            </w:pPr>
            <w:r>
              <w:rPr>
                <w:sz w:val="14"/>
                <w:lang w:eastAsia="ja-JP"/>
              </w:rPr>
              <w:t>整備手法比較・基本構想</w:t>
            </w:r>
          </w:p>
        </w:tc>
        <w:tc>
          <w:tcPr>
            <w:tcW w:w="1020" w:type="dxa"/>
            <w:tcMar>
              <w:top w:w="80" w:type="dxa"/>
              <w:left w:w="80" w:type="dxa"/>
              <w:bottom w:w="80" w:type="dxa"/>
              <w:right w:w="80" w:type="dxa"/>
            </w:tcMar>
            <w:vAlign w:val="center"/>
          </w:tcPr>
          <w:p w14:paraId="66A85E07" w14:textId="77777777" w:rsidR="00D8042F" w:rsidRDefault="00D8042F">
            <w:pPr>
              <w:rPr>
                <w:lang w:eastAsia="ja-JP"/>
              </w:rPr>
            </w:pPr>
          </w:p>
        </w:tc>
        <w:tc>
          <w:tcPr>
            <w:tcW w:w="1020" w:type="dxa"/>
            <w:tcMar>
              <w:top w:w="80" w:type="dxa"/>
              <w:left w:w="80" w:type="dxa"/>
              <w:bottom w:w="80" w:type="dxa"/>
              <w:right w:w="80" w:type="dxa"/>
            </w:tcMar>
            <w:vAlign w:val="center"/>
          </w:tcPr>
          <w:p w14:paraId="642C11C6" w14:textId="77777777" w:rsidR="00D8042F" w:rsidRDefault="00D8042F">
            <w:pPr>
              <w:rPr>
                <w:lang w:eastAsia="ja-JP"/>
              </w:rPr>
            </w:pPr>
          </w:p>
        </w:tc>
        <w:tc>
          <w:tcPr>
            <w:tcW w:w="1020" w:type="dxa"/>
            <w:tcMar>
              <w:top w:w="80" w:type="dxa"/>
              <w:left w:w="80" w:type="dxa"/>
              <w:bottom w:w="80" w:type="dxa"/>
              <w:right w:w="80" w:type="dxa"/>
            </w:tcMar>
            <w:vAlign w:val="center"/>
          </w:tcPr>
          <w:p w14:paraId="09B2D3F7" w14:textId="77777777" w:rsidR="00D8042F" w:rsidRDefault="00D8042F">
            <w:pPr>
              <w:rPr>
                <w:lang w:eastAsia="ja-JP"/>
              </w:rPr>
            </w:pPr>
          </w:p>
        </w:tc>
        <w:tc>
          <w:tcPr>
            <w:tcW w:w="1020" w:type="dxa"/>
            <w:tcMar>
              <w:top w:w="80" w:type="dxa"/>
              <w:left w:w="80" w:type="dxa"/>
              <w:bottom w:w="80" w:type="dxa"/>
              <w:right w:w="80" w:type="dxa"/>
            </w:tcMar>
            <w:vAlign w:val="center"/>
          </w:tcPr>
          <w:p w14:paraId="2C7A67F3" w14:textId="77777777" w:rsidR="00D8042F" w:rsidRDefault="00D8042F">
            <w:pPr>
              <w:rPr>
                <w:lang w:eastAsia="ja-JP"/>
              </w:rPr>
            </w:pPr>
          </w:p>
        </w:tc>
        <w:tc>
          <w:tcPr>
            <w:tcW w:w="1020" w:type="dxa"/>
            <w:tcMar>
              <w:top w:w="80" w:type="dxa"/>
              <w:left w:w="80" w:type="dxa"/>
              <w:bottom w:w="80" w:type="dxa"/>
              <w:right w:w="80" w:type="dxa"/>
            </w:tcMar>
            <w:vAlign w:val="center"/>
          </w:tcPr>
          <w:p w14:paraId="6EF2981C" w14:textId="77777777" w:rsidR="00D8042F" w:rsidRDefault="00D8042F">
            <w:pPr>
              <w:rPr>
                <w:lang w:eastAsia="ja-JP"/>
              </w:rPr>
            </w:pPr>
          </w:p>
        </w:tc>
        <w:tc>
          <w:tcPr>
            <w:tcW w:w="3969" w:type="dxa"/>
            <w:tcMar>
              <w:top w:w="80" w:type="dxa"/>
              <w:left w:w="80" w:type="dxa"/>
              <w:bottom w:w="80" w:type="dxa"/>
              <w:right w:w="80" w:type="dxa"/>
            </w:tcMar>
            <w:vAlign w:val="center"/>
          </w:tcPr>
          <w:p w14:paraId="6BC26B45" w14:textId="77777777" w:rsidR="00D8042F" w:rsidRDefault="00D8042F">
            <w:pPr>
              <w:rPr>
                <w:lang w:eastAsia="ja-JP"/>
              </w:rPr>
            </w:pPr>
          </w:p>
        </w:tc>
      </w:tr>
      <w:tr w:rsidR="00D8042F" w14:paraId="0A81AFAA" w14:textId="77777777">
        <w:trPr>
          <w:trHeight w:val="624"/>
          <w:jc w:val="center"/>
        </w:trPr>
        <w:tc>
          <w:tcPr>
            <w:tcW w:w="2835" w:type="dxa"/>
            <w:tcMar>
              <w:top w:w="80" w:type="dxa"/>
              <w:left w:w="80" w:type="dxa"/>
              <w:bottom w:w="80" w:type="dxa"/>
              <w:right w:w="80" w:type="dxa"/>
            </w:tcMar>
            <w:vAlign w:val="center"/>
          </w:tcPr>
          <w:p w14:paraId="62F2C8E1" w14:textId="77777777" w:rsidR="00D8042F" w:rsidRDefault="007A4ED0">
            <w:proofErr w:type="spellStart"/>
            <w:r>
              <w:rPr>
                <w:sz w:val="14"/>
              </w:rPr>
              <w:t>市民・関係者参加</w:t>
            </w:r>
            <w:proofErr w:type="spellEnd"/>
          </w:p>
        </w:tc>
        <w:tc>
          <w:tcPr>
            <w:tcW w:w="1020" w:type="dxa"/>
            <w:tcMar>
              <w:top w:w="80" w:type="dxa"/>
              <w:left w:w="80" w:type="dxa"/>
              <w:bottom w:w="80" w:type="dxa"/>
              <w:right w:w="80" w:type="dxa"/>
            </w:tcMar>
            <w:vAlign w:val="center"/>
          </w:tcPr>
          <w:p w14:paraId="17115BAC" w14:textId="77777777" w:rsidR="00D8042F" w:rsidRDefault="00D8042F"/>
        </w:tc>
        <w:tc>
          <w:tcPr>
            <w:tcW w:w="1020" w:type="dxa"/>
            <w:tcMar>
              <w:top w:w="80" w:type="dxa"/>
              <w:left w:w="80" w:type="dxa"/>
              <w:bottom w:w="80" w:type="dxa"/>
              <w:right w:w="80" w:type="dxa"/>
            </w:tcMar>
            <w:vAlign w:val="center"/>
          </w:tcPr>
          <w:p w14:paraId="0FF69999" w14:textId="77777777" w:rsidR="00D8042F" w:rsidRDefault="00D8042F"/>
        </w:tc>
        <w:tc>
          <w:tcPr>
            <w:tcW w:w="1020" w:type="dxa"/>
            <w:tcMar>
              <w:top w:w="80" w:type="dxa"/>
              <w:left w:w="80" w:type="dxa"/>
              <w:bottom w:w="80" w:type="dxa"/>
              <w:right w:w="80" w:type="dxa"/>
            </w:tcMar>
            <w:vAlign w:val="center"/>
          </w:tcPr>
          <w:p w14:paraId="026F3A55" w14:textId="77777777" w:rsidR="00D8042F" w:rsidRDefault="00D8042F"/>
        </w:tc>
        <w:tc>
          <w:tcPr>
            <w:tcW w:w="1020" w:type="dxa"/>
            <w:tcMar>
              <w:top w:w="80" w:type="dxa"/>
              <w:left w:w="80" w:type="dxa"/>
              <w:bottom w:w="80" w:type="dxa"/>
              <w:right w:w="80" w:type="dxa"/>
            </w:tcMar>
            <w:vAlign w:val="center"/>
          </w:tcPr>
          <w:p w14:paraId="001D87C1" w14:textId="77777777" w:rsidR="00D8042F" w:rsidRDefault="00D8042F"/>
        </w:tc>
        <w:tc>
          <w:tcPr>
            <w:tcW w:w="1020" w:type="dxa"/>
            <w:tcMar>
              <w:top w:w="80" w:type="dxa"/>
              <w:left w:w="80" w:type="dxa"/>
              <w:bottom w:w="80" w:type="dxa"/>
              <w:right w:w="80" w:type="dxa"/>
            </w:tcMar>
            <w:vAlign w:val="center"/>
          </w:tcPr>
          <w:p w14:paraId="07EDA56D" w14:textId="77777777" w:rsidR="00D8042F" w:rsidRDefault="00D8042F"/>
        </w:tc>
        <w:tc>
          <w:tcPr>
            <w:tcW w:w="3969" w:type="dxa"/>
            <w:tcMar>
              <w:top w:w="80" w:type="dxa"/>
              <w:left w:w="80" w:type="dxa"/>
              <w:bottom w:w="80" w:type="dxa"/>
              <w:right w:w="80" w:type="dxa"/>
            </w:tcMar>
            <w:vAlign w:val="center"/>
          </w:tcPr>
          <w:p w14:paraId="42EFF473" w14:textId="77777777" w:rsidR="00D8042F" w:rsidRDefault="00D8042F"/>
        </w:tc>
      </w:tr>
      <w:tr w:rsidR="00D8042F" w14:paraId="0F19EB41" w14:textId="77777777">
        <w:trPr>
          <w:trHeight w:val="624"/>
          <w:jc w:val="center"/>
        </w:trPr>
        <w:tc>
          <w:tcPr>
            <w:tcW w:w="2835" w:type="dxa"/>
            <w:tcMar>
              <w:top w:w="80" w:type="dxa"/>
              <w:left w:w="80" w:type="dxa"/>
              <w:bottom w:w="80" w:type="dxa"/>
              <w:right w:w="80" w:type="dxa"/>
            </w:tcMar>
            <w:vAlign w:val="center"/>
          </w:tcPr>
          <w:p w14:paraId="2C3CC149" w14:textId="77777777" w:rsidR="00D8042F" w:rsidRDefault="007A4ED0">
            <w:r>
              <w:rPr>
                <w:sz w:val="14"/>
              </w:rPr>
              <w:t>委員会支援</w:t>
            </w:r>
          </w:p>
        </w:tc>
        <w:tc>
          <w:tcPr>
            <w:tcW w:w="1020" w:type="dxa"/>
            <w:tcMar>
              <w:top w:w="80" w:type="dxa"/>
              <w:left w:w="80" w:type="dxa"/>
              <w:bottom w:w="80" w:type="dxa"/>
              <w:right w:w="80" w:type="dxa"/>
            </w:tcMar>
            <w:vAlign w:val="center"/>
          </w:tcPr>
          <w:p w14:paraId="31CFCDA9" w14:textId="77777777" w:rsidR="00D8042F" w:rsidRDefault="00D8042F"/>
        </w:tc>
        <w:tc>
          <w:tcPr>
            <w:tcW w:w="1020" w:type="dxa"/>
            <w:tcMar>
              <w:top w:w="80" w:type="dxa"/>
              <w:left w:w="80" w:type="dxa"/>
              <w:bottom w:w="80" w:type="dxa"/>
              <w:right w:w="80" w:type="dxa"/>
            </w:tcMar>
            <w:vAlign w:val="center"/>
          </w:tcPr>
          <w:p w14:paraId="0C119275" w14:textId="77777777" w:rsidR="00D8042F" w:rsidRDefault="00D8042F"/>
        </w:tc>
        <w:tc>
          <w:tcPr>
            <w:tcW w:w="1020" w:type="dxa"/>
            <w:tcMar>
              <w:top w:w="80" w:type="dxa"/>
              <w:left w:w="80" w:type="dxa"/>
              <w:bottom w:w="80" w:type="dxa"/>
              <w:right w:w="80" w:type="dxa"/>
            </w:tcMar>
            <w:vAlign w:val="center"/>
          </w:tcPr>
          <w:p w14:paraId="192C3F9D" w14:textId="77777777" w:rsidR="00D8042F" w:rsidRDefault="00D8042F"/>
        </w:tc>
        <w:tc>
          <w:tcPr>
            <w:tcW w:w="1020" w:type="dxa"/>
            <w:tcMar>
              <w:top w:w="80" w:type="dxa"/>
              <w:left w:w="80" w:type="dxa"/>
              <w:bottom w:w="80" w:type="dxa"/>
              <w:right w:w="80" w:type="dxa"/>
            </w:tcMar>
            <w:vAlign w:val="center"/>
          </w:tcPr>
          <w:p w14:paraId="51912AD9" w14:textId="77777777" w:rsidR="00D8042F" w:rsidRDefault="00D8042F"/>
        </w:tc>
        <w:tc>
          <w:tcPr>
            <w:tcW w:w="1020" w:type="dxa"/>
            <w:tcMar>
              <w:top w:w="80" w:type="dxa"/>
              <w:left w:w="80" w:type="dxa"/>
              <w:bottom w:w="80" w:type="dxa"/>
              <w:right w:w="80" w:type="dxa"/>
            </w:tcMar>
            <w:vAlign w:val="center"/>
          </w:tcPr>
          <w:p w14:paraId="4925A53E" w14:textId="77777777" w:rsidR="00D8042F" w:rsidRDefault="00D8042F"/>
        </w:tc>
        <w:tc>
          <w:tcPr>
            <w:tcW w:w="3969" w:type="dxa"/>
            <w:tcMar>
              <w:top w:w="80" w:type="dxa"/>
              <w:left w:w="80" w:type="dxa"/>
              <w:bottom w:w="80" w:type="dxa"/>
              <w:right w:w="80" w:type="dxa"/>
            </w:tcMar>
            <w:vAlign w:val="center"/>
          </w:tcPr>
          <w:p w14:paraId="44411044" w14:textId="77777777" w:rsidR="00D8042F" w:rsidRDefault="00D8042F"/>
        </w:tc>
      </w:tr>
      <w:tr w:rsidR="00D8042F" w14:paraId="45F1AAC2" w14:textId="77777777">
        <w:trPr>
          <w:trHeight w:val="624"/>
          <w:jc w:val="center"/>
        </w:trPr>
        <w:tc>
          <w:tcPr>
            <w:tcW w:w="2835" w:type="dxa"/>
            <w:tcMar>
              <w:top w:w="80" w:type="dxa"/>
              <w:left w:w="80" w:type="dxa"/>
              <w:bottom w:w="80" w:type="dxa"/>
              <w:right w:w="80" w:type="dxa"/>
            </w:tcMar>
            <w:vAlign w:val="center"/>
          </w:tcPr>
          <w:p w14:paraId="7062DB53" w14:textId="77777777" w:rsidR="00D8042F" w:rsidRDefault="007A4ED0">
            <w:pPr>
              <w:rPr>
                <w:lang w:eastAsia="ja-JP"/>
              </w:rPr>
            </w:pPr>
            <w:r>
              <w:rPr>
                <w:sz w:val="14"/>
                <w:lang w:eastAsia="ja-JP"/>
              </w:rPr>
              <w:t>展示・収蔵・運営等計画</w:t>
            </w:r>
          </w:p>
        </w:tc>
        <w:tc>
          <w:tcPr>
            <w:tcW w:w="1020" w:type="dxa"/>
            <w:tcMar>
              <w:top w:w="80" w:type="dxa"/>
              <w:left w:w="80" w:type="dxa"/>
              <w:bottom w:w="80" w:type="dxa"/>
              <w:right w:w="80" w:type="dxa"/>
            </w:tcMar>
            <w:vAlign w:val="center"/>
          </w:tcPr>
          <w:p w14:paraId="1B8500A2" w14:textId="77777777" w:rsidR="00D8042F" w:rsidRDefault="00D8042F">
            <w:pPr>
              <w:rPr>
                <w:lang w:eastAsia="ja-JP"/>
              </w:rPr>
            </w:pPr>
          </w:p>
        </w:tc>
        <w:tc>
          <w:tcPr>
            <w:tcW w:w="1020" w:type="dxa"/>
            <w:tcMar>
              <w:top w:w="80" w:type="dxa"/>
              <w:left w:w="80" w:type="dxa"/>
              <w:bottom w:w="80" w:type="dxa"/>
              <w:right w:w="80" w:type="dxa"/>
            </w:tcMar>
            <w:vAlign w:val="center"/>
          </w:tcPr>
          <w:p w14:paraId="5875F588" w14:textId="77777777" w:rsidR="00D8042F" w:rsidRDefault="00D8042F">
            <w:pPr>
              <w:rPr>
                <w:lang w:eastAsia="ja-JP"/>
              </w:rPr>
            </w:pPr>
          </w:p>
        </w:tc>
        <w:tc>
          <w:tcPr>
            <w:tcW w:w="1020" w:type="dxa"/>
            <w:tcMar>
              <w:top w:w="80" w:type="dxa"/>
              <w:left w:w="80" w:type="dxa"/>
              <w:bottom w:w="80" w:type="dxa"/>
              <w:right w:w="80" w:type="dxa"/>
            </w:tcMar>
            <w:vAlign w:val="center"/>
          </w:tcPr>
          <w:p w14:paraId="40594277" w14:textId="77777777" w:rsidR="00D8042F" w:rsidRDefault="00D8042F">
            <w:pPr>
              <w:rPr>
                <w:lang w:eastAsia="ja-JP"/>
              </w:rPr>
            </w:pPr>
          </w:p>
        </w:tc>
        <w:tc>
          <w:tcPr>
            <w:tcW w:w="1020" w:type="dxa"/>
            <w:tcMar>
              <w:top w:w="80" w:type="dxa"/>
              <w:left w:w="80" w:type="dxa"/>
              <w:bottom w:w="80" w:type="dxa"/>
              <w:right w:w="80" w:type="dxa"/>
            </w:tcMar>
            <w:vAlign w:val="center"/>
          </w:tcPr>
          <w:p w14:paraId="3B57A3D3" w14:textId="77777777" w:rsidR="00D8042F" w:rsidRDefault="00D8042F">
            <w:pPr>
              <w:rPr>
                <w:lang w:eastAsia="ja-JP"/>
              </w:rPr>
            </w:pPr>
          </w:p>
        </w:tc>
        <w:tc>
          <w:tcPr>
            <w:tcW w:w="1020" w:type="dxa"/>
            <w:tcMar>
              <w:top w:w="80" w:type="dxa"/>
              <w:left w:w="80" w:type="dxa"/>
              <w:bottom w:w="80" w:type="dxa"/>
              <w:right w:w="80" w:type="dxa"/>
            </w:tcMar>
            <w:vAlign w:val="center"/>
          </w:tcPr>
          <w:p w14:paraId="2C34B244" w14:textId="77777777" w:rsidR="00D8042F" w:rsidRDefault="00D8042F">
            <w:pPr>
              <w:rPr>
                <w:lang w:eastAsia="ja-JP"/>
              </w:rPr>
            </w:pPr>
          </w:p>
        </w:tc>
        <w:tc>
          <w:tcPr>
            <w:tcW w:w="3969" w:type="dxa"/>
            <w:tcMar>
              <w:top w:w="80" w:type="dxa"/>
              <w:left w:w="80" w:type="dxa"/>
              <w:bottom w:w="80" w:type="dxa"/>
              <w:right w:w="80" w:type="dxa"/>
            </w:tcMar>
            <w:vAlign w:val="center"/>
          </w:tcPr>
          <w:p w14:paraId="7CA7A1A8" w14:textId="77777777" w:rsidR="00D8042F" w:rsidRDefault="00D8042F">
            <w:pPr>
              <w:rPr>
                <w:lang w:eastAsia="ja-JP"/>
              </w:rPr>
            </w:pPr>
          </w:p>
        </w:tc>
      </w:tr>
      <w:tr w:rsidR="00D8042F" w14:paraId="062F1698" w14:textId="77777777">
        <w:trPr>
          <w:trHeight w:val="624"/>
          <w:jc w:val="center"/>
        </w:trPr>
        <w:tc>
          <w:tcPr>
            <w:tcW w:w="2835" w:type="dxa"/>
            <w:tcMar>
              <w:top w:w="80" w:type="dxa"/>
              <w:left w:w="80" w:type="dxa"/>
              <w:bottom w:w="80" w:type="dxa"/>
              <w:right w:w="80" w:type="dxa"/>
            </w:tcMar>
            <w:vAlign w:val="center"/>
          </w:tcPr>
          <w:p w14:paraId="6330B0B6" w14:textId="77777777" w:rsidR="00D8042F" w:rsidRDefault="007A4ED0">
            <w:pPr>
              <w:rPr>
                <w:lang w:eastAsia="ja-JP"/>
              </w:rPr>
            </w:pPr>
            <w:r>
              <w:rPr>
                <w:sz w:val="14"/>
                <w:lang w:eastAsia="ja-JP"/>
              </w:rPr>
              <w:t>事業費・</w:t>
            </w:r>
            <w:r>
              <w:rPr>
                <w:sz w:val="14"/>
                <w:lang w:eastAsia="ja-JP"/>
              </w:rPr>
              <w:t>LCC</w:t>
            </w:r>
            <w:r>
              <w:rPr>
                <w:sz w:val="14"/>
                <w:lang w:eastAsia="ja-JP"/>
              </w:rPr>
              <w:t>・財源・工程・リスク</w:t>
            </w:r>
          </w:p>
        </w:tc>
        <w:tc>
          <w:tcPr>
            <w:tcW w:w="1020" w:type="dxa"/>
            <w:tcMar>
              <w:top w:w="80" w:type="dxa"/>
              <w:left w:w="80" w:type="dxa"/>
              <w:bottom w:w="80" w:type="dxa"/>
              <w:right w:w="80" w:type="dxa"/>
            </w:tcMar>
            <w:vAlign w:val="center"/>
          </w:tcPr>
          <w:p w14:paraId="5DF826F5" w14:textId="77777777" w:rsidR="00D8042F" w:rsidRDefault="00D8042F">
            <w:pPr>
              <w:rPr>
                <w:lang w:eastAsia="ja-JP"/>
              </w:rPr>
            </w:pPr>
          </w:p>
        </w:tc>
        <w:tc>
          <w:tcPr>
            <w:tcW w:w="1020" w:type="dxa"/>
            <w:tcMar>
              <w:top w:w="80" w:type="dxa"/>
              <w:left w:w="80" w:type="dxa"/>
              <w:bottom w:w="80" w:type="dxa"/>
              <w:right w:w="80" w:type="dxa"/>
            </w:tcMar>
            <w:vAlign w:val="center"/>
          </w:tcPr>
          <w:p w14:paraId="13FB73FA" w14:textId="77777777" w:rsidR="00D8042F" w:rsidRDefault="00D8042F">
            <w:pPr>
              <w:rPr>
                <w:lang w:eastAsia="ja-JP"/>
              </w:rPr>
            </w:pPr>
          </w:p>
        </w:tc>
        <w:tc>
          <w:tcPr>
            <w:tcW w:w="1020" w:type="dxa"/>
            <w:tcMar>
              <w:top w:w="80" w:type="dxa"/>
              <w:left w:w="80" w:type="dxa"/>
              <w:bottom w:w="80" w:type="dxa"/>
              <w:right w:w="80" w:type="dxa"/>
            </w:tcMar>
            <w:vAlign w:val="center"/>
          </w:tcPr>
          <w:p w14:paraId="309CF1AC" w14:textId="77777777" w:rsidR="00D8042F" w:rsidRDefault="00D8042F">
            <w:pPr>
              <w:rPr>
                <w:lang w:eastAsia="ja-JP"/>
              </w:rPr>
            </w:pPr>
          </w:p>
        </w:tc>
        <w:tc>
          <w:tcPr>
            <w:tcW w:w="1020" w:type="dxa"/>
            <w:tcMar>
              <w:top w:w="80" w:type="dxa"/>
              <w:left w:w="80" w:type="dxa"/>
              <w:bottom w:w="80" w:type="dxa"/>
              <w:right w:w="80" w:type="dxa"/>
            </w:tcMar>
            <w:vAlign w:val="center"/>
          </w:tcPr>
          <w:p w14:paraId="0FF021A3" w14:textId="77777777" w:rsidR="00D8042F" w:rsidRDefault="00D8042F">
            <w:pPr>
              <w:rPr>
                <w:lang w:eastAsia="ja-JP"/>
              </w:rPr>
            </w:pPr>
          </w:p>
        </w:tc>
        <w:tc>
          <w:tcPr>
            <w:tcW w:w="1020" w:type="dxa"/>
            <w:tcMar>
              <w:top w:w="80" w:type="dxa"/>
              <w:left w:w="80" w:type="dxa"/>
              <w:bottom w:w="80" w:type="dxa"/>
              <w:right w:w="80" w:type="dxa"/>
            </w:tcMar>
            <w:vAlign w:val="center"/>
          </w:tcPr>
          <w:p w14:paraId="0A472F01" w14:textId="77777777" w:rsidR="00D8042F" w:rsidRDefault="00D8042F">
            <w:pPr>
              <w:rPr>
                <w:lang w:eastAsia="ja-JP"/>
              </w:rPr>
            </w:pPr>
          </w:p>
        </w:tc>
        <w:tc>
          <w:tcPr>
            <w:tcW w:w="3969" w:type="dxa"/>
            <w:tcMar>
              <w:top w:w="80" w:type="dxa"/>
              <w:left w:w="80" w:type="dxa"/>
              <w:bottom w:w="80" w:type="dxa"/>
              <w:right w:w="80" w:type="dxa"/>
            </w:tcMar>
            <w:vAlign w:val="center"/>
          </w:tcPr>
          <w:p w14:paraId="67E2E319" w14:textId="77777777" w:rsidR="00D8042F" w:rsidRDefault="00D8042F">
            <w:pPr>
              <w:rPr>
                <w:lang w:eastAsia="ja-JP"/>
              </w:rPr>
            </w:pPr>
          </w:p>
        </w:tc>
      </w:tr>
      <w:tr w:rsidR="00D8042F" w14:paraId="0AB135BF" w14:textId="77777777">
        <w:trPr>
          <w:trHeight w:val="624"/>
          <w:jc w:val="center"/>
        </w:trPr>
        <w:tc>
          <w:tcPr>
            <w:tcW w:w="2835" w:type="dxa"/>
            <w:tcMar>
              <w:top w:w="80" w:type="dxa"/>
              <w:left w:w="80" w:type="dxa"/>
              <w:bottom w:w="80" w:type="dxa"/>
              <w:right w:w="80" w:type="dxa"/>
            </w:tcMar>
            <w:vAlign w:val="center"/>
          </w:tcPr>
          <w:p w14:paraId="578276E5" w14:textId="77777777" w:rsidR="00D8042F" w:rsidRDefault="007A4ED0">
            <w:proofErr w:type="spellStart"/>
            <w:r>
              <w:rPr>
                <w:sz w:val="14"/>
              </w:rPr>
              <w:t>中間成果物</w:t>
            </w:r>
            <w:proofErr w:type="spellEnd"/>
          </w:p>
        </w:tc>
        <w:tc>
          <w:tcPr>
            <w:tcW w:w="1020" w:type="dxa"/>
            <w:tcMar>
              <w:top w:w="80" w:type="dxa"/>
              <w:left w:w="80" w:type="dxa"/>
              <w:bottom w:w="80" w:type="dxa"/>
              <w:right w:w="80" w:type="dxa"/>
            </w:tcMar>
            <w:vAlign w:val="center"/>
          </w:tcPr>
          <w:p w14:paraId="43181971" w14:textId="77777777" w:rsidR="00D8042F" w:rsidRDefault="00D8042F"/>
        </w:tc>
        <w:tc>
          <w:tcPr>
            <w:tcW w:w="1020" w:type="dxa"/>
            <w:tcMar>
              <w:top w:w="80" w:type="dxa"/>
              <w:left w:w="80" w:type="dxa"/>
              <w:bottom w:w="80" w:type="dxa"/>
              <w:right w:w="80" w:type="dxa"/>
            </w:tcMar>
            <w:vAlign w:val="center"/>
          </w:tcPr>
          <w:p w14:paraId="0E94CD42" w14:textId="77777777" w:rsidR="00D8042F" w:rsidRDefault="00D8042F"/>
        </w:tc>
        <w:tc>
          <w:tcPr>
            <w:tcW w:w="1020" w:type="dxa"/>
            <w:tcMar>
              <w:top w:w="80" w:type="dxa"/>
              <w:left w:w="80" w:type="dxa"/>
              <w:bottom w:w="80" w:type="dxa"/>
              <w:right w:w="80" w:type="dxa"/>
            </w:tcMar>
            <w:vAlign w:val="center"/>
          </w:tcPr>
          <w:p w14:paraId="7D932235" w14:textId="77777777" w:rsidR="00D8042F" w:rsidRDefault="00D8042F"/>
        </w:tc>
        <w:tc>
          <w:tcPr>
            <w:tcW w:w="1020" w:type="dxa"/>
            <w:tcMar>
              <w:top w:w="80" w:type="dxa"/>
              <w:left w:w="80" w:type="dxa"/>
              <w:bottom w:w="80" w:type="dxa"/>
              <w:right w:w="80" w:type="dxa"/>
            </w:tcMar>
            <w:vAlign w:val="center"/>
          </w:tcPr>
          <w:p w14:paraId="1094452A" w14:textId="77777777" w:rsidR="00D8042F" w:rsidRDefault="00D8042F"/>
        </w:tc>
        <w:tc>
          <w:tcPr>
            <w:tcW w:w="1020" w:type="dxa"/>
            <w:tcMar>
              <w:top w:w="80" w:type="dxa"/>
              <w:left w:w="80" w:type="dxa"/>
              <w:bottom w:w="80" w:type="dxa"/>
              <w:right w:w="80" w:type="dxa"/>
            </w:tcMar>
            <w:vAlign w:val="center"/>
          </w:tcPr>
          <w:p w14:paraId="232E241E" w14:textId="77777777" w:rsidR="00D8042F" w:rsidRDefault="00D8042F"/>
        </w:tc>
        <w:tc>
          <w:tcPr>
            <w:tcW w:w="3969" w:type="dxa"/>
            <w:tcMar>
              <w:top w:w="80" w:type="dxa"/>
              <w:left w:w="80" w:type="dxa"/>
              <w:bottom w:w="80" w:type="dxa"/>
              <w:right w:w="80" w:type="dxa"/>
            </w:tcMar>
            <w:vAlign w:val="center"/>
          </w:tcPr>
          <w:p w14:paraId="3C2C4DCB" w14:textId="77777777" w:rsidR="00D8042F" w:rsidRDefault="00D8042F"/>
        </w:tc>
      </w:tr>
      <w:tr w:rsidR="00D8042F" w14:paraId="65A5C49D" w14:textId="77777777">
        <w:trPr>
          <w:trHeight w:val="624"/>
          <w:jc w:val="center"/>
        </w:trPr>
        <w:tc>
          <w:tcPr>
            <w:tcW w:w="2835" w:type="dxa"/>
            <w:tcMar>
              <w:top w:w="80" w:type="dxa"/>
              <w:left w:w="80" w:type="dxa"/>
              <w:bottom w:w="80" w:type="dxa"/>
              <w:right w:w="80" w:type="dxa"/>
            </w:tcMar>
            <w:vAlign w:val="center"/>
          </w:tcPr>
          <w:p w14:paraId="4B67A16D" w14:textId="77777777" w:rsidR="00D8042F" w:rsidRDefault="007A4ED0">
            <w:r>
              <w:rPr>
                <w:sz w:val="14"/>
              </w:rPr>
              <w:t>最終成果物</w:t>
            </w:r>
          </w:p>
        </w:tc>
        <w:tc>
          <w:tcPr>
            <w:tcW w:w="1020" w:type="dxa"/>
            <w:tcMar>
              <w:top w:w="80" w:type="dxa"/>
              <w:left w:w="80" w:type="dxa"/>
              <w:bottom w:w="80" w:type="dxa"/>
              <w:right w:w="80" w:type="dxa"/>
            </w:tcMar>
            <w:vAlign w:val="center"/>
          </w:tcPr>
          <w:p w14:paraId="61A89F8C" w14:textId="77777777" w:rsidR="00D8042F" w:rsidRDefault="00D8042F"/>
        </w:tc>
        <w:tc>
          <w:tcPr>
            <w:tcW w:w="1020" w:type="dxa"/>
            <w:tcMar>
              <w:top w:w="80" w:type="dxa"/>
              <w:left w:w="80" w:type="dxa"/>
              <w:bottom w:w="80" w:type="dxa"/>
              <w:right w:w="80" w:type="dxa"/>
            </w:tcMar>
            <w:vAlign w:val="center"/>
          </w:tcPr>
          <w:p w14:paraId="1CFDAC9B" w14:textId="77777777" w:rsidR="00D8042F" w:rsidRDefault="00D8042F"/>
        </w:tc>
        <w:tc>
          <w:tcPr>
            <w:tcW w:w="1020" w:type="dxa"/>
            <w:tcMar>
              <w:top w:w="80" w:type="dxa"/>
              <w:left w:w="80" w:type="dxa"/>
              <w:bottom w:w="80" w:type="dxa"/>
              <w:right w:w="80" w:type="dxa"/>
            </w:tcMar>
            <w:vAlign w:val="center"/>
          </w:tcPr>
          <w:p w14:paraId="4AD37B9E" w14:textId="77777777" w:rsidR="00D8042F" w:rsidRDefault="00D8042F"/>
        </w:tc>
        <w:tc>
          <w:tcPr>
            <w:tcW w:w="1020" w:type="dxa"/>
            <w:tcMar>
              <w:top w:w="80" w:type="dxa"/>
              <w:left w:w="80" w:type="dxa"/>
              <w:bottom w:w="80" w:type="dxa"/>
              <w:right w:w="80" w:type="dxa"/>
            </w:tcMar>
            <w:vAlign w:val="center"/>
          </w:tcPr>
          <w:p w14:paraId="2E3A36EA" w14:textId="77777777" w:rsidR="00D8042F" w:rsidRDefault="00D8042F"/>
        </w:tc>
        <w:tc>
          <w:tcPr>
            <w:tcW w:w="1020" w:type="dxa"/>
            <w:tcMar>
              <w:top w:w="80" w:type="dxa"/>
              <w:left w:w="80" w:type="dxa"/>
              <w:bottom w:w="80" w:type="dxa"/>
              <w:right w:w="80" w:type="dxa"/>
            </w:tcMar>
            <w:vAlign w:val="center"/>
          </w:tcPr>
          <w:p w14:paraId="0A5972AC" w14:textId="77777777" w:rsidR="00D8042F" w:rsidRDefault="00D8042F"/>
        </w:tc>
        <w:tc>
          <w:tcPr>
            <w:tcW w:w="3969" w:type="dxa"/>
            <w:tcMar>
              <w:top w:w="80" w:type="dxa"/>
              <w:left w:w="80" w:type="dxa"/>
              <w:bottom w:w="80" w:type="dxa"/>
              <w:right w:w="80" w:type="dxa"/>
            </w:tcMar>
            <w:vAlign w:val="center"/>
          </w:tcPr>
          <w:p w14:paraId="2490E4C9" w14:textId="77777777" w:rsidR="00D8042F" w:rsidRDefault="00D8042F"/>
        </w:tc>
      </w:tr>
    </w:tbl>
    <w:p w14:paraId="2374B3D2" w14:textId="77777777" w:rsidR="00D8042F" w:rsidRDefault="007A4ED0">
      <w:pPr>
        <w:rPr>
          <w:lang w:eastAsia="ja-JP"/>
        </w:rPr>
      </w:pPr>
      <w:r>
        <w:rPr>
          <w:lang w:eastAsia="ja-JP"/>
        </w:rPr>
        <w:t>※</w:t>
      </w:r>
      <w:r>
        <w:rPr>
          <w:lang w:eastAsia="ja-JP"/>
        </w:rPr>
        <w:t>上記は記載欄です。必要に応じて行を追加してください。副本は匿名条件を遵守してください。</w:t>
      </w:r>
    </w:p>
    <w:p w14:paraId="4F2351A2" w14:textId="77777777" w:rsidR="00D8042F" w:rsidRDefault="007A4ED0">
      <w:pPr>
        <w:rPr>
          <w:lang w:eastAsia="ja-JP"/>
        </w:rPr>
      </w:pPr>
      <w:r>
        <w:rPr>
          <w:lang w:eastAsia="ja-JP"/>
        </w:rPr>
        <w:br w:type="page"/>
      </w:r>
    </w:p>
    <w:p w14:paraId="18FFA598" w14:textId="77777777" w:rsidR="00D8042F" w:rsidRDefault="007A4ED0">
      <w:pPr>
        <w:jc w:val="right"/>
      </w:pPr>
      <w:r>
        <w:rPr>
          <w:b/>
        </w:rPr>
        <w:lastRenderedPageBreak/>
        <w:t>様式第</w:t>
      </w:r>
      <w:r>
        <w:rPr>
          <w:b/>
        </w:rPr>
        <w:t>16</w:t>
      </w:r>
      <w:r>
        <w:rPr>
          <w:b/>
        </w:rPr>
        <w:t>号</w:t>
      </w:r>
    </w:p>
    <w:p w14:paraId="228087B8" w14:textId="77777777" w:rsidR="00D8042F" w:rsidRDefault="007A4ED0">
      <w:pPr>
        <w:jc w:val="center"/>
      </w:pPr>
      <w:r>
        <w:rPr>
          <w:b/>
          <w:sz w:val="32"/>
        </w:rPr>
        <w:t>業務実施体制表</w:t>
      </w:r>
    </w:p>
    <w:p w14:paraId="37E36CF8" w14:textId="77777777" w:rsidR="00D8042F" w:rsidRDefault="007A4ED0">
      <w:pPr>
        <w:jc w:val="right"/>
        <w:rPr>
          <w:lang w:eastAsia="ja-JP"/>
        </w:rPr>
      </w:pPr>
      <w:r>
        <w:rPr>
          <w:color w:val="666666"/>
          <w:sz w:val="16"/>
          <w:lang w:eastAsia="ja-JP"/>
        </w:rPr>
        <w:t>（根拠：実施要領第</w:t>
      </w:r>
      <w:r>
        <w:rPr>
          <w:color w:val="666666"/>
          <w:sz w:val="16"/>
          <w:lang w:eastAsia="ja-JP"/>
        </w:rPr>
        <w:t>11-1</w:t>
      </w:r>
      <w:r>
        <w:rPr>
          <w:color w:val="666666"/>
          <w:sz w:val="16"/>
          <w:lang w:eastAsia="ja-JP"/>
        </w:rPr>
        <w:t>・第</w:t>
      </w:r>
      <w:r>
        <w:rPr>
          <w:color w:val="666666"/>
          <w:sz w:val="16"/>
          <w:lang w:eastAsia="ja-JP"/>
        </w:rPr>
        <w:t>11-2</w:t>
      </w:r>
      <w:r>
        <w:rPr>
          <w:color w:val="666666"/>
          <w:sz w:val="16"/>
          <w:lang w:eastAsia="ja-JP"/>
        </w:rPr>
        <w:t>、審査要領第</w:t>
      </w:r>
      <w:r>
        <w:rPr>
          <w:color w:val="666666"/>
          <w:sz w:val="16"/>
          <w:lang w:eastAsia="ja-JP"/>
        </w:rPr>
        <w:t>6</w:t>
      </w:r>
      <w:r>
        <w:rPr>
          <w:color w:val="666666"/>
          <w:sz w:val="16"/>
          <w:lang w:eastAsia="ja-JP"/>
        </w:rPr>
        <w:t>）</w:t>
      </w:r>
    </w:p>
    <w:p w14:paraId="2AD838BE" w14:textId="77777777" w:rsidR="00D8042F" w:rsidRDefault="007A4ED0">
      <w:pPr>
        <w:rPr>
          <w:lang w:eastAsia="ja-JP"/>
        </w:rPr>
      </w:pPr>
      <w:r>
        <w:rPr>
          <w:lang w:eastAsia="ja-JP"/>
        </w:rPr>
        <w:t>企画提案時の具体的な業務実施体制を記載してください。</w:t>
      </w:r>
    </w:p>
    <w:tbl>
      <w:tblPr>
        <w:tblStyle w:val="afe"/>
        <w:tblW w:w="0" w:type="auto"/>
        <w:jc w:val="center"/>
        <w:tblLook w:val="04A0" w:firstRow="1" w:lastRow="0" w:firstColumn="1" w:lastColumn="0" w:noHBand="0" w:noVBand="1"/>
      </w:tblPr>
      <w:tblGrid>
        <w:gridCol w:w="1455"/>
        <w:gridCol w:w="1141"/>
        <w:gridCol w:w="1710"/>
        <w:gridCol w:w="2025"/>
        <w:gridCol w:w="2025"/>
        <w:gridCol w:w="1890"/>
      </w:tblGrid>
      <w:tr w:rsidR="00D8042F" w14:paraId="320D1423" w14:textId="77777777">
        <w:trPr>
          <w:tblHeader/>
          <w:jc w:val="center"/>
        </w:trPr>
        <w:tc>
          <w:tcPr>
            <w:tcW w:w="1757" w:type="dxa"/>
            <w:shd w:val="clear" w:color="auto" w:fill="1F4E78"/>
            <w:tcMar>
              <w:top w:w="80" w:type="dxa"/>
              <w:left w:w="80" w:type="dxa"/>
              <w:bottom w:w="80" w:type="dxa"/>
              <w:right w:w="80" w:type="dxa"/>
            </w:tcMar>
          </w:tcPr>
          <w:p w14:paraId="440591E9" w14:textId="77777777" w:rsidR="00D8042F" w:rsidRDefault="007A4ED0">
            <w:pPr>
              <w:jc w:val="center"/>
            </w:pPr>
            <w:proofErr w:type="spellStart"/>
            <w:r>
              <w:rPr>
                <w:b/>
                <w:color w:val="FFFFFF"/>
                <w:sz w:val="14"/>
              </w:rPr>
              <w:t>担当区分</w:t>
            </w:r>
            <w:proofErr w:type="spellEnd"/>
          </w:p>
        </w:tc>
        <w:tc>
          <w:tcPr>
            <w:tcW w:w="1360" w:type="dxa"/>
            <w:shd w:val="clear" w:color="auto" w:fill="1F4E78"/>
            <w:tcMar>
              <w:top w:w="80" w:type="dxa"/>
              <w:left w:w="80" w:type="dxa"/>
              <w:bottom w:w="80" w:type="dxa"/>
              <w:right w:w="80" w:type="dxa"/>
            </w:tcMar>
          </w:tcPr>
          <w:p w14:paraId="24BB7D06" w14:textId="77777777" w:rsidR="00D8042F" w:rsidRDefault="007A4ED0">
            <w:pPr>
              <w:jc w:val="center"/>
            </w:pPr>
            <w:r>
              <w:rPr>
                <w:b/>
                <w:color w:val="FFFFFF"/>
                <w:sz w:val="14"/>
              </w:rPr>
              <w:t>担当者記号</w:t>
            </w:r>
          </w:p>
        </w:tc>
        <w:tc>
          <w:tcPr>
            <w:tcW w:w="2041" w:type="dxa"/>
            <w:shd w:val="clear" w:color="auto" w:fill="1F4E78"/>
            <w:tcMar>
              <w:top w:w="80" w:type="dxa"/>
              <w:left w:w="80" w:type="dxa"/>
              <w:bottom w:w="80" w:type="dxa"/>
              <w:right w:w="80" w:type="dxa"/>
            </w:tcMar>
          </w:tcPr>
          <w:p w14:paraId="47B81FCD" w14:textId="77777777" w:rsidR="00D8042F" w:rsidRDefault="007A4ED0">
            <w:pPr>
              <w:jc w:val="center"/>
            </w:pPr>
            <w:r>
              <w:rPr>
                <w:b/>
                <w:color w:val="FFFFFF"/>
                <w:sz w:val="14"/>
              </w:rPr>
              <w:t>専門分野・資格</w:t>
            </w:r>
          </w:p>
        </w:tc>
        <w:tc>
          <w:tcPr>
            <w:tcW w:w="2438" w:type="dxa"/>
            <w:shd w:val="clear" w:color="auto" w:fill="1F4E78"/>
            <w:tcMar>
              <w:top w:w="80" w:type="dxa"/>
              <w:left w:w="80" w:type="dxa"/>
              <w:bottom w:w="80" w:type="dxa"/>
              <w:right w:w="80" w:type="dxa"/>
            </w:tcMar>
          </w:tcPr>
          <w:p w14:paraId="7DA8E664" w14:textId="77777777" w:rsidR="00D8042F" w:rsidRDefault="007A4ED0">
            <w:pPr>
              <w:jc w:val="center"/>
            </w:pPr>
            <w:r>
              <w:rPr>
                <w:b/>
                <w:color w:val="FFFFFF"/>
                <w:sz w:val="14"/>
              </w:rPr>
              <w:t>役割・責任</w:t>
            </w:r>
          </w:p>
        </w:tc>
        <w:tc>
          <w:tcPr>
            <w:tcW w:w="2438" w:type="dxa"/>
            <w:shd w:val="clear" w:color="auto" w:fill="1F4E78"/>
            <w:tcMar>
              <w:top w:w="80" w:type="dxa"/>
              <w:left w:w="80" w:type="dxa"/>
              <w:bottom w:w="80" w:type="dxa"/>
              <w:right w:w="80" w:type="dxa"/>
            </w:tcMar>
          </w:tcPr>
          <w:p w14:paraId="539B923F" w14:textId="77777777" w:rsidR="00D8042F" w:rsidRDefault="007A4ED0">
            <w:pPr>
              <w:jc w:val="center"/>
            </w:pPr>
            <w:r>
              <w:rPr>
                <w:b/>
                <w:color w:val="FFFFFF"/>
                <w:sz w:val="14"/>
              </w:rPr>
              <w:t>関与方法・連携</w:t>
            </w:r>
          </w:p>
        </w:tc>
        <w:tc>
          <w:tcPr>
            <w:tcW w:w="2268" w:type="dxa"/>
            <w:shd w:val="clear" w:color="auto" w:fill="1F4E78"/>
            <w:tcMar>
              <w:top w:w="80" w:type="dxa"/>
              <w:left w:w="80" w:type="dxa"/>
              <w:bottom w:w="80" w:type="dxa"/>
              <w:right w:w="80" w:type="dxa"/>
            </w:tcMar>
          </w:tcPr>
          <w:p w14:paraId="124667E9" w14:textId="77777777" w:rsidR="00D8042F" w:rsidRDefault="007A4ED0">
            <w:pPr>
              <w:jc w:val="center"/>
            </w:pPr>
            <w:r>
              <w:rPr>
                <w:b/>
                <w:color w:val="FFFFFF"/>
                <w:sz w:val="14"/>
              </w:rPr>
              <w:t>現地対応・代替体制</w:t>
            </w:r>
          </w:p>
        </w:tc>
      </w:tr>
      <w:tr w:rsidR="00D8042F" w14:paraId="1E9F19ED" w14:textId="77777777">
        <w:trPr>
          <w:trHeight w:val="907"/>
          <w:jc w:val="center"/>
        </w:trPr>
        <w:tc>
          <w:tcPr>
            <w:tcW w:w="1757" w:type="dxa"/>
            <w:tcMar>
              <w:top w:w="80" w:type="dxa"/>
              <w:left w:w="80" w:type="dxa"/>
              <w:bottom w:w="80" w:type="dxa"/>
              <w:right w:w="80" w:type="dxa"/>
            </w:tcMar>
            <w:vAlign w:val="center"/>
          </w:tcPr>
          <w:p w14:paraId="3ACA48EC" w14:textId="77777777" w:rsidR="00D8042F" w:rsidRDefault="007A4ED0">
            <w:r>
              <w:rPr>
                <w:sz w:val="14"/>
              </w:rPr>
              <w:t>管理技術者</w:t>
            </w:r>
          </w:p>
        </w:tc>
        <w:tc>
          <w:tcPr>
            <w:tcW w:w="1360" w:type="dxa"/>
            <w:tcMar>
              <w:top w:w="80" w:type="dxa"/>
              <w:left w:w="80" w:type="dxa"/>
              <w:bottom w:w="80" w:type="dxa"/>
              <w:right w:w="80" w:type="dxa"/>
            </w:tcMar>
            <w:vAlign w:val="center"/>
          </w:tcPr>
          <w:p w14:paraId="7D5C6723" w14:textId="77777777" w:rsidR="00D8042F" w:rsidRDefault="00D8042F"/>
        </w:tc>
        <w:tc>
          <w:tcPr>
            <w:tcW w:w="2041" w:type="dxa"/>
            <w:tcMar>
              <w:top w:w="80" w:type="dxa"/>
              <w:left w:w="80" w:type="dxa"/>
              <w:bottom w:w="80" w:type="dxa"/>
              <w:right w:w="80" w:type="dxa"/>
            </w:tcMar>
            <w:vAlign w:val="center"/>
          </w:tcPr>
          <w:p w14:paraId="5CEDAF03" w14:textId="77777777" w:rsidR="00D8042F" w:rsidRDefault="00D8042F"/>
        </w:tc>
        <w:tc>
          <w:tcPr>
            <w:tcW w:w="2438" w:type="dxa"/>
            <w:tcMar>
              <w:top w:w="80" w:type="dxa"/>
              <w:left w:w="80" w:type="dxa"/>
              <w:bottom w:w="80" w:type="dxa"/>
              <w:right w:w="80" w:type="dxa"/>
            </w:tcMar>
            <w:vAlign w:val="center"/>
          </w:tcPr>
          <w:p w14:paraId="255FE553" w14:textId="77777777" w:rsidR="00D8042F" w:rsidRDefault="00D8042F"/>
        </w:tc>
        <w:tc>
          <w:tcPr>
            <w:tcW w:w="2438" w:type="dxa"/>
            <w:tcMar>
              <w:top w:w="80" w:type="dxa"/>
              <w:left w:w="80" w:type="dxa"/>
              <w:bottom w:w="80" w:type="dxa"/>
              <w:right w:w="80" w:type="dxa"/>
            </w:tcMar>
            <w:vAlign w:val="center"/>
          </w:tcPr>
          <w:p w14:paraId="6AED75D2" w14:textId="77777777" w:rsidR="00D8042F" w:rsidRDefault="00D8042F"/>
        </w:tc>
        <w:tc>
          <w:tcPr>
            <w:tcW w:w="2268" w:type="dxa"/>
            <w:tcMar>
              <w:top w:w="80" w:type="dxa"/>
              <w:left w:w="80" w:type="dxa"/>
              <w:bottom w:w="80" w:type="dxa"/>
              <w:right w:w="80" w:type="dxa"/>
            </w:tcMar>
            <w:vAlign w:val="center"/>
          </w:tcPr>
          <w:p w14:paraId="32CDDCDF" w14:textId="77777777" w:rsidR="00D8042F" w:rsidRDefault="00D8042F"/>
        </w:tc>
      </w:tr>
      <w:tr w:rsidR="00D8042F" w14:paraId="1B55C2D2" w14:textId="77777777">
        <w:trPr>
          <w:trHeight w:val="907"/>
          <w:jc w:val="center"/>
        </w:trPr>
        <w:tc>
          <w:tcPr>
            <w:tcW w:w="1757" w:type="dxa"/>
            <w:tcMar>
              <w:top w:w="80" w:type="dxa"/>
              <w:left w:w="80" w:type="dxa"/>
              <w:bottom w:w="80" w:type="dxa"/>
              <w:right w:w="80" w:type="dxa"/>
            </w:tcMar>
            <w:vAlign w:val="center"/>
          </w:tcPr>
          <w:p w14:paraId="58B25471" w14:textId="77777777" w:rsidR="00D8042F" w:rsidRDefault="007A4ED0">
            <w:r>
              <w:rPr>
                <w:sz w:val="14"/>
              </w:rPr>
              <w:t>主要担当者</w:t>
            </w:r>
          </w:p>
        </w:tc>
        <w:tc>
          <w:tcPr>
            <w:tcW w:w="1360" w:type="dxa"/>
            <w:tcMar>
              <w:top w:w="80" w:type="dxa"/>
              <w:left w:w="80" w:type="dxa"/>
              <w:bottom w:w="80" w:type="dxa"/>
              <w:right w:w="80" w:type="dxa"/>
            </w:tcMar>
            <w:vAlign w:val="center"/>
          </w:tcPr>
          <w:p w14:paraId="4C5E477F" w14:textId="77777777" w:rsidR="00D8042F" w:rsidRDefault="00D8042F"/>
        </w:tc>
        <w:tc>
          <w:tcPr>
            <w:tcW w:w="2041" w:type="dxa"/>
            <w:tcMar>
              <w:top w:w="80" w:type="dxa"/>
              <w:left w:w="80" w:type="dxa"/>
              <w:bottom w:w="80" w:type="dxa"/>
              <w:right w:w="80" w:type="dxa"/>
            </w:tcMar>
            <w:vAlign w:val="center"/>
          </w:tcPr>
          <w:p w14:paraId="57E9A1CF" w14:textId="77777777" w:rsidR="00D8042F" w:rsidRDefault="00D8042F"/>
        </w:tc>
        <w:tc>
          <w:tcPr>
            <w:tcW w:w="2438" w:type="dxa"/>
            <w:tcMar>
              <w:top w:w="80" w:type="dxa"/>
              <w:left w:w="80" w:type="dxa"/>
              <w:bottom w:w="80" w:type="dxa"/>
              <w:right w:w="80" w:type="dxa"/>
            </w:tcMar>
            <w:vAlign w:val="center"/>
          </w:tcPr>
          <w:p w14:paraId="38F177C3" w14:textId="77777777" w:rsidR="00D8042F" w:rsidRDefault="00D8042F"/>
        </w:tc>
        <w:tc>
          <w:tcPr>
            <w:tcW w:w="2438" w:type="dxa"/>
            <w:tcMar>
              <w:top w:w="80" w:type="dxa"/>
              <w:left w:w="80" w:type="dxa"/>
              <w:bottom w:w="80" w:type="dxa"/>
              <w:right w:w="80" w:type="dxa"/>
            </w:tcMar>
            <w:vAlign w:val="center"/>
          </w:tcPr>
          <w:p w14:paraId="228C4D75" w14:textId="77777777" w:rsidR="00D8042F" w:rsidRDefault="00D8042F"/>
        </w:tc>
        <w:tc>
          <w:tcPr>
            <w:tcW w:w="2268" w:type="dxa"/>
            <w:tcMar>
              <w:top w:w="80" w:type="dxa"/>
              <w:left w:w="80" w:type="dxa"/>
              <w:bottom w:w="80" w:type="dxa"/>
              <w:right w:w="80" w:type="dxa"/>
            </w:tcMar>
            <w:vAlign w:val="center"/>
          </w:tcPr>
          <w:p w14:paraId="7B843E44" w14:textId="77777777" w:rsidR="00D8042F" w:rsidRDefault="00D8042F"/>
        </w:tc>
      </w:tr>
      <w:tr w:rsidR="00D8042F" w14:paraId="3C4FAD85" w14:textId="77777777">
        <w:trPr>
          <w:trHeight w:val="907"/>
          <w:jc w:val="center"/>
        </w:trPr>
        <w:tc>
          <w:tcPr>
            <w:tcW w:w="1757" w:type="dxa"/>
            <w:tcMar>
              <w:top w:w="80" w:type="dxa"/>
              <w:left w:w="80" w:type="dxa"/>
              <w:bottom w:w="80" w:type="dxa"/>
              <w:right w:w="80" w:type="dxa"/>
            </w:tcMar>
            <w:vAlign w:val="center"/>
          </w:tcPr>
          <w:p w14:paraId="441FBF8A" w14:textId="77777777" w:rsidR="00D8042F" w:rsidRDefault="007A4ED0">
            <w:r>
              <w:rPr>
                <w:sz w:val="14"/>
              </w:rPr>
              <w:t>主要担当者</w:t>
            </w:r>
          </w:p>
        </w:tc>
        <w:tc>
          <w:tcPr>
            <w:tcW w:w="1360" w:type="dxa"/>
            <w:tcMar>
              <w:top w:w="80" w:type="dxa"/>
              <w:left w:w="80" w:type="dxa"/>
              <w:bottom w:w="80" w:type="dxa"/>
              <w:right w:w="80" w:type="dxa"/>
            </w:tcMar>
            <w:vAlign w:val="center"/>
          </w:tcPr>
          <w:p w14:paraId="1103F564" w14:textId="77777777" w:rsidR="00D8042F" w:rsidRDefault="00D8042F"/>
        </w:tc>
        <w:tc>
          <w:tcPr>
            <w:tcW w:w="2041" w:type="dxa"/>
            <w:tcMar>
              <w:top w:w="80" w:type="dxa"/>
              <w:left w:w="80" w:type="dxa"/>
              <w:bottom w:w="80" w:type="dxa"/>
              <w:right w:w="80" w:type="dxa"/>
            </w:tcMar>
            <w:vAlign w:val="center"/>
          </w:tcPr>
          <w:p w14:paraId="5FE9B227" w14:textId="77777777" w:rsidR="00D8042F" w:rsidRDefault="00D8042F"/>
        </w:tc>
        <w:tc>
          <w:tcPr>
            <w:tcW w:w="2438" w:type="dxa"/>
            <w:tcMar>
              <w:top w:w="80" w:type="dxa"/>
              <w:left w:w="80" w:type="dxa"/>
              <w:bottom w:w="80" w:type="dxa"/>
              <w:right w:w="80" w:type="dxa"/>
            </w:tcMar>
            <w:vAlign w:val="center"/>
          </w:tcPr>
          <w:p w14:paraId="23645E2F" w14:textId="77777777" w:rsidR="00D8042F" w:rsidRDefault="00D8042F"/>
        </w:tc>
        <w:tc>
          <w:tcPr>
            <w:tcW w:w="2438" w:type="dxa"/>
            <w:tcMar>
              <w:top w:w="80" w:type="dxa"/>
              <w:left w:w="80" w:type="dxa"/>
              <w:bottom w:w="80" w:type="dxa"/>
              <w:right w:w="80" w:type="dxa"/>
            </w:tcMar>
            <w:vAlign w:val="center"/>
          </w:tcPr>
          <w:p w14:paraId="5C7DE6A6" w14:textId="77777777" w:rsidR="00D8042F" w:rsidRDefault="00D8042F"/>
        </w:tc>
        <w:tc>
          <w:tcPr>
            <w:tcW w:w="2268" w:type="dxa"/>
            <w:tcMar>
              <w:top w:w="80" w:type="dxa"/>
              <w:left w:w="80" w:type="dxa"/>
              <w:bottom w:w="80" w:type="dxa"/>
              <w:right w:w="80" w:type="dxa"/>
            </w:tcMar>
            <w:vAlign w:val="center"/>
          </w:tcPr>
          <w:p w14:paraId="65064345" w14:textId="77777777" w:rsidR="00D8042F" w:rsidRDefault="00D8042F"/>
        </w:tc>
      </w:tr>
      <w:tr w:rsidR="00D8042F" w14:paraId="27961F1F" w14:textId="77777777">
        <w:trPr>
          <w:trHeight w:val="907"/>
          <w:jc w:val="center"/>
        </w:trPr>
        <w:tc>
          <w:tcPr>
            <w:tcW w:w="1757" w:type="dxa"/>
            <w:tcMar>
              <w:top w:w="80" w:type="dxa"/>
              <w:left w:w="80" w:type="dxa"/>
              <w:bottom w:w="80" w:type="dxa"/>
              <w:right w:w="80" w:type="dxa"/>
            </w:tcMar>
            <w:vAlign w:val="center"/>
          </w:tcPr>
          <w:p w14:paraId="57C0A008" w14:textId="77777777" w:rsidR="00D8042F" w:rsidRDefault="007A4ED0">
            <w:r>
              <w:rPr>
                <w:sz w:val="14"/>
              </w:rPr>
              <w:t>主要担当者</w:t>
            </w:r>
          </w:p>
        </w:tc>
        <w:tc>
          <w:tcPr>
            <w:tcW w:w="1360" w:type="dxa"/>
            <w:tcMar>
              <w:top w:w="80" w:type="dxa"/>
              <w:left w:w="80" w:type="dxa"/>
              <w:bottom w:w="80" w:type="dxa"/>
              <w:right w:w="80" w:type="dxa"/>
            </w:tcMar>
            <w:vAlign w:val="center"/>
          </w:tcPr>
          <w:p w14:paraId="13C82F25" w14:textId="77777777" w:rsidR="00D8042F" w:rsidRDefault="00D8042F"/>
        </w:tc>
        <w:tc>
          <w:tcPr>
            <w:tcW w:w="2041" w:type="dxa"/>
            <w:tcMar>
              <w:top w:w="80" w:type="dxa"/>
              <w:left w:w="80" w:type="dxa"/>
              <w:bottom w:w="80" w:type="dxa"/>
              <w:right w:w="80" w:type="dxa"/>
            </w:tcMar>
            <w:vAlign w:val="center"/>
          </w:tcPr>
          <w:p w14:paraId="01C568ED" w14:textId="77777777" w:rsidR="00D8042F" w:rsidRDefault="00D8042F"/>
        </w:tc>
        <w:tc>
          <w:tcPr>
            <w:tcW w:w="2438" w:type="dxa"/>
            <w:tcMar>
              <w:top w:w="80" w:type="dxa"/>
              <w:left w:w="80" w:type="dxa"/>
              <w:bottom w:w="80" w:type="dxa"/>
              <w:right w:w="80" w:type="dxa"/>
            </w:tcMar>
            <w:vAlign w:val="center"/>
          </w:tcPr>
          <w:p w14:paraId="0D56EE58" w14:textId="77777777" w:rsidR="00D8042F" w:rsidRDefault="00D8042F"/>
        </w:tc>
        <w:tc>
          <w:tcPr>
            <w:tcW w:w="2438" w:type="dxa"/>
            <w:tcMar>
              <w:top w:w="80" w:type="dxa"/>
              <w:left w:w="80" w:type="dxa"/>
              <w:bottom w:w="80" w:type="dxa"/>
              <w:right w:w="80" w:type="dxa"/>
            </w:tcMar>
            <w:vAlign w:val="center"/>
          </w:tcPr>
          <w:p w14:paraId="5B0259D2" w14:textId="77777777" w:rsidR="00D8042F" w:rsidRDefault="00D8042F"/>
        </w:tc>
        <w:tc>
          <w:tcPr>
            <w:tcW w:w="2268" w:type="dxa"/>
            <w:tcMar>
              <w:top w:w="80" w:type="dxa"/>
              <w:left w:w="80" w:type="dxa"/>
              <w:bottom w:w="80" w:type="dxa"/>
              <w:right w:w="80" w:type="dxa"/>
            </w:tcMar>
            <w:vAlign w:val="center"/>
          </w:tcPr>
          <w:p w14:paraId="043CB270" w14:textId="77777777" w:rsidR="00D8042F" w:rsidRDefault="00D8042F"/>
        </w:tc>
      </w:tr>
      <w:tr w:rsidR="00D8042F" w14:paraId="2E46C615" w14:textId="77777777">
        <w:trPr>
          <w:trHeight w:val="907"/>
          <w:jc w:val="center"/>
        </w:trPr>
        <w:tc>
          <w:tcPr>
            <w:tcW w:w="1757" w:type="dxa"/>
            <w:tcMar>
              <w:top w:w="80" w:type="dxa"/>
              <w:left w:w="80" w:type="dxa"/>
              <w:bottom w:w="80" w:type="dxa"/>
              <w:right w:w="80" w:type="dxa"/>
            </w:tcMar>
            <w:vAlign w:val="center"/>
          </w:tcPr>
          <w:p w14:paraId="4534B716" w14:textId="77777777" w:rsidR="00D8042F" w:rsidRDefault="007A4ED0">
            <w:r>
              <w:rPr>
                <w:sz w:val="14"/>
              </w:rPr>
              <w:t>主要担当者</w:t>
            </w:r>
          </w:p>
        </w:tc>
        <w:tc>
          <w:tcPr>
            <w:tcW w:w="1360" w:type="dxa"/>
            <w:tcMar>
              <w:top w:w="80" w:type="dxa"/>
              <w:left w:w="80" w:type="dxa"/>
              <w:bottom w:w="80" w:type="dxa"/>
              <w:right w:w="80" w:type="dxa"/>
            </w:tcMar>
            <w:vAlign w:val="center"/>
          </w:tcPr>
          <w:p w14:paraId="1260A422" w14:textId="77777777" w:rsidR="00D8042F" w:rsidRDefault="00D8042F"/>
        </w:tc>
        <w:tc>
          <w:tcPr>
            <w:tcW w:w="2041" w:type="dxa"/>
            <w:tcMar>
              <w:top w:w="80" w:type="dxa"/>
              <w:left w:w="80" w:type="dxa"/>
              <w:bottom w:w="80" w:type="dxa"/>
              <w:right w:w="80" w:type="dxa"/>
            </w:tcMar>
            <w:vAlign w:val="center"/>
          </w:tcPr>
          <w:p w14:paraId="2085575D" w14:textId="77777777" w:rsidR="00D8042F" w:rsidRDefault="00D8042F"/>
        </w:tc>
        <w:tc>
          <w:tcPr>
            <w:tcW w:w="2438" w:type="dxa"/>
            <w:tcMar>
              <w:top w:w="80" w:type="dxa"/>
              <w:left w:w="80" w:type="dxa"/>
              <w:bottom w:w="80" w:type="dxa"/>
              <w:right w:w="80" w:type="dxa"/>
            </w:tcMar>
            <w:vAlign w:val="center"/>
          </w:tcPr>
          <w:p w14:paraId="3675484D" w14:textId="77777777" w:rsidR="00D8042F" w:rsidRDefault="00D8042F"/>
        </w:tc>
        <w:tc>
          <w:tcPr>
            <w:tcW w:w="2438" w:type="dxa"/>
            <w:tcMar>
              <w:top w:w="80" w:type="dxa"/>
              <w:left w:w="80" w:type="dxa"/>
              <w:bottom w:w="80" w:type="dxa"/>
              <w:right w:w="80" w:type="dxa"/>
            </w:tcMar>
            <w:vAlign w:val="center"/>
          </w:tcPr>
          <w:p w14:paraId="4C6390AE" w14:textId="77777777" w:rsidR="00D8042F" w:rsidRDefault="00D8042F"/>
        </w:tc>
        <w:tc>
          <w:tcPr>
            <w:tcW w:w="2268" w:type="dxa"/>
            <w:tcMar>
              <w:top w:w="80" w:type="dxa"/>
              <w:left w:w="80" w:type="dxa"/>
              <w:bottom w:w="80" w:type="dxa"/>
              <w:right w:w="80" w:type="dxa"/>
            </w:tcMar>
            <w:vAlign w:val="center"/>
          </w:tcPr>
          <w:p w14:paraId="22B253D5" w14:textId="77777777" w:rsidR="00D8042F" w:rsidRDefault="00D8042F"/>
        </w:tc>
      </w:tr>
      <w:tr w:rsidR="00D8042F" w14:paraId="5E7C0423" w14:textId="77777777">
        <w:trPr>
          <w:trHeight w:val="907"/>
          <w:jc w:val="center"/>
        </w:trPr>
        <w:tc>
          <w:tcPr>
            <w:tcW w:w="1757" w:type="dxa"/>
            <w:tcMar>
              <w:top w:w="80" w:type="dxa"/>
              <w:left w:w="80" w:type="dxa"/>
              <w:bottom w:w="80" w:type="dxa"/>
              <w:right w:w="80" w:type="dxa"/>
            </w:tcMar>
            <w:vAlign w:val="center"/>
          </w:tcPr>
          <w:p w14:paraId="6C29D3D7" w14:textId="77777777" w:rsidR="00D8042F" w:rsidRDefault="007A4ED0">
            <w:r>
              <w:rPr>
                <w:sz w:val="14"/>
              </w:rPr>
              <w:t>主要担当者</w:t>
            </w:r>
          </w:p>
        </w:tc>
        <w:tc>
          <w:tcPr>
            <w:tcW w:w="1360" w:type="dxa"/>
            <w:tcMar>
              <w:top w:w="80" w:type="dxa"/>
              <w:left w:w="80" w:type="dxa"/>
              <w:bottom w:w="80" w:type="dxa"/>
              <w:right w:w="80" w:type="dxa"/>
            </w:tcMar>
            <w:vAlign w:val="center"/>
          </w:tcPr>
          <w:p w14:paraId="1BB0D27F" w14:textId="77777777" w:rsidR="00D8042F" w:rsidRDefault="00D8042F"/>
        </w:tc>
        <w:tc>
          <w:tcPr>
            <w:tcW w:w="2041" w:type="dxa"/>
            <w:tcMar>
              <w:top w:w="80" w:type="dxa"/>
              <w:left w:w="80" w:type="dxa"/>
              <w:bottom w:w="80" w:type="dxa"/>
              <w:right w:w="80" w:type="dxa"/>
            </w:tcMar>
            <w:vAlign w:val="center"/>
          </w:tcPr>
          <w:p w14:paraId="6988217C" w14:textId="77777777" w:rsidR="00D8042F" w:rsidRDefault="00D8042F"/>
        </w:tc>
        <w:tc>
          <w:tcPr>
            <w:tcW w:w="2438" w:type="dxa"/>
            <w:tcMar>
              <w:top w:w="80" w:type="dxa"/>
              <w:left w:w="80" w:type="dxa"/>
              <w:bottom w:w="80" w:type="dxa"/>
              <w:right w:w="80" w:type="dxa"/>
            </w:tcMar>
            <w:vAlign w:val="center"/>
          </w:tcPr>
          <w:p w14:paraId="2679799A" w14:textId="77777777" w:rsidR="00D8042F" w:rsidRDefault="00D8042F"/>
        </w:tc>
        <w:tc>
          <w:tcPr>
            <w:tcW w:w="2438" w:type="dxa"/>
            <w:tcMar>
              <w:top w:w="80" w:type="dxa"/>
              <w:left w:w="80" w:type="dxa"/>
              <w:bottom w:w="80" w:type="dxa"/>
              <w:right w:w="80" w:type="dxa"/>
            </w:tcMar>
            <w:vAlign w:val="center"/>
          </w:tcPr>
          <w:p w14:paraId="1D3ABD79" w14:textId="77777777" w:rsidR="00D8042F" w:rsidRDefault="00D8042F"/>
        </w:tc>
        <w:tc>
          <w:tcPr>
            <w:tcW w:w="2268" w:type="dxa"/>
            <w:tcMar>
              <w:top w:w="80" w:type="dxa"/>
              <w:left w:w="80" w:type="dxa"/>
              <w:bottom w:w="80" w:type="dxa"/>
              <w:right w:w="80" w:type="dxa"/>
            </w:tcMar>
            <w:vAlign w:val="center"/>
          </w:tcPr>
          <w:p w14:paraId="71838B18" w14:textId="77777777" w:rsidR="00D8042F" w:rsidRDefault="00D8042F"/>
        </w:tc>
      </w:tr>
    </w:tbl>
    <w:p w14:paraId="56B7AC9F" w14:textId="77777777" w:rsidR="00D8042F" w:rsidRDefault="007A4ED0">
      <w:pPr>
        <w:rPr>
          <w:lang w:eastAsia="ja-JP"/>
        </w:rPr>
      </w:pPr>
      <w:r>
        <w:rPr>
          <w:lang w:eastAsia="ja-JP"/>
        </w:rPr>
        <w:t>【品質・工程・情報管理の責任分担及び意思決定経路】</w:t>
      </w:r>
    </w:p>
    <w:tbl>
      <w:tblPr>
        <w:tblStyle w:val="afe"/>
        <w:tblW w:w="0" w:type="auto"/>
        <w:tblLook w:val="04A0" w:firstRow="1" w:lastRow="0" w:firstColumn="1" w:lastColumn="0" w:noHBand="0" w:noVBand="1"/>
      </w:tblPr>
      <w:tblGrid>
        <w:gridCol w:w="10086"/>
      </w:tblGrid>
      <w:tr w:rsidR="00D8042F" w14:paraId="7061C791" w14:textId="77777777">
        <w:trPr>
          <w:trHeight w:val="1984"/>
        </w:trPr>
        <w:tc>
          <w:tcPr>
            <w:tcW w:w="10086" w:type="dxa"/>
          </w:tcPr>
          <w:p w14:paraId="5F663DE8" w14:textId="77777777" w:rsidR="00D8042F" w:rsidRDefault="00D8042F">
            <w:pPr>
              <w:rPr>
                <w:lang w:eastAsia="ja-JP"/>
              </w:rPr>
            </w:pPr>
          </w:p>
        </w:tc>
      </w:tr>
    </w:tbl>
    <w:p w14:paraId="72320128" w14:textId="77777777" w:rsidR="00D8042F" w:rsidRDefault="007A4ED0">
      <w:pPr>
        <w:rPr>
          <w:lang w:eastAsia="ja-JP"/>
        </w:rPr>
      </w:pPr>
      <w:r>
        <w:rPr>
          <w:lang w:eastAsia="ja-JP"/>
        </w:rPr>
        <w:t>※</w:t>
      </w:r>
      <w:r>
        <w:rPr>
          <w:lang w:eastAsia="ja-JP"/>
        </w:rPr>
        <w:t>副本では、法人名・ロゴ・個人名等を記載せず、「管理技術者</w:t>
      </w:r>
      <w:r>
        <w:rPr>
          <w:lang w:eastAsia="ja-JP"/>
        </w:rPr>
        <w:t>A</w:t>
      </w:r>
      <w:r>
        <w:rPr>
          <w:lang w:eastAsia="ja-JP"/>
        </w:rPr>
        <w:t>」「主要担当者</w:t>
      </w:r>
      <w:r>
        <w:rPr>
          <w:lang w:eastAsia="ja-JP"/>
        </w:rPr>
        <w:t>B</w:t>
      </w:r>
      <w:r>
        <w:rPr>
          <w:lang w:eastAsia="ja-JP"/>
        </w:rPr>
        <w:t>」等の記号で表してください。</w:t>
      </w:r>
    </w:p>
    <w:p w14:paraId="03634290" w14:textId="77777777" w:rsidR="00D8042F" w:rsidRDefault="007A4ED0">
      <w:pPr>
        <w:rPr>
          <w:lang w:eastAsia="ja-JP"/>
        </w:rPr>
      </w:pPr>
      <w:r>
        <w:rPr>
          <w:lang w:eastAsia="ja-JP"/>
        </w:rPr>
        <w:br w:type="page"/>
      </w:r>
    </w:p>
    <w:p w14:paraId="11FD3880" w14:textId="77777777" w:rsidR="00D8042F" w:rsidRDefault="007A4ED0">
      <w:pPr>
        <w:jc w:val="right"/>
        <w:rPr>
          <w:lang w:eastAsia="ja-JP"/>
        </w:rPr>
      </w:pPr>
      <w:r>
        <w:rPr>
          <w:b/>
          <w:lang w:eastAsia="ja-JP"/>
        </w:rPr>
        <w:lastRenderedPageBreak/>
        <w:t>様式第</w:t>
      </w:r>
      <w:r>
        <w:rPr>
          <w:b/>
          <w:lang w:eastAsia="ja-JP"/>
        </w:rPr>
        <w:t>17</w:t>
      </w:r>
      <w:r>
        <w:rPr>
          <w:b/>
          <w:lang w:eastAsia="ja-JP"/>
        </w:rPr>
        <w:t>号</w:t>
      </w:r>
    </w:p>
    <w:p w14:paraId="3A6D4417" w14:textId="77777777" w:rsidR="00D8042F" w:rsidRDefault="007A4ED0">
      <w:pPr>
        <w:jc w:val="center"/>
        <w:rPr>
          <w:lang w:eastAsia="ja-JP"/>
        </w:rPr>
      </w:pPr>
      <w:r>
        <w:rPr>
          <w:b/>
          <w:sz w:val="32"/>
          <w:lang w:eastAsia="ja-JP"/>
        </w:rPr>
        <w:t>業務見積書</w:t>
      </w:r>
    </w:p>
    <w:p w14:paraId="0CDA0C09" w14:textId="77777777" w:rsidR="00D8042F" w:rsidRDefault="007A4ED0">
      <w:pPr>
        <w:jc w:val="right"/>
        <w:rPr>
          <w:lang w:eastAsia="ja-JP"/>
        </w:rPr>
      </w:pPr>
      <w:r>
        <w:rPr>
          <w:color w:val="666666"/>
          <w:sz w:val="16"/>
          <w:lang w:eastAsia="ja-JP"/>
        </w:rPr>
        <w:t>（根拠：実施要領第</w:t>
      </w:r>
      <w:r>
        <w:rPr>
          <w:color w:val="666666"/>
          <w:sz w:val="16"/>
          <w:lang w:eastAsia="ja-JP"/>
        </w:rPr>
        <w:t>11-1</w:t>
      </w:r>
      <w:r>
        <w:rPr>
          <w:color w:val="666666"/>
          <w:sz w:val="16"/>
          <w:lang w:eastAsia="ja-JP"/>
        </w:rPr>
        <w:t>及び第</w:t>
      </w:r>
      <w:r>
        <w:rPr>
          <w:color w:val="666666"/>
          <w:sz w:val="16"/>
          <w:lang w:eastAsia="ja-JP"/>
        </w:rPr>
        <w:t>14</w:t>
      </w:r>
      <w:r>
        <w:rPr>
          <w:color w:val="666666"/>
          <w:sz w:val="16"/>
          <w:lang w:eastAsia="ja-JP"/>
        </w:rPr>
        <w:t>）</w:t>
      </w:r>
    </w:p>
    <w:p w14:paraId="240C7B68" w14:textId="77777777" w:rsidR="00D8042F" w:rsidRDefault="007A4ED0">
      <w:pPr>
        <w:jc w:val="right"/>
      </w:pPr>
      <w:r>
        <w:t>令和</w:t>
      </w:r>
      <w:r>
        <w:t>8</w:t>
      </w:r>
      <w:proofErr w:type="gramStart"/>
      <w:r>
        <w:t>年　　月</w:t>
      </w:r>
      <w:proofErr w:type="gramEnd"/>
      <w:r>
        <w:t xml:space="preserve">　　日</w:t>
      </w:r>
    </w:p>
    <w:p w14:paraId="0DE6F8DC" w14:textId="77777777" w:rsidR="00D8042F" w:rsidRDefault="007A4ED0">
      <w:r>
        <w:t>西之表市長　様</w:t>
      </w:r>
    </w:p>
    <w:tbl>
      <w:tblPr>
        <w:tblStyle w:val="afe"/>
        <w:tblW w:w="0" w:type="auto"/>
        <w:jc w:val="right"/>
        <w:tblLook w:val="04A0" w:firstRow="1" w:lastRow="0" w:firstColumn="1" w:lastColumn="0" w:noHBand="0" w:noVBand="1"/>
      </w:tblPr>
      <w:tblGrid>
        <w:gridCol w:w="2154"/>
        <w:gridCol w:w="6237"/>
      </w:tblGrid>
      <w:tr w:rsidR="00D8042F" w14:paraId="5E6C2696" w14:textId="77777777">
        <w:trPr>
          <w:jc w:val="right"/>
        </w:trPr>
        <w:tc>
          <w:tcPr>
            <w:tcW w:w="2154" w:type="dxa"/>
            <w:shd w:val="clear" w:color="auto" w:fill="F3F6F8"/>
            <w:tcMar>
              <w:top w:w="80" w:type="dxa"/>
              <w:left w:w="80" w:type="dxa"/>
              <w:bottom w:w="80" w:type="dxa"/>
              <w:right w:w="80" w:type="dxa"/>
            </w:tcMar>
          </w:tcPr>
          <w:p w14:paraId="70E5CC9C" w14:textId="77777777" w:rsidR="00D8042F" w:rsidRDefault="007A4ED0">
            <w:r>
              <w:t>所在地</w:t>
            </w:r>
          </w:p>
        </w:tc>
        <w:tc>
          <w:tcPr>
            <w:tcW w:w="6237" w:type="dxa"/>
            <w:tcMar>
              <w:top w:w="80" w:type="dxa"/>
              <w:left w:w="80" w:type="dxa"/>
              <w:bottom w:w="80" w:type="dxa"/>
              <w:right w:w="80" w:type="dxa"/>
            </w:tcMar>
          </w:tcPr>
          <w:p w14:paraId="3AE781D2" w14:textId="77777777" w:rsidR="00D8042F" w:rsidRDefault="00D8042F"/>
        </w:tc>
      </w:tr>
      <w:tr w:rsidR="00D8042F" w14:paraId="1F533835" w14:textId="77777777">
        <w:trPr>
          <w:jc w:val="right"/>
        </w:trPr>
        <w:tc>
          <w:tcPr>
            <w:tcW w:w="2154" w:type="dxa"/>
            <w:shd w:val="clear" w:color="auto" w:fill="F3F6F8"/>
            <w:tcMar>
              <w:top w:w="80" w:type="dxa"/>
              <w:left w:w="80" w:type="dxa"/>
              <w:bottom w:w="80" w:type="dxa"/>
              <w:right w:w="80" w:type="dxa"/>
            </w:tcMar>
          </w:tcPr>
          <w:p w14:paraId="76112566" w14:textId="77777777" w:rsidR="00D8042F" w:rsidRDefault="007A4ED0">
            <w:r>
              <w:t>法人等名称</w:t>
            </w:r>
          </w:p>
        </w:tc>
        <w:tc>
          <w:tcPr>
            <w:tcW w:w="6237" w:type="dxa"/>
            <w:tcMar>
              <w:top w:w="80" w:type="dxa"/>
              <w:left w:w="80" w:type="dxa"/>
              <w:bottom w:w="80" w:type="dxa"/>
              <w:right w:w="80" w:type="dxa"/>
            </w:tcMar>
          </w:tcPr>
          <w:p w14:paraId="0AD4C341" w14:textId="77777777" w:rsidR="00D8042F" w:rsidRDefault="00D8042F"/>
        </w:tc>
      </w:tr>
      <w:tr w:rsidR="00D8042F" w14:paraId="46E23110" w14:textId="77777777">
        <w:trPr>
          <w:jc w:val="right"/>
        </w:trPr>
        <w:tc>
          <w:tcPr>
            <w:tcW w:w="2154" w:type="dxa"/>
            <w:shd w:val="clear" w:color="auto" w:fill="F3F6F8"/>
            <w:tcMar>
              <w:top w:w="80" w:type="dxa"/>
              <w:left w:w="80" w:type="dxa"/>
              <w:bottom w:w="80" w:type="dxa"/>
              <w:right w:w="80" w:type="dxa"/>
            </w:tcMar>
          </w:tcPr>
          <w:p w14:paraId="56A00771" w14:textId="77777777" w:rsidR="00D8042F" w:rsidRDefault="007A4ED0">
            <w:r>
              <w:t>代表者役職・氏名</w:t>
            </w:r>
          </w:p>
        </w:tc>
        <w:tc>
          <w:tcPr>
            <w:tcW w:w="6237" w:type="dxa"/>
            <w:tcMar>
              <w:top w:w="80" w:type="dxa"/>
              <w:left w:w="80" w:type="dxa"/>
              <w:bottom w:w="80" w:type="dxa"/>
              <w:right w:w="80" w:type="dxa"/>
            </w:tcMar>
          </w:tcPr>
          <w:p w14:paraId="544A711C" w14:textId="77777777" w:rsidR="00D8042F" w:rsidRDefault="007A4ED0">
            <w:r>
              <w:t xml:space="preserve">　　　　　　　　　　　　　　　印</w:t>
            </w:r>
          </w:p>
        </w:tc>
      </w:tr>
      <w:tr w:rsidR="00D8042F" w14:paraId="404BA1E6" w14:textId="77777777">
        <w:trPr>
          <w:jc w:val="right"/>
        </w:trPr>
        <w:tc>
          <w:tcPr>
            <w:tcW w:w="2154" w:type="dxa"/>
            <w:shd w:val="clear" w:color="auto" w:fill="F3F6F8"/>
            <w:tcMar>
              <w:top w:w="80" w:type="dxa"/>
              <w:left w:w="80" w:type="dxa"/>
              <w:bottom w:w="80" w:type="dxa"/>
              <w:right w:w="80" w:type="dxa"/>
            </w:tcMar>
          </w:tcPr>
          <w:p w14:paraId="6E81103F" w14:textId="77777777" w:rsidR="00D8042F" w:rsidRDefault="007A4ED0">
            <w:r>
              <w:t>担当者連絡先</w:t>
            </w:r>
          </w:p>
        </w:tc>
        <w:tc>
          <w:tcPr>
            <w:tcW w:w="6237" w:type="dxa"/>
            <w:tcMar>
              <w:top w:w="80" w:type="dxa"/>
              <w:left w:w="80" w:type="dxa"/>
              <w:bottom w:w="80" w:type="dxa"/>
              <w:right w:w="80" w:type="dxa"/>
            </w:tcMar>
          </w:tcPr>
          <w:p w14:paraId="68592E21" w14:textId="77777777" w:rsidR="00D8042F" w:rsidRDefault="007A4ED0">
            <w:r>
              <w:t xml:space="preserve">所属：　　　　　　氏名：　　　　　　</w:t>
            </w:r>
            <w:r>
              <w:t>TEL</w:t>
            </w:r>
            <w:r>
              <w:t xml:space="preserve">：　　　　　　</w:t>
            </w:r>
            <w:r>
              <w:t>E-mail</w:t>
            </w:r>
            <w:r>
              <w:t>：</w:t>
            </w:r>
          </w:p>
        </w:tc>
      </w:tr>
    </w:tbl>
    <w:p w14:paraId="308EBC56" w14:textId="77777777" w:rsidR="00D8042F" w:rsidRDefault="007A4ED0">
      <w:pPr>
        <w:rPr>
          <w:lang w:eastAsia="ja-JP"/>
        </w:rPr>
      </w:pPr>
      <w:r>
        <w:rPr>
          <w:lang w:eastAsia="ja-JP"/>
        </w:rPr>
        <w:t>下記業務について、業務仕様書及び企画提案内容を踏まえ、次のとおり見積もります。</w:t>
      </w:r>
    </w:p>
    <w:tbl>
      <w:tblPr>
        <w:tblStyle w:val="afe"/>
        <w:tblW w:w="0" w:type="auto"/>
        <w:jc w:val="center"/>
        <w:tblLook w:val="04A0" w:firstRow="1" w:lastRow="0" w:firstColumn="1" w:lastColumn="0" w:noHBand="0" w:noVBand="1"/>
      </w:tblPr>
      <w:tblGrid>
        <w:gridCol w:w="5386"/>
        <w:gridCol w:w="4536"/>
      </w:tblGrid>
      <w:tr w:rsidR="00D8042F" w14:paraId="189DAAB5" w14:textId="77777777">
        <w:trPr>
          <w:tblHeader/>
          <w:jc w:val="center"/>
        </w:trPr>
        <w:tc>
          <w:tcPr>
            <w:tcW w:w="5386" w:type="dxa"/>
            <w:shd w:val="clear" w:color="auto" w:fill="1F4E78"/>
            <w:tcMar>
              <w:top w:w="80" w:type="dxa"/>
              <w:left w:w="80" w:type="dxa"/>
              <w:bottom w:w="80" w:type="dxa"/>
              <w:right w:w="80" w:type="dxa"/>
            </w:tcMar>
          </w:tcPr>
          <w:p w14:paraId="6EDC0987" w14:textId="77777777" w:rsidR="00D8042F" w:rsidRDefault="007A4ED0">
            <w:pPr>
              <w:jc w:val="center"/>
            </w:pPr>
            <w:proofErr w:type="spellStart"/>
            <w:r>
              <w:rPr>
                <w:b/>
                <w:color w:val="FFFFFF"/>
                <w:sz w:val="18"/>
              </w:rPr>
              <w:t>項目</w:t>
            </w:r>
            <w:proofErr w:type="spellEnd"/>
          </w:p>
        </w:tc>
        <w:tc>
          <w:tcPr>
            <w:tcW w:w="4536" w:type="dxa"/>
            <w:shd w:val="clear" w:color="auto" w:fill="1F4E78"/>
            <w:tcMar>
              <w:top w:w="80" w:type="dxa"/>
              <w:left w:w="80" w:type="dxa"/>
              <w:bottom w:w="80" w:type="dxa"/>
              <w:right w:w="80" w:type="dxa"/>
            </w:tcMar>
          </w:tcPr>
          <w:p w14:paraId="0A667B87" w14:textId="77777777" w:rsidR="00D8042F" w:rsidRDefault="007A4ED0">
            <w:pPr>
              <w:jc w:val="center"/>
            </w:pPr>
            <w:r>
              <w:rPr>
                <w:b/>
                <w:color w:val="FFFFFF"/>
                <w:sz w:val="18"/>
              </w:rPr>
              <w:t>金額</w:t>
            </w:r>
          </w:p>
        </w:tc>
      </w:tr>
      <w:tr w:rsidR="00D8042F" w14:paraId="49675AF6" w14:textId="77777777">
        <w:trPr>
          <w:jc w:val="center"/>
        </w:trPr>
        <w:tc>
          <w:tcPr>
            <w:tcW w:w="5386" w:type="dxa"/>
            <w:tcMar>
              <w:top w:w="80" w:type="dxa"/>
              <w:left w:w="80" w:type="dxa"/>
              <w:bottom w:w="80" w:type="dxa"/>
              <w:right w:w="80" w:type="dxa"/>
            </w:tcMar>
            <w:vAlign w:val="center"/>
          </w:tcPr>
          <w:p w14:paraId="73AAB239" w14:textId="77777777" w:rsidR="00D8042F" w:rsidRDefault="007A4ED0">
            <w:pPr>
              <w:rPr>
                <w:lang w:eastAsia="ja-JP"/>
              </w:rPr>
            </w:pPr>
            <w:r>
              <w:rPr>
                <w:sz w:val="18"/>
                <w:lang w:eastAsia="ja-JP"/>
              </w:rPr>
              <w:t>見積金額（消費税及び地方消費税相当額を除く）</w:t>
            </w:r>
          </w:p>
        </w:tc>
        <w:tc>
          <w:tcPr>
            <w:tcW w:w="4536" w:type="dxa"/>
            <w:tcMar>
              <w:top w:w="80" w:type="dxa"/>
              <w:left w:w="80" w:type="dxa"/>
              <w:bottom w:w="80" w:type="dxa"/>
              <w:right w:w="80" w:type="dxa"/>
            </w:tcMar>
            <w:vAlign w:val="center"/>
          </w:tcPr>
          <w:p w14:paraId="7684380E" w14:textId="77777777" w:rsidR="00D8042F" w:rsidRDefault="007A4ED0">
            <w:r>
              <w:rPr>
                <w:sz w:val="18"/>
              </w:rPr>
              <w:t>金　　　　　　　　　　　　　　　　円</w:t>
            </w:r>
          </w:p>
        </w:tc>
      </w:tr>
      <w:tr w:rsidR="00D8042F" w14:paraId="05234F84" w14:textId="77777777">
        <w:trPr>
          <w:jc w:val="center"/>
        </w:trPr>
        <w:tc>
          <w:tcPr>
            <w:tcW w:w="5386" w:type="dxa"/>
            <w:tcMar>
              <w:top w:w="80" w:type="dxa"/>
              <w:left w:w="80" w:type="dxa"/>
              <w:bottom w:w="80" w:type="dxa"/>
              <w:right w:w="80" w:type="dxa"/>
            </w:tcMar>
            <w:vAlign w:val="center"/>
          </w:tcPr>
          <w:p w14:paraId="1D195C2C" w14:textId="77777777" w:rsidR="00D8042F" w:rsidRDefault="007A4ED0">
            <w:pPr>
              <w:rPr>
                <w:lang w:eastAsia="ja-JP"/>
              </w:rPr>
            </w:pPr>
            <w:r>
              <w:rPr>
                <w:sz w:val="18"/>
                <w:lang w:eastAsia="ja-JP"/>
              </w:rPr>
              <w:t>消費税及び地方消費税相当額</w:t>
            </w:r>
          </w:p>
        </w:tc>
        <w:tc>
          <w:tcPr>
            <w:tcW w:w="4536" w:type="dxa"/>
            <w:tcMar>
              <w:top w:w="80" w:type="dxa"/>
              <w:left w:w="80" w:type="dxa"/>
              <w:bottom w:w="80" w:type="dxa"/>
              <w:right w:w="80" w:type="dxa"/>
            </w:tcMar>
            <w:vAlign w:val="center"/>
          </w:tcPr>
          <w:p w14:paraId="70F1BE6D" w14:textId="77777777" w:rsidR="00D8042F" w:rsidRDefault="007A4ED0">
            <w:r>
              <w:rPr>
                <w:sz w:val="18"/>
              </w:rPr>
              <w:t>金　　　　　　　　　　　　　　　　円</w:t>
            </w:r>
          </w:p>
        </w:tc>
      </w:tr>
      <w:tr w:rsidR="00D8042F" w14:paraId="26F0373E" w14:textId="77777777">
        <w:trPr>
          <w:jc w:val="center"/>
        </w:trPr>
        <w:tc>
          <w:tcPr>
            <w:tcW w:w="5386" w:type="dxa"/>
            <w:tcMar>
              <w:top w:w="80" w:type="dxa"/>
              <w:left w:w="80" w:type="dxa"/>
              <w:bottom w:w="80" w:type="dxa"/>
              <w:right w:w="80" w:type="dxa"/>
            </w:tcMar>
            <w:vAlign w:val="center"/>
          </w:tcPr>
          <w:p w14:paraId="36AE2E6E" w14:textId="77777777" w:rsidR="00D8042F" w:rsidRDefault="007A4ED0">
            <w:r>
              <w:rPr>
                <w:sz w:val="18"/>
              </w:rPr>
              <w:t>見積総額</w:t>
            </w:r>
          </w:p>
        </w:tc>
        <w:tc>
          <w:tcPr>
            <w:tcW w:w="4536" w:type="dxa"/>
            <w:tcMar>
              <w:top w:w="80" w:type="dxa"/>
              <w:left w:w="80" w:type="dxa"/>
              <w:bottom w:w="80" w:type="dxa"/>
              <w:right w:w="80" w:type="dxa"/>
            </w:tcMar>
            <w:vAlign w:val="center"/>
          </w:tcPr>
          <w:p w14:paraId="533803A2" w14:textId="77777777" w:rsidR="00D8042F" w:rsidRDefault="007A4ED0">
            <w:r>
              <w:rPr>
                <w:sz w:val="18"/>
              </w:rPr>
              <w:t>金　　　　　　　　　　　　　　　　円</w:t>
            </w:r>
          </w:p>
        </w:tc>
      </w:tr>
    </w:tbl>
    <w:p w14:paraId="688413BF" w14:textId="77777777" w:rsidR="00D8042F" w:rsidRDefault="007A4ED0">
      <w:pPr>
        <w:rPr>
          <w:lang w:eastAsia="ja-JP"/>
        </w:rPr>
      </w:pPr>
      <w:r>
        <w:rPr>
          <w:lang w:eastAsia="ja-JP"/>
        </w:rPr>
        <w:t>業務名：種子島開発総合センターリニューアル基本構想・基本計画策定業務委託</w:t>
      </w:r>
    </w:p>
    <w:p w14:paraId="2DF67881" w14:textId="77777777" w:rsidR="00D8042F" w:rsidRDefault="007A4ED0">
      <w:pPr>
        <w:rPr>
          <w:lang w:eastAsia="ja-JP"/>
        </w:rPr>
      </w:pPr>
      <w:r>
        <w:rPr>
          <w:lang w:eastAsia="ja-JP"/>
        </w:rPr>
        <w:t>※</w:t>
      </w:r>
      <w:r>
        <w:rPr>
          <w:lang w:eastAsia="ja-JP"/>
        </w:rPr>
        <w:t>旅費、通信費、印刷費、現地調査費その他本業務に必要な経費を含めてください。見積総額は業務委託上限額を超えないこと。見積内訳書を添付し、実施要領に従って封かんしてください。</w:t>
      </w:r>
    </w:p>
    <w:p w14:paraId="6379B8D7" w14:textId="77777777" w:rsidR="00D8042F" w:rsidRDefault="007A4ED0">
      <w:pPr>
        <w:rPr>
          <w:lang w:eastAsia="ja-JP"/>
        </w:rPr>
      </w:pPr>
      <w:r>
        <w:rPr>
          <w:lang w:eastAsia="ja-JP"/>
        </w:rPr>
        <w:br w:type="page"/>
      </w:r>
    </w:p>
    <w:p w14:paraId="4FB4F0FD" w14:textId="77777777" w:rsidR="00D8042F" w:rsidRDefault="007A4ED0">
      <w:pPr>
        <w:jc w:val="right"/>
      </w:pPr>
      <w:r>
        <w:rPr>
          <w:b/>
        </w:rPr>
        <w:lastRenderedPageBreak/>
        <w:t>様式第</w:t>
      </w:r>
      <w:r>
        <w:rPr>
          <w:b/>
        </w:rPr>
        <w:t>18</w:t>
      </w:r>
      <w:r>
        <w:rPr>
          <w:b/>
        </w:rPr>
        <w:t>号</w:t>
      </w:r>
    </w:p>
    <w:p w14:paraId="6B8DEE6D" w14:textId="77777777" w:rsidR="00D8042F" w:rsidRDefault="007A4ED0">
      <w:pPr>
        <w:jc w:val="center"/>
      </w:pPr>
      <w:r>
        <w:rPr>
          <w:b/>
          <w:sz w:val="32"/>
        </w:rPr>
        <w:t>業務見積内訳書</w:t>
      </w:r>
    </w:p>
    <w:p w14:paraId="3F00C79B" w14:textId="77777777" w:rsidR="00D8042F" w:rsidRDefault="007A4ED0">
      <w:pPr>
        <w:jc w:val="right"/>
        <w:rPr>
          <w:lang w:eastAsia="ja-JP"/>
        </w:rPr>
      </w:pPr>
      <w:r>
        <w:rPr>
          <w:color w:val="666666"/>
          <w:sz w:val="16"/>
          <w:lang w:eastAsia="ja-JP"/>
        </w:rPr>
        <w:t>（根拠：実施要領第</w:t>
      </w:r>
      <w:r>
        <w:rPr>
          <w:color w:val="666666"/>
          <w:sz w:val="16"/>
          <w:lang w:eastAsia="ja-JP"/>
        </w:rPr>
        <w:t>11-1</w:t>
      </w:r>
      <w:r>
        <w:rPr>
          <w:color w:val="666666"/>
          <w:sz w:val="16"/>
          <w:lang w:eastAsia="ja-JP"/>
        </w:rPr>
        <w:t>・第</w:t>
      </w:r>
      <w:r>
        <w:rPr>
          <w:color w:val="666666"/>
          <w:sz w:val="16"/>
          <w:lang w:eastAsia="ja-JP"/>
        </w:rPr>
        <w:t>14</w:t>
      </w:r>
      <w:r>
        <w:rPr>
          <w:color w:val="666666"/>
          <w:sz w:val="16"/>
          <w:lang w:eastAsia="ja-JP"/>
        </w:rPr>
        <w:t>、仕様書第</w:t>
      </w:r>
      <w:r>
        <w:rPr>
          <w:color w:val="666666"/>
          <w:sz w:val="16"/>
          <w:lang w:eastAsia="ja-JP"/>
        </w:rPr>
        <w:t>18</w:t>
      </w:r>
      <w:r>
        <w:rPr>
          <w:color w:val="666666"/>
          <w:sz w:val="16"/>
          <w:lang w:eastAsia="ja-JP"/>
        </w:rPr>
        <w:t>）</w:t>
      </w:r>
    </w:p>
    <w:tbl>
      <w:tblPr>
        <w:tblStyle w:val="afe"/>
        <w:tblW w:w="0" w:type="auto"/>
        <w:jc w:val="center"/>
        <w:tblLook w:val="04A0" w:firstRow="1" w:lastRow="0" w:firstColumn="1" w:lastColumn="0" w:noHBand="0" w:noVBand="1"/>
      </w:tblPr>
      <w:tblGrid>
        <w:gridCol w:w="3535"/>
        <w:gridCol w:w="1851"/>
        <w:gridCol w:w="1395"/>
        <w:gridCol w:w="1492"/>
        <w:gridCol w:w="1973"/>
      </w:tblGrid>
      <w:tr w:rsidR="00D8042F" w14:paraId="11DAB986" w14:textId="77777777">
        <w:trPr>
          <w:tblHeader/>
          <w:jc w:val="center"/>
        </w:trPr>
        <w:tc>
          <w:tcPr>
            <w:tcW w:w="4082" w:type="dxa"/>
            <w:shd w:val="clear" w:color="auto" w:fill="1F4E78"/>
            <w:tcMar>
              <w:top w:w="80" w:type="dxa"/>
              <w:left w:w="80" w:type="dxa"/>
              <w:bottom w:w="80" w:type="dxa"/>
              <w:right w:w="80" w:type="dxa"/>
            </w:tcMar>
          </w:tcPr>
          <w:p w14:paraId="1BF65077" w14:textId="77777777" w:rsidR="00D8042F" w:rsidRDefault="007A4ED0">
            <w:pPr>
              <w:jc w:val="center"/>
            </w:pPr>
            <w:proofErr w:type="spellStart"/>
            <w:r>
              <w:rPr>
                <w:b/>
                <w:color w:val="FFFFFF"/>
                <w:sz w:val="15"/>
              </w:rPr>
              <w:t>業務区分</w:t>
            </w:r>
            <w:proofErr w:type="spellEnd"/>
          </w:p>
        </w:tc>
        <w:tc>
          <w:tcPr>
            <w:tcW w:w="2097" w:type="dxa"/>
            <w:shd w:val="clear" w:color="auto" w:fill="1F4E78"/>
            <w:tcMar>
              <w:top w:w="80" w:type="dxa"/>
              <w:left w:w="80" w:type="dxa"/>
              <w:bottom w:w="80" w:type="dxa"/>
              <w:right w:w="80" w:type="dxa"/>
            </w:tcMar>
          </w:tcPr>
          <w:p w14:paraId="53799FD3" w14:textId="77777777" w:rsidR="00D8042F" w:rsidRDefault="007A4ED0">
            <w:pPr>
              <w:jc w:val="center"/>
            </w:pPr>
            <w:r>
              <w:rPr>
                <w:b/>
                <w:color w:val="FFFFFF"/>
                <w:sz w:val="15"/>
              </w:rPr>
              <w:t>人員・工数／数量</w:t>
            </w:r>
          </w:p>
        </w:tc>
        <w:tc>
          <w:tcPr>
            <w:tcW w:w="1587" w:type="dxa"/>
            <w:shd w:val="clear" w:color="auto" w:fill="1F4E78"/>
            <w:tcMar>
              <w:top w:w="80" w:type="dxa"/>
              <w:left w:w="80" w:type="dxa"/>
              <w:bottom w:w="80" w:type="dxa"/>
              <w:right w:w="80" w:type="dxa"/>
            </w:tcMar>
          </w:tcPr>
          <w:p w14:paraId="7BF53D23" w14:textId="77777777" w:rsidR="00D8042F" w:rsidRDefault="007A4ED0">
            <w:pPr>
              <w:jc w:val="center"/>
            </w:pPr>
            <w:r>
              <w:rPr>
                <w:b/>
                <w:color w:val="FFFFFF"/>
                <w:sz w:val="15"/>
              </w:rPr>
              <w:t>単価</w:t>
            </w:r>
          </w:p>
        </w:tc>
        <w:tc>
          <w:tcPr>
            <w:tcW w:w="1701" w:type="dxa"/>
            <w:shd w:val="clear" w:color="auto" w:fill="1F4E78"/>
            <w:tcMar>
              <w:top w:w="80" w:type="dxa"/>
              <w:left w:w="80" w:type="dxa"/>
              <w:bottom w:w="80" w:type="dxa"/>
              <w:right w:w="80" w:type="dxa"/>
            </w:tcMar>
          </w:tcPr>
          <w:p w14:paraId="0A375F9B" w14:textId="77777777" w:rsidR="00D8042F" w:rsidRDefault="007A4ED0">
            <w:pPr>
              <w:jc w:val="center"/>
            </w:pPr>
            <w:r>
              <w:rPr>
                <w:b/>
                <w:color w:val="FFFFFF"/>
                <w:sz w:val="15"/>
              </w:rPr>
              <w:t>金額</w:t>
            </w:r>
          </w:p>
        </w:tc>
        <w:tc>
          <w:tcPr>
            <w:tcW w:w="2268" w:type="dxa"/>
            <w:shd w:val="clear" w:color="auto" w:fill="1F4E78"/>
            <w:tcMar>
              <w:top w:w="80" w:type="dxa"/>
              <w:left w:w="80" w:type="dxa"/>
              <w:bottom w:w="80" w:type="dxa"/>
              <w:right w:w="80" w:type="dxa"/>
            </w:tcMar>
          </w:tcPr>
          <w:p w14:paraId="095B6267" w14:textId="77777777" w:rsidR="00D8042F" w:rsidRDefault="007A4ED0">
            <w:pPr>
              <w:jc w:val="center"/>
            </w:pPr>
            <w:r>
              <w:rPr>
                <w:b/>
                <w:color w:val="FFFFFF"/>
                <w:sz w:val="15"/>
              </w:rPr>
              <w:t>備考</w:t>
            </w:r>
          </w:p>
        </w:tc>
      </w:tr>
      <w:tr w:rsidR="00D8042F" w14:paraId="20028367" w14:textId="77777777">
        <w:trPr>
          <w:trHeight w:val="499"/>
          <w:jc w:val="center"/>
        </w:trPr>
        <w:tc>
          <w:tcPr>
            <w:tcW w:w="4082" w:type="dxa"/>
            <w:tcMar>
              <w:top w:w="80" w:type="dxa"/>
              <w:left w:w="80" w:type="dxa"/>
              <w:bottom w:w="80" w:type="dxa"/>
              <w:right w:w="80" w:type="dxa"/>
            </w:tcMar>
            <w:vAlign w:val="center"/>
          </w:tcPr>
          <w:p w14:paraId="0F0C14B0" w14:textId="77777777" w:rsidR="00D8042F" w:rsidRDefault="007A4ED0">
            <w:r>
              <w:rPr>
                <w:sz w:val="15"/>
              </w:rPr>
              <w:t xml:space="preserve">1 </w:t>
            </w:r>
            <w:r>
              <w:rPr>
                <w:sz w:val="15"/>
              </w:rPr>
              <w:t>業務着手・進行管理</w:t>
            </w:r>
          </w:p>
        </w:tc>
        <w:tc>
          <w:tcPr>
            <w:tcW w:w="2097" w:type="dxa"/>
            <w:tcMar>
              <w:top w:w="80" w:type="dxa"/>
              <w:left w:w="80" w:type="dxa"/>
              <w:bottom w:w="80" w:type="dxa"/>
              <w:right w:w="80" w:type="dxa"/>
            </w:tcMar>
            <w:vAlign w:val="center"/>
          </w:tcPr>
          <w:p w14:paraId="5D825098" w14:textId="77777777" w:rsidR="00D8042F" w:rsidRDefault="00D8042F"/>
        </w:tc>
        <w:tc>
          <w:tcPr>
            <w:tcW w:w="1587" w:type="dxa"/>
            <w:tcMar>
              <w:top w:w="80" w:type="dxa"/>
              <w:left w:w="80" w:type="dxa"/>
              <w:bottom w:w="80" w:type="dxa"/>
              <w:right w:w="80" w:type="dxa"/>
            </w:tcMar>
            <w:vAlign w:val="center"/>
          </w:tcPr>
          <w:p w14:paraId="6B5ABAF2" w14:textId="77777777" w:rsidR="00D8042F" w:rsidRDefault="00D8042F"/>
        </w:tc>
        <w:tc>
          <w:tcPr>
            <w:tcW w:w="1701" w:type="dxa"/>
            <w:tcMar>
              <w:top w:w="80" w:type="dxa"/>
              <w:left w:w="80" w:type="dxa"/>
              <w:bottom w:w="80" w:type="dxa"/>
              <w:right w:w="80" w:type="dxa"/>
            </w:tcMar>
            <w:vAlign w:val="center"/>
          </w:tcPr>
          <w:p w14:paraId="12C2CD0E" w14:textId="77777777" w:rsidR="00D8042F" w:rsidRDefault="00D8042F"/>
        </w:tc>
        <w:tc>
          <w:tcPr>
            <w:tcW w:w="2268" w:type="dxa"/>
            <w:tcMar>
              <w:top w:w="80" w:type="dxa"/>
              <w:left w:w="80" w:type="dxa"/>
              <w:bottom w:w="80" w:type="dxa"/>
              <w:right w:w="80" w:type="dxa"/>
            </w:tcMar>
            <w:vAlign w:val="center"/>
          </w:tcPr>
          <w:p w14:paraId="56413E5E" w14:textId="77777777" w:rsidR="00D8042F" w:rsidRDefault="00D8042F"/>
        </w:tc>
      </w:tr>
      <w:tr w:rsidR="00D8042F" w14:paraId="43E1799A" w14:textId="77777777">
        <w:trPr>
          <w:trHeight w:val="499"/>
          <w:jc w:val="center"/>
        </w:trPr>
        <w:tc>
          <w:tcPr>
            <w:tcW w:w="4082" w:type="dxa"/>
            <w:tcMar>
              <w:top w:w="80" w:type="dxa"/>
              <w:left w:w="80" w:type="dxa"/>
              <w:bottom w:w="80" w:type="dxa"/>
              <w:right w:w="80" w:type="dxa"/>
            </w:tcMar>
            <w:vAlign w:val="center"/>
          </w:tcPr>
          <w:p w14:paraId="1B77C56F" w14:textId="77777777" w:rsidR="00D8042F" w:rsidRDefault="007A4ED0">
            <w:r>
              <w:rPr>
                <w:sz w:val="15"/>
              </w:rPr>
              <w:t xml:space="preserve">2 </w:t>
            </w:r>
            <w:r>
              <w:rPr>
                <w:sz w:val="15"/>
              </w:rPr>
              <w:t>現況・課題調査</w:t>
            </w:r>
          </w:p>
        </w:tc>
        <w:tc>
          <w:tcPr>
            <w:tcW w:w="2097" w:type="dxa"/>
            <w:tcMar>
              <w:top w:w="80" w:type="dxa"/>
              <w:left w:w="80" w:type="dxa"/>
              <w:bottom w:w="80" w:type="dxa"/>
              <w:right w:w="80" w:type="dxa"/>
            </w:tcMar>
            <w:vAlign w:val="center"/>
          </w:tcPr>
          <w:p w14:paraId="5CDE03F2" w14:textId="77777777" w:rsidR="00D8042F" w:rsidRDefault="00D8042F"/>
        </w:tc>
        <w:tc>
          <w:tcPr>
            <w:tcW w:w="1587" w:type="dxa"/>
            <w:tcMar>
              <w:top w:w="80" w:type="dxa"/>
              <w:left w:w="80" w:type="dxa"/>
              <w:bottom w:w="80" w:type="dxa"/>
              <w:right w:w="80" w:type="dxa"/>
            </w:tcMar>
            <w:vAlign w:val="center"/>
          </w:tcPr>
          <w:p w14:paraId="4C4A45D6" w14:textId="77777777" w:rsidR="00D8042F" w:rsidRDefault="00D8042F"/>
        </w:tc>
        <w:tc>
          <w:tcPr>
            <w:tcW w:w="1701" w:type="dxa"/>
            <w:tcMar>
              <w:top w:w="80" w:type="dxa"/>
              <w:left w:w="80" w:type="dxa"/>
              <w:bottom w:w="80" w:type="dxa"/>
              <w:right w:w="80" w:type="dxa"/>
            </w:tcMar>
            <w:vAlign w:val="center"/>
          </w:tcPr>
          <w:p w14:paraId="5866044C" w14:textId="77777777" w:rsidR="00D8042F" w:rsidRDefault="00D8042F"/>
        </w:tc>
        <w:tc>
          <w:tcPr>
            <w:tcW w:w="2268" w:type="dxa"/>
            <w:tcMar>
              <w:top w:w="80" w:type="dxa"/>
              <w:left w:w="80" w:type="dxa"/>
              <w:bottom w:w="80" w:type="dxa"/>
              <w:right w:w="80" w:type="dxa"/>
            </w:tcMar>
            <w:vAlign w:val="center"/>
          </w:tcPr>
          <w:p w14:paraId="5CBFC47B" w14:textId="77777777" w:rsidR="00D8042F" w:rsidRDefault="00D8042F"/>
        </w:tc>
      </w:tr>
      <w:tr w:rsidR="00D8042F" w14:paraId="3B79CB4F" w14:textId="77777777">
        <w:trPr>
          <w:trHeight w:val="499"/>
          <w:jc w:val="center"/>
        </w:trPr>
        <w:tc>
          <w:tcPr>
            <w:tcW w:w="4082" w:type="dxa"/>
            <w:tcMar>
              <w:top w:w="80" w:type="dxa"/>
              <w:left w:w="80" w:type="dxa"/>
              <w:bottom w:w="80" w:type="dxa"/>
              <w:right w:w="80" w:type="dxa"/>
            </w:tcMar>
            <w:vAlign w:val="center"/>
          </w:tcPr>
          <w:p w14:paraId="3C02D765" w14:textId="77777777" w:rsidR="00D8042F" w:rsidRDefault="007A4ED0">
            <w:pPr>
              <w:rPr>
                <w:lang w:eastAsia="ja-JP"/>
              </w:rPr>
            </w:pPr>
            <w:r>
              <w:rPr>
                <w:sz w:val="15"/>
                <w:lang w:eastAsia="ja-JP"/>
              </w:rPr>
              <w:t xml:space="preserve">3 </w:t>
            </w:r>
            <w:r>
              <w:rPr>
                <w:sz w:val="15"/>
                <w:lang w:eastAsia="ja-JP"/>
              </w:rPr>
              <w:t>先進事例・類似施設調査</w:t>
            </w:r>
          </w:p>
        </w:tc>
        <w:tc>
          <w:tcPr>
            <w:tcW w:w="2097" w:type="dxa"/>
            <w:tcMar>
              <w:top w:w="80" w:type="dxa"/>
              <w:left w:w="80" w:type="dxa"/>
              <w:bottom w:w="80" w:type="dxa"/>
              <w:right w:w="80" w:type="dxa"/>
            </w:tcMar>
            <w:vAlign w:val="center"/>
          </w:tcPr>
          <w:p w14:paraId="540E1E59" w14:textId="77777777" w:rsidR="00D8042F" w:rsidRDefault="00D8042F">
            <w:pPr>
              <w:rPr>
                <w:lang w:eastAsia="ja-JP"/>
              </w:rPr>
            </w:pPr>
          </w:p>
        </w:tc>
        <w:tc>
          <w:tcPr>
            <w:tcW w:w="1587" w:type="dxa"/>
            <w:tcMar>
              <w:top w:w="80" w:type="dxa"/>
              <w:left w:w="80" w:type="dxa"/>
              <w:bottom w:w="80" w:type="dxa"/>
              <w:right w:w="80" w:type="dxa"/>
            </w:tcMar>
            <w:vAlign w:val="center"/>
          </w:tcPr>
          <w:p w14:paraId="3CAF224F" w14:textId="77777777" w:rsidR="00D8042F" w:rsidRDefault="00D8042F">
            <w:pPr>
              <w:rPr>
                <w:lang w:eastAsia="ja-JP"/>
              </w:rPr>
            </w:pPr>
          </w:p>
        </w:tc>
        <w:tc>
          <w:tcPr>
            <w:tcW w:w="1701" w:type="dxa"/>
            <w:tcMar>
              <w:top w:w="80" w:type="dxa"/>
              <w:left w:w="80" w:type="dxa"/>
              <w:bottom w:w="80" w:type="dxa"/>
              <w:right w:w="80" w:type="dxa"/>
            </w:tcMar>
            <w:vAlign w:val="center"/>
          </w:tcPr>
          <w:p w14:paraId="25C412B5" w14:textId="77777777" w:rsidR="00D8042F" w:rsidRDefault="00D8042F">
            <w:pPr>
              <w:rPr>
                <w:lang w:eastAsia="ja-JP"/>
              </w:rPr>
            </w:pPr>
          </w:p>
        </w:tc>
        <w:tc>
          <w:tcPr>
            <w:tcW w:w="2268" w:type="dxa"/>
            <w:tcMar>
              <w:top w:w="80" w:type="dxa"/>
              <w:left w:w="80" w:type="dxa"/>
              <w:bottom w:w="80" w:type="dxa"/>
              <w:right w:w="80" w:type="dxa"/>
            </w:tcMar>
            <w:vAlign w:val="center"/>
          </w:tcPr>
          <w:p w14:paraId="6E0E73B5" w14:textId="77777777" w:rsidR="00D8042F" w:rsidRDefault="00D8042F">
            <w:pPr>
              <w:rPr>
                <w:lang w:eastAsia="ja-JP"/>
              </w:rPr>
            </w:pPr>
          </w:p>
        </w:tc>
      </w:tr>
      <w:tr w:rsidR="00D8042F" w14:paraId="678E32FD" w14:textId="77777777">
        <w:trPr>
          <w:trHeight w:val="499"/>
          <w:jc w:val="center"/>
        </w:trPr>
        <w:tc>
          <w:tcPr>
            <w:tcW w:w="4082" w:type="dxa"/>
            <w:tcMar>
              <w:top w:w="80" w:type="dxa"/>
              <w:left w:w="80" w:type="dxa"/>
              <w:bottom w:w="80" w:type="dxa"/>
              <w:right w:w="80" w:type="dxa"/>
            </w:tcMar>
            <w:vAlign w:val="center"/>
          </w:tcPr>
          <w:p w14:paraId="4A79668C" w14:textId="77777777" w:rsidR="00D8042F" w:rsidRDefault="007A4ED0">
            <w:r>
              <w:rPr>
                <w:sz w:val="15"/>
              </w:rPr>
              <w:t xml:space="preserve">4 </w:t>
            </w:r>
            <w:proofErr w:type="spellStart"/>
            <w:r>
              <w:rPr>
                <w:sz w:val="15"/>
              </w:rPr>
              <w:t>基本構想の策定</w:t>
            </w:r>
            <w:proofErr w:type="spellEnd"/>
          </w:p>
        </w:tc>
        <w:tc>
          <w:tcPr>
            <w:tcW w:w="2097" w:type="dxa"/>
            <w:tcMar>
              <w:top w:w="80" w:type="dxa"/>
              <w:left w:w="80" w:type="dxa"/>
              <w:bottom w:w="80" w:type="dxa"/>
              <w:right w:w="80" w:type="dxa"/>
            </w:tcMar>
            <w:vAlign w:val="center"/>
          </w:tcPr>
          <w:p w14:paraId="2E5FE253" w14:textId="77777777" w:rsidR="00D8042F" w:rsidRDefault="00D8042F"/>
        </w:tc>
        <w:tc>
          <w:tcPr>
            <w:tcW w:w="1587" w:type="dxa"/>
            <w:tcMar>
              <w:top w:w="80" w:type="dxa"/>
              <w:left w:w="80" w:type="dxa"/>
              <w:bottom w:w="80" w:type="dxa"/>
              <w:right w:w="80" w:type="dxa"/>
            </w:tcMar>
            <w:vAlign w:val="center"/>
          </w:tcPr>
          <w:p w14:paraId="2F7A5F59" w14:textId="77777777" w:rsidR="00D8042F" w:rsidRDefault="00D8042F"/>
        </w:tc>
        <w:tc>
          <w:tcPr>
            <w:tcW w:w="1701" w:type="dxa"/>
            <w:tcMar>
              <w:top w:w="80" w:type="dxa"/>
              <w:left w:w="80" w:type="dxa"/>
              <w:bottom w:w="80" w:type="dxa"/>
              <w:right w:w="80" w:type="dxa"/>
            </w:tcMar>
            <w:vAlign w:val="center"/>
          </w:tcPr>
          <w:p w14:paraId="04A8A0F8" w14:textId="77777777" w:rsidR="00D8042F" w:rsidRDefault="00D8042F"/>
        </w:tc>
        <w:tc>
          <w:tcPr>
            <w:tcW w:w="2268" w:type="dxa"/>
            <w:tcMar>
              <w:top w:w="80" w:type="dxa"/>
              <w:left w:w="80" w:type="dxa"/>
              <w:bottom w:w="80" w:type="dxa"/>
              <w:right w:w="80" w:type="dxa"/>
            </w:tcMar>
            <w:vAlign w:val="center"/>
          </w:tcPr>
          <w:p w14:paraId="5433F015" w14:textId="77777777" w:rsidR="00D8042F" w:rsidRDefault="00D8042F"/>
        </w:tc>
      </w:tr>
      <w:tr w:rsidR="00D8042F" w14:paraId="316E723A" w14:textId="77777777">
        <w:trPr>
          <w:trHeight w:val="499"/>
          <w:jc w:val="center"/>
        </w:trPr>
        <w:tc>
          <w:tcPr>
            <w:tcW w:w="4082" w:type="dxa"/>
            <w:tcMar>
              <w:top w:w="80" w:type="dxa"/>
              <w:left w:w="80" w:type="dxa"/>
              <w:bottom w:w="80" w:type="dxa"/>
              <w:right w:w="80" w:type="dxa"/>
            </w:tcMar>
            <w:vAlign w:val="center"/>
          </w:tcPr>
          <w:p w14:paraId="5546FA30" w14:textId="77777777" w:rsidR="00D8042F" w:rsidRDefault="007A4ED0">
            <w:pPr>
              <w:rPr>
                <w:lang w:eastAsia="ja-JP"/>
              </w:rPr>
            </w:pPr>
            <w:r>
              <w:rPr>
                <w:sz w:val="15"/>
                <w:lang w:eastAsia="ja-JP"/>
              </w:rPr>
              <w:t xml:space="preserve">5 </w:t>
            </w:r>
            <w:r>
              <w:rPr>
                <w:sz w:val="15"/>
                <w:lang w:eastAsia="ja-JP"/>
              </w:rPr>
              <w:t>機能・諸室・規模計画</w:t>
            </w:r>
          </w:p>
        </w:tc>
        <w:tc>
          <w:tcPr>
            <w:tcW w:w="2097" w:type="dxa"/>
            <w:tcMar>
              <w:top w:w="80" w:type="dxa"/>
              <w:left w:w="80" w:type="dxa"/>
              <w:bottom w:w="80" w:type="dxa"/>
              <w:right w:w="80" w:type="dxa"/>
            </w:tcMar>
            <w:vAlign w:val="center"/>
          </w:tcPr>
          <w:p w14:paraId="1EF8DAF5" w14:textId="77777777" w:rsidR="00D8042F" w:rsidRDefault="00D8042F">
            <w:pPr>
              <w:rPr>
                <w:lang w:eastAsia="ja-JP"/>
              </w:rPr>
            </w:pPr>
          </w:p>
        </w:tc>
        <w:tc>
          <w:tcPr>
            <w:tcW w:w="1587" w:type="dxa"/>
            <w:tcMar>
              <w:top w:w="80" w:type="dxa"/>
              <w:left w:w="80" w:type="dxa"/>
              <w:bottom w:w="80" w:type="dxa"/>
              <w:right w:w="80" w:type="dxa"/>
            </w:tcMar>
            <w:vAlign w:val="center"/>
          </w:tcPr>
          <w:p w14:paraId="4BF4A279" w14:textId="77777777" w:rsidR="00D8042F" w:rsidRDefault="00D8042F">
            <w:pPr>
              <w:rPr>
                <w:lang w:eastAsia="ja-JP"/>
              </w:rPr>
            </w:pPr>
          </w:p>
        </w:tc>
        <w:tc>
          <w:tcPr>
            <w:tcW w:w="1701" w:type="dxa"/>
            <w:tcMar>
              <w:top w:w="80" w:type="dxa"/>
              <w:left w:w="80" w:type="dxa"/>
              <w:bottom w:w="80" w:type="dxa"/>
              <w:right w:w="80" w:type="dxa"/>
            </w:tcMar>
            <w:vAlign w:val="center"/>
          </w:tcPr>
          <w:p w14:paraId="0309E203" w14:textId="77777777" w:rsidR="00D8042F" w:rsidRDefault="00D8042F">
            <w:pPr>
              <w:rPr>
                <w:lang w:eastAsia="ja-JP"/>
              </w:rPr>
            </w:pPr>
          </w:p>
        </w:tc>
        <w:tc>
          <w:tcPr>
            <w:tcW w:w="2268" w:type="dxa"/>
            <w:tcMar>
              <w:top w:w="80" w:type="dxa"/>
              <w:left w:w="80" w:type="dxa"/>
              <w:bottom w:w="80" w:type="dxa"/>
              <w:right w:w="80" w:type="dxa"/>
            </w:tcMar>
            <w:vAlign w:val="center"/>
          </w:tcPr>
          <w:p w14:paraId="2D304FB4" w14:textId="77777777" w:rsidR="00D8042F" w:rsidRDefault="00D8042F">
            <w:pPr>
              <w:rPr>
                <w:lang w:eastAsia="ja-JP"/>
              </w:rPr>
            </w:pPr>
          </w:p>
        </w:tc>
      </w:tr>
      <w:tr w:rsidR="00D8042F" w14:paraId="049F3754" w14:textId="77777777">
        <w:trPr>
          <w:trHeight w:val="499"/>
          <w:jc w:val="center"/>
        </w:trPr>
        <w:tc>
          <w:tcPr>
            <w:tcW w:w="4082" w:type="dxa"/>
            <w:tcMar>
              <w:top w:w="80" w:type="dxa"/>
              <w:left w:w="80" w:type="dxa"/>
              <w:bottom w:w="80" w:type="dxa"/>
              <w:right w:w="80" w:type="dxa"/>
            </w:tcMar>
            <w:vAlign w:val="center"/>
          </w:tcPr>
          <w:p w14:paraId="7520F0A3" w14:textId="77777777" w:rsidR="00D8042F" w:rsidRDefault="007A4ED0">
            <w:pPr>
              <w:rPr>
                <w:lang w:eastAsia="ja-JP"/>
              </w:rPr>
            </w:pPr>
            <w:r>
              <w:rPr>
                <w:sz w:val="15"/>
                <w:lang w:eastAsia="ja-JP"/>
              </w:rPr>
              <w:t xml:space="preserve">6 </w:t>
            </w:r>
            <w:r>
              <w:rPr>
                <w:sz w:val="15"/>
                <w:lang w:eastAsia="ja-JP"/>
              </w:rPr>
              <w:t>整備手法・建築計画の比較</w:t>
            </w:r>
          </w:p>
        </w:tc>
        <w:tc>
          <w:tcPr>
            <w:tcW w:w="2097" w:type="dxa"/>
            <w:tcMar>
              <w:top w:w="80" w:type="dxa"/>
              <w:left w:w="80" w:type="dxa"/>
              <w:bottom w:w="80" w:type="dxa"/>
              <w:right w:w="80" w:type="dxa"/>
            </w:tcMar>
            <w:vAlign w:val="center"/>
          </w:tcPr>
          <w:p w14:paraId="0BBC87B1" w14:textId="77777777" w:rsidR="00D8042F" w:rsidRDefault="00D8042F">
            <w:pPr>
              <w:rPr>
                <w:lang w:eastAsia="ja-JP"/>
              </w:rPr>
            </w:pPr>
          </w:p>
        </w:tc>
        <w:tc>
          <w:tcPr>
            <w:tcW w:w="1587" w:type="dxa"/>
            <w:tcMar>
              <w:top w:w="80" w:type="dxa"/>
              <w:left w:w="80" w:type="dxa"/>
              <w:bottom w:w="80" w:type="dxa"/>
              <w:right w:w="80" w:type="dxa"/>
            </w:tcMar>
            <w:vAlign w:val="center"/>
          </w:tcPr>
          <w:p w14:paraId="5AAE491F" w14:textId="77777777" w:rsidR="00D8042F" w:rsidRDefault="00D8042F">
            <w:pPr>
              <w:rPr>
                <w:lang w:eastAsia="ja-JP"/>
              </w:rPr>
            </w:pPr>
          </w:p>
        </w:tc>
        <w:tc>
          <w:tcPr>
            <w:tcW w:w="1701" w:type="dxa"/>
            <w:tcMar>
              <w:top w:w="80" w:type="dxa"/>
              <w:left w:w="80" w:type="dxa"/>
              <w:bottom w:w="80" w:type="dxa"/>
              <w:right w:w="80" w:type="dxa"/>
            </w:tcMar>
            <w:vAlign w:val="center"/>
          </w:tcPr>
          <w:p w14:paraId="6B381076" w14:textId="77777777" w:rsidR="00D8042F" w:rsidRDefault="00D8042F">
            <w:pPr>
              <w:rPr>
                <w:lang w:eastAsia="ja-JP"/>
              </w:rPr>
            </w:pPr>
          </w:p>
        </w:tc>
        <w:tc>
          <w:tcPr>
            <w:tcW w:w="2268" w:type="dxa"/>
            <w:tcMar>
              <w:top w:w="80" w:type="dxa"/>
              <w:left w:w="80" w:type="dxa"/>
              <w:bottom w:w="80" w:type="dxa"/>
              <w:right w:w="80" w:type="dxa"/>
            </w:tcMar>
            <w:vAlign w:val="center"/>
          </w:tcPr>
          <w:p w14:paraId="60DC75C7" w14:textId="77777777" w:rsidR="00D8042F" w:rsidRDefault="00D8042F">
            <w:pPr>
              <w:rPr>
                <w:lang w:eastAsia="ja-JP"/>
              </w:rPr>
            </w:pPr>
          </w:p>
        </w:tc>
      </w:tr>
      <w:tr w:rsidR="00D8042F" w14:paraId="650675C6" w14:textId="77777777">
        <w:trPr>
          <w:trHeight w:val="499"/>
          <w:jc w:val="center"/>
        </w:trPr>
        <w:tc>
          <w:tcPr>
            <w:tcW w:w="4082" w:type="dxa"/>
            <w:tcMar>
              <w:top w:w="80" w:type="dxa"/>
              <w:left w:w="80" w:type="dxa"/>
              <w:bottom w:w="80" w:type="dxa"/>
              <w:right w:w="80" w:type="dxa"/>
            </w:tcMar>
            <w:vAlign w:val="center"/>
          </w:tcPr>
          <w:p w14:paraId="6B1A316F" w14:textId="77777777" w:rsidR="00D8042F" w:rsidRDefault="007A4ED0">
            <w:r>
              <w:rPr>
                <w:sz w:val="15"/>
              </w:rPr>
              <w:t xml:space="preserve">7 </w:t>
            </w:r>
            <w:proofErr w:type="spellStart"/>
            <w:r>
              <w:rPr>
                <w:sz w:val="15"/>
              </w:rPr>
              <w:t>展示・情報発信計画</w:t>
            </w:r>
            <w:proofErr w:type="spellEnd"/>
          </w:p>
        </w:tc>
        <w:tc>
          <w:tcPr>
            <w:tcW w:w="2097" w:type="dxa"/>
            <w:tcMar>
              <w:top w:w="80" w:type="dxa"/>
              <w:left w:w="80" w:type="dxa"/>
              <w:bottom w:w="80" w:type="dxa"/>
              <w:right w:w="80" w:type="dxa"/>
            </w:tcMar>
            <w:vAlign w:val="center"/>
          </w:tcPr>
          <w:p w14:paraId="66E757B3" w14:textId="77777777" w:rsidR="00D8042F" w:rsidRDefault="00D8042F"/>
        </w:tc>
        <w:tc>
          <w:tcPr>
            <w:tcW w:w="1587" w:type="dxa"/>
            <w:tcMar>
              <w:top w:w="80" w:type="dxa"/>
              <w:left w:w="80" w:type="dxa"/>
              <w:bottom w:w="80" w:type="dxa"/>
              <w:right w:w="80" w:type="dxa"/>
            </w:tcMar>
            <w:vAlign w:val="center"/>
          </w:tcPr>
          <w:p w14:paraId="541C48EA" w14:textId="77777777" w:rsidR="00D8042F" w:rsidRDefault="00D8042F"/>
        </w:tc>
        <w:tc>
          <w:tcPr>
            <w:tcW w:w="1701" w:type="dxa"/>
            <w:tcMar>
              <w:top w:w="80" w:type="dxa"/>
              <w:left w:w="80" w:type="dxa"/>
              <w:bottom w:w="80" w:type="dxa"/>
              <w:right w:w="80" w:type="dxa"/>
            </w:tcMar>
            <w:vAlign w:val="center"/>
          </w:tcPr>
          <w:p w14:paraId="5C261F82" w14:textId="77777777" w:rsidR="00D8042F" w:rsidRDefault="00D8042F"/>
        </w:tc>
        <w:tc>
          <w:tcPr>
            <w:tcW w:w="2268" w:type="dxa"/>
            <w:tcMar>
              <w:top w:w="80" w:type="dxa"/>
              <w:left w:w="80" w:type="dxa"/>
              <w:bottom w:w="80" w:type="dxa"/>
              <w:right w:w="80" w:type="dxa"/>
            </w:tcMar>
            <w:vAlign w:val="center"/>
          </w:tcPr>
          <w:p w14:paraId="3D93AAA6" w14:textId="77777777" w:rsidR="00D8042F" w:rsidRDefault="00D8042F"/>
        </w:tc>
      </w:tr>
      <w:tr w:rsidR="00D8042F" w14:paraId="6BA86ABA" w14:textId="77777777">
        <w:trPr>
          <w:trHeight w:val="499"/>
          <w:jc w:val="center"/>
        </w:trPr>
        <w:tc>
          <w:tcPr>
            <w:tcW w:w="4082" w:type="dxa"/>
            <w:tcMar>
              <w:top w:w="80" w:type="dxa"/>
              <w:left w:w="80" w:type="dxa"/>
              <w:bottom w:w="80" w:type="dxa"/>
              <w:right w:w="80" w:type="dxa"/>
            </w:tcMar>
            <w:vAlign w:val="center"/>
          </w:tcPr>
          <w:p w14:paraId="43E1141B" w14:textId="77777777" w:rsidR="00D8042F" w:rsidRDefault="007A4ED0">
            <w:pPr>
              <w:rPr>
                <w:lang w:eastAsia="ja-JP"/>
              </w:rPr>
            </w:pPr>
            <w:r>
              <w:rPr>
                <w:sz w:val="15"/>
                <w:lang w:eastAsia="ja-JP"/>
              </w:rPr>
              <w:t xml:space="preserve">8 </w:t>
            </w:r>
            <w:r>
              <w:rPr>
                <w:sz w:val="15"/>
                <w:lang w:eastAsia="ja-JP"/>
              </w:rPr>
              <w:t>収蔵・保存・調査研究計画</w:t>
            </w:r>
          </w:p>
        </w:tc>
        <w:tc>
          <w:tcPr>
            <w:tcW w:w="2097" w:type="dxa"/>
            <w:tcMar>
              <w:top w:w="80" w:type="dxa"/>
              <w:left w:w="80" w:type="dxa"/>
              <w:bottom w:w="80" w:type="dxa"/>
              <w:right w:w="80" w:type="dxa"/>
            </w:tcMar>
            <w:vAlign w:val="center"/>
          </w:tcPr>
          <w:p w14:paraId="2CCD2E38" w14:textId="77777777" w:rsidR="00D8042F" w:rsidRDefault="00D8042F">
            <w:pPr>
              <w:rPr>
                <w:lang w:eastAsia="ja-JP"/>
              </w:rPr>
            </w:pPr>
          </w:p>
        </w:tc>
        <w:tc>
          <w:tcPr>
            <w:tcW w:w="1587" w:type="dxa"/>
            <w:tcMar>
              <w:top w:w="80" w:type="dxa"/>
              <w:left w:w="80" w:type="dxa"/>
              <w:bottom w:w="80" w:type="dxa"/>
              <w:right w:w="80" w:type="dxa"/>
            </w:tcMar>
            <w:vAlign w:val="center"/>
          </w:tcPr>
          <w:p w14:paraId="5672EF16" w14:textId="77777777" w:rsidR="00D8042F" w:rsidRDefault="00D8042F">
            <w:pPr>
              <w:rPr>
                <w:lang w:eastAsia="ja-JP"/>
              </w:rPr>
            </w:pPr>
          </w:p>
        </w:tc>
        <w:tc>
          <w:tcPr>
            <w:tcW w:w="1701" w:type="dxa"/>
            <w:tcMar>
              <w:top w:w="80" w:type="dxa"/>
              <w:left w:w="80" w:type="dxa"/>
              <w:bottom w:w="80" w:type="dxa"/>
              <w:right w:w="80" w:type="dxa"/>
            </w:tcMar>
            <w:vAlign w:val="center"/>
          </w:tcPr>
          <w:p w14:paraId="124B098B" w14:textId="77777777" w:rsidR="00D8042F" w:rsidRDefault="00D8042F">
            <w:pPr>
              <w:rPr>
                <w:lang w:eastAsia="ja-JP"/>
              </w:rPr>
            </w:pPr>
          </w:p>
        </w:tc>
        <w:tc>
          <w:tcPr>
            <w:tcW w:w="2268" w:type="dxa"/>
            <w:tcMar>
              <w:top w:w="80" w:type="dxa"/>
              <w:left w:w="80" w:type="dxa"/>
              <w:bottom w:w="80" w:type="dxa"/>
              <w:right w:w="80" w:type="dxa"/>
            </w:tcMar>
            <w:vAlign w:val="center"/>
          </w:tcPr>
          <w:p w14:paraId="63B9D836" w14:textId="77777777" w:rsidR="00D8042F" w:rsidRDefault="00D8042F">
            <w:pPr>
              <w:rPr>
                <w:lang w:eastAsia="ja-JP"/>
              </w:rPr>
            </w:pPr>
          </w:p>
        </w:tc>
      </w:tr>
      <w:tr w:rsidR="00D8042F" w14:paraId="1A4BD273" w14:textId="77777777">
        <w:trPr>
          <w:trHeight w:val="499"/>
          <w:jc w:val="center"/>
        </w:trPr>
        <w:tc>
          <w:tcPr>
            <w:tcW w:w="4082" w:type="dxa"/>
            <w:tcMar>
              <w:top w:w="80" w:type="dxa"/>
              <w:left w:w="80" w:type="dxa"/>
              <w:bottom w:w="80" w:type="dxa"/>
              <w:right w:w="80" w:type="dxa"/>
            </w:tcMar>
            <w:vAlign w:val="center"/>
          </w:tcPr>
          <w:p w14:paraId="37135CFA" w14:textId="77777777" w:rsidR="00D8042F" w:rsidRDefault="007A4ED0">
            <w:r>
              <w:rPr>
                <w:sz w:val="15"/>
              </w:rPr>
              <w:t xml:space="preserve">9 </w:t>
            </w:r>
            <w:proofErr w:type="spellStart"/>
            <w:r>
              <w:rPr>
                <w:sz w:val="15"/>
              </w:rPr>
              <w:t>管理運営計画</w:t>
            </w:r>
            <w:proofErr w:type="spellEnd"/>
          </w:p>
        </w:tc>
        <w:tc>
          <w:tcPr>
            <w:tcW w:w="2097" w:type="dxa"/>
            <w:tcMar>
              <w:top w:w="80" w:type="dxa"/>
              <w:left w:w="80" w:type="dxa"/>
              <w:bottom w:w="80" w:type="dxa"/>
              <w:right w:w="80" w:type="dxa"/>
            </w:tcMar>
            <w:vAlign w:val="center"/>
          </w:tcPr>
          <w:p w14:paraId="7CE2C2F3" w14:textId="77777777" w:rsidR="00D8042F" w:rsidRDefault="00D8042F"/>
        </w:tc>
        <w:tc>
          <w:tcPr>
            <w:tcW w:w="1587" w:type="dxa"/>
            <w:tcMar>
              <w:top w:w="80" w:type="dxa"/>
              <w:left w:w="80" w:type="dxa"/>
              <w:bottom w:w="80" w:type="dxa"/>
              <w:right w:w="80" w:type="dxa"/>
            </w:tcMar>
            <w:vAlign w:val="center"/>
          </w:tcPr>
          <w:p w14:paraId="225DE635" w14:textId="77777777" w:rsidR="00D8042F" w:rsidRDefault="00D8042F"/>
        </w:tc>
        <w:tc>
          <w:tcPr>
            <w:tcW w:w="1701" w:type="dxa"/>
            <w:tcMar>
              <w:top w:w="80" w:type="dxa"/>
              <w:left w:w="80" w:type="dxa"/>
              <w:bottom w:w="80" w:type="dxa"/>
              <w:right w:w="80" w:type="dxa"/>
            </w:tcMar>
            <w:vAlign w:val="center"/>
          </w:tcPr>
          <w:p w14:paraId="07553189" w14:textId="77777777" w:rsidR="00D8042F" w:rsidRDefault="00D8042F"/>
        </w:tc>
        <w:tc>
          <w:tcPr>
            <w:tcW w:w="2268" w:type="dxa"/>
            <w:tcMar>
              <w:top w:w="80" w:type="dxa"/>
              <w:left w:w="80" w:type="dxa"/>
              <w:bottom w:w="80" w:type="dxa"/>
              <w:right w:w="80" w:type="dxa"/>
            </w:tcMar>
            <w:vAlign w:val="center"/>
          </w:tcPr>
          <w:p w14:paraId="6A5A03AC" w14:textId="77777777" w:rsidR="00D8042F" w:rsidRDefault="00D8042F"/>
        </w:tc>
      </w:tr>
      <w:tr w:rsidR="00D8042F" w14:paraId="2FA21744" w14:textId="77777777">
        <w:trPr>
          <w:trHeight w:val="499"/>
          <w:jc w:val="center"/>
        </w:trPr>
        <w:tc>
          <w:tcPr>
            <w:tcW w:w="4082" w:type="dxa"/>
            <w:tcMar>
              <w:top w:w="80" w:type="dxa"/>
              <w:left w:w="80" w:type="dxa"/>
              <w:bottom w:w="80" w:type="dxa"/>
              <w:right w:w="80" w:type="dxa"/>
            </w:tcMar>
            <w:vAlign w:val="center"/>
          </w:tcPr>
          <w:p w14:paraId="69D54E02" w14:textId="77777777" w:rsidR="00D8042F" w:rsidRDefault="007A4ED0">
            <w:pPr>
              <w:rPr>
                <w:lang w:eastAsia="ja-JP"/>
              </w:rPr>
            </w:pPr>
            <w:r>
              <w:rPr>
                <w:sz w:val="15"/>
                <w:lang w:eastAsia="ja-JP"/>
              </w:rPr>
              <w:t xml:space="preserve">10 </w:t>
            </w:r>
            <w:r>
              <w:rPr>
                <w:sz w:val="15"/>
                <w:lang w:eastAsia="ja-JP"/>
              </w:rPr>
              <w:t>ユニバーサルデザイン・利用者サービス</w:t>
            </w:r>
          </w:p>
        </w:tc>
        <w:tc>
          <w:tcPr>
            <w:tcW w:w="2097" w:type="dxa"/>
            <w:tcMar>
              <w:top w:w="80" w:type="dxa"/>
              <w:left w:w="80" w:type="dxa"/>
              <w:bottom w:w="80" w:type="dxa"/>
              <w:right w:w="80" w:type="dxa"/>
            </w:tcMar>
            <w:vAlign w:val="center"/>
          </w:tcPr>
          <w:p w14:paraId="371E8076" w14:textId="77777777" w:rsidR="00D8042F" w:rsidRDefault="00D8042F">
            <w:pPr>
              <w:rPr>
                <w:lang w:eastAsia="ja-JP"/>
              </w:rPr>
            </w:pPr>
          </w:p>
        </w:tc>
        <w:tc>
          <w:tcPr>
            <w:tcW w:w="1587" w:type="dxa"/>
            <w:tcMar>
              <w:top w:w="80" w:type="dxa"/>
              <w:left w:w="80" w:type="dxa"/>
              <w:bottom w:w="80" w:type="dxa"/>
              <w:right w:w="80" w:type="dxa"/>
            </w:tcMar>
            <w:vAlign w:val="center"/>
          </w:tcPr>
          <w:p w14:paraId="283311A0" w14:textId="77777777" w:rsidR="00D8042F" w:rsidRDefault="00D8042F">
            <w:pPr>
              <w:rPr>
                <w:lang w:eastAsia="ja-JP"/>
              </w:rPr>
            </w:pPr>
          </w:p>
        </w:tc>
        <w:tc>
          <w:tcPr>
            <w:tcW w:w="1701" w:type="dxa"/>
            <w:tcMar>
              <w:top w:w="80" w:type="dxa"/>
              <w:left w:w="80" w:type="dxa"/>
              <w:bottom w:w="80" w:type="dxa"/>
              <w:right w:w="80" w:type="dxa"/>
            </w:tcMar>
            <w:vAlign w:val="center"/>
          </w:tcPr>
          <w:p w14:paraId="4A37EA09" w14:textId="77777777" w:rsidR="00D8042F" w:rsidRDefault="00D8042F">
            <w:pPr>
              <w:rPr>
                <w:lang w:eastAsia="ja-JP"/>
              </w:rPr>
            </w:pPr>
          </w:p>
        </w:tc>
        <w:tc>
          <w:tcPr>
            <w:tcW w:w="2268" w:type="dxa"/>
            <w:tcMar>
              <w:top w:w="80" w:type="dxa"/>
              <w:left w:w="80" w:type="dxa"/>
              <w:bottom w:w="80" w:type="dxa"/>
              <w:right w:w="80" w:type="dxa"/>
            </w:tcMar>
            <w:vAlign w:val="center"/>
          </w:tcPr>
          <w:p w14:paraId="5E1A3CF9" w14:textId="77777777" w:rsidR="00D8042F" w:rsidRDefault="00D8042F">
            <w:pPr>
              <w:rPr>
                <w:lang w:eastAsia="ja-JP"/>
              </w:rPr>
            </w:pPr>
          </w:p>
        </w:tc>
      </w:tr>
      <w:tr w:rsidR="00D8042F" w14:paraId="7F3469D4" w14:textId="77777777">
        <w:trPr>
          <w:trHeight w:val="499"/>
          <w:jc w:val="center"/>
        </w:trPr>
        <w:tc>
          <w:tcPr>
            <w:tcW w:w="4082" w:type="dxa"/>
            <w:tcMar>
              <w:top w:w="80" w:type="dxa"/>
              <w:left w:w="80" w:type="dxa"/>
              <w:bottom w:w="80" w:type="dxa"/>
              <w:right w:w="80" w:type="dxa"/>
            </w:tcMar>
            <w:vAlign w:val="center"/>
          </w:tcPr>
          <w:p w14:paraId="78635A60" w14:textId="77777777" w:rsidR="00D8042F" w:rsidRDefault="007A4ED0">
            <w:r>
              <w:rPr>
                <w:sz w:val="15"/>
              </w:rPr>
              <w:t xml:space="preserve">11 </w:t>
            </w:r>
            <w:proofErr w:type="spellStart"/>
            <w:r>
              <w:rPr>
                <w:sz w:val="15"/>
              </w:rPr>
              <w:t>環境・維持管理計画</w:t>
            </w:r>
            <w:proofErr w:type="spellEnd"/>
          </w:p>
        </w:tc>
        <w:tc>
          <w:tcPr>
            <w:tcW w:w="2097" w:type="dxa"/>
            <w:tcMar>
              <w:top w:w="80" w:type="dxa"/>
              <w:left w:w="80" w:type="dxa"/>
              <w:bottom w:w="80" w:type="dxa"/>
              <w:right w:w="80" w:type="dxa"/>
            </w:tcMar>
            <w:vAlign w:val="center"/>
          </w:tcPr>
          <w:p w14:paraId="168F0A71" w14:textId="77777777" w:rsidR="00D8042F" w:rsidRDefault="00D8042F"/>
        </w:tc>
        <w:tc>
          <w:tcPr>
            <w:tcW w:w="1587" w:type="dxa"/>
            <w:tcMar>
              <w:top w:w="80" w:type="dxa"/>
              <w:left w:w="80" w:type="dxa"/>
              <w:bottom w:w="80" w:type="dxa"/>
              <w:right w:w="80" w:type="dxa"/>
            </w:tcMar>
            <w:vAlign w:val="center"/>
          </w:tcPr>
          <w:p w14:paraId="08904461" w14:textId="77777777" w:rsidR="00D8042F" w:rsidRDefault="00D8042F"/>
        </w:tc>
        <w:tc>
          <w:tcPr>
            <w:tcW w:w="1701" w:type="dxa"/>
            <w:tcMar>
              <w:top w:w="80" w:type="dxa"/>
              <w:left w:w="80" w:type="dxa"/>
              <w:bottom w:w="80" w:type="dxa"/>
              <w:right w:w="80" w:type="dxa"/>
            </w:tcMar>
            <w:vAlign w:val="center"/>
          </w:tcPr>
          <w:p w14:paraId="219C00FA" w14:textId="77777777" w:rsidR="00D8042F" w:rsidRDefault="00D8042F"/>
        </w:tc>
        <w:tc>
          <w:tcPr>
            <w:tcW w:w="2268" w:type="dxa"/>
            <w:tcMar>
              <w:top w:w="80" w:type="dxa"/>
              <w:left w:w="80" w:type="dxa"/>
              <w:bottom w:w="80" w:type="dxa"/>
              <w:right w:w="80" w:type="dxa"/>
            </w:tcMar>
            <w:vAlign w:val="center"/>
          </w:tcPr>
          <w:p w14:paraId="78DE3216" w14:textId="77777777" w:rsidR="00D8042F" w:rsidRDefault="00D8042F"/>
        </w:tc>
      </w:tr>
      <w:tr w:rsidR="00D8042F" w14:paraId="3B02B6D3" w14:textId="77777777">
        <w:trPr>
          <w:trHeight w:val="499"/>
          <w:jc w:val="center"/>
        </w:trPr>
        <w:tc>
          <w:tcPr>
            <w:tcW w:w="4082" w:type="dxa"/>
            <w:tcMar>
              <w:top w:w="80" w:type="dxa"/>
              <w:left w:w="80" w:type="dxa"/>
              <w:bottom w:w="80" w:type="dxa"/>
              <w:right w:w="80" w:type="dxa"/>
            </w:tcMar>
            <w:vAlign w:val="center"/>
          </w:tcPr>
          <w:p w14:paraId="18CCE354" w14:textId="77777777" w:rsidR="00D8042F" w:rsidRDefault="007A4ED0">
            <w:r>
              <w:rPr>
                <w:sz w:val="15"/>
              </w:rPr>
              <w:t xml:space="preserve">12 </w:t>
            </w:r>
            <w:r>
              <w:rPr>
                <w:sz w:val="15"/>
              </w:rPr>
              <w:t>事業費・</w:t>
            </w:r>
            <w:r>
              <w:rPr>
                <w:sz w:val="15"/>
              </w:rPr>
              <w:t>LCC</w:t>
            </w:r>
          </w:p>
        </w:tc>
        <w:tc>
          <w:tcPr>
            <w:tcW w:w="2097" w:type="dxa"/>
            <w:tcMar>
              <w:top w:w="80" w:type="dxa"/>
              <w:left w:w="80" w:type="dxa"/>
              <w:bottom w:w="80" w:type="dxa"/>
              <w:right w:w="80" w:type="dxa"/>
            </w:tcMar>
            <w:vAlign w:val="center"/>
          </w:tcPr>
          <w:p w14:paraId="0739C3FE" w14:textId="77777777" w:rsidR="00D8042F" w:rsidRDefault="00D8042F"/>
        </w:tc>
        <w:tc>
          <w:tcPr>
            <w:tcW w:w="1587" w:type="dxa"/>
            <w:tcMar>
              <w:top w:w="80" w:type="dxa"/>
              <w:left w:w="80" w:type="dxa"/>
              <w:bottom w:w="80" w:type="dxa"/>
              <w:right w:w="80" w:type="dxa"/>
            </w:tcMar>
            <w:vAlign w:val="center"/>
          </w:tcPr>
          <w:p w14:paraId="4E209CC6" w14:textId="77777777" w:rsidR="00D8042F" w:rsidRDefault="00D8042F"/>
        </w:tc>
        <w:tc>
          <w:tcPr>
            <w:tcW w:w="1701" w:type="dxa"/>
            <w:tcMar>
              <w:top w:w="80" w:type="dxa"/>
              <w:left w:w="80" w:type="dxa"/>
              <w:bottom w:w="80" w:type="dxa"/>
              <w:right w:w="80" w:type="dxa"/>
            </w:tcMar>
            <w:vAlign w:val="center"/>
          </w:tcPr>
          <w:p w14:paraId="542B25EE" w14:textId="77777777" w:rsidR="00D8042F" w:rsidRDefault="00D8042F"/>
        </w:tc>
        <w:tc>
          <w:tcPr>
            <w:tcW w:w="2268" w:type="dxa"/>
            <w:tcMar>
              <w:top w:w="80" w:type="dxa"/>
              <w:left w:w="80" w:type="dxa"/>
              <w:bottom w:w="80" w:type="dxa"/>
              <w:right w:w="80" w:type="dxa"/>
            </w:tcMar>
            <w:vAlign w:val="center"/>
          </w:tcPr>
          <w:p w14:paraId="165AF8AD" w14:textId="77777777" w:rsidR="00D8042F" w:rsidRDefault="00D8042F"/>
        </w:tc>
      </w:tr>
      <w:tr w:rsidR="00D8042F" w14:paraId="71A6C576" w14:textId="77777777">
        <w:trPr>
          <w:trHeight w:val="499"/>
          <w:jc w:val="center"/>
        </w:trPr>
        <w:tc>
          <w:tcPr>
            <w:tcW w:w="4082" w:type="dxa"/>
            <w:tcMar>
              <w:top w:w="80" w:type="dxa"/>
              <w:left w:w="80" w:type="dxa"/>
              <w:bottom w:w="80" w:type="dxa"/>
              <w:right w:w="80" w:type="dxa"/>
            </w:tcMar>
            <w:vAlign w:val="center"/>
          </w:tcPr>
          <w:p w14:paraId="722C9C68" w14:textId="77777777" w:rsidR="00D8042F" w:rsidRDefault="007A4ED0">
            <w:r>
              <w:rPr>
                <w:sz w:val="15"/>
              </w:rPr>
              <w:t xml:space="preserve">13 </w:t>
            </w:r>
            <w:r>
              <w:rPr>
                <w:sz w:val="15"/>
              </w:rPr>
              <w:t>財源・事業手法</w:t>
            </w:r>
          </w:p>
        </w:tc>
        <w:tc>
          <w:tcPr>
            <w:tcW w:w="2097" w:type="dxa"/>
            <w:tcMar>
              <w:top w:w="80" w:type="dxa"/>
              <w:left w:w="80" w:type="dxa"/>
              <w:bottom w:w="80" w:type="dxa"/>
              <w:right w:w="80" w:type="dxa"/>
            </w:tcMar>
            <w:vAlign w:val="center"/>
          </w:tcPr>
          <w:p w14:paraId="3479473B" w14:textId="77777777" w:rsidR="00D8042F" w:rsidRDefault="00D8042F"/>
        </w:tc>
        <w:tc>
          <w:tcPr>
            <w:tcW w:w="1587" w:type="dxa"/>
            <w:tcMar>
              <w:top w:w="80" w:type="dxa"/>
              <w:left w:w="80" w:type="dxa"/>
              <w:bottom w:w="80" w:type="dxa"/>
              <w:right w:w="80" w:type="dxa"/>
            </w:tcMar>
            <w:vAlign w:val="center"/>
          </w:tcPr>
          <w:p w14:paraId="2BAE693E" w14:textId="77777777" w:rsidR="00D8042F" w:rsidRDefault="00D8042F"/>
        </w:tc>
        <w:tc>
          <w:tcPr>
            <w:tcW w:w="1701" w:type="dxa"/>
            <w:tcMar>
              <w:top w:w="80" w:type="dxa"/>
              <w:left w:w="80" w:type="dxa"/>
              <w:bottom w:w="80" w:type="dxa"/>
              <w:right w:w="80" w:type="dxa"/>
            </w:tcMar>
            <w:vAlign w:val="center"/>
          </w:tcPr>
          <w:p w14:paraId="5D083BF3" w14:textId="77777777" w:rsidR="00D8042F" w:rsidRDefault="00D8042F"/>
        </w:tc>
        <w:tc>
          <w:tcPr>
            <w:tcW w:w="2268" w:type="dxa"/>
            <w:tcMar>
              <w:top w:w="80" w:type="dxa"/>
              <w:left w:w="80" w:type="dxa"/>
              <w:bottom w:w="80" w:type="dxa"/>
              <w:right w:w="80" w:type="dxa"/>
            </w:tcMar>
            <w:vAlign w:val="center"/>
          </w:tcPr>
          <w:p w14:paraId="1FF0BD9C" w14:textId="77777777" w:rsidR="00D8042F" w:rsidRDefault="00D8042F"/>
        </w:tc>
      </w:tr>
      <w:tr w:rsidR="00D8042F" w14:paraId="302B6958" w14:textId="77777777">
        <w:trPr>
          <w:trHeight w:val="499"/>
          <w:jc w:val="center"/>
        </w:trPr>
        <w:tc>
          <w:tcPr>
            <w:tcW w:w="4082" w:type="dxa"/>
            <w:tcMar>
              <w:top w:w="80" w:type="dxa"/>
              <w:left w:w="80" w:type="dxa"/>
              <w:bottom w:w="80" w:type="dxa"/>
              <w:right w:w="80" w:type="dxa"/>
            </w:tcMar>
            <w:vAlign w:val="center"/>
          </w:tcPr>
          <w:p w14:paraId="25F23E20" w14:textId="77777777" w:rsidR="00D8042F" w:rsidRDefault="007A4ED0">
            <w:pPr>
              <w:rPr>
                <w:lang w:eastAsia="ja-JP"/>
              </w:rPr>
            </w:pPr>
            <w:r>
              <w:rPr>
                <w:sz w:val="15"/>
                <w:lang w:eastAsia="ja-JP"/>
              </w:rPr>
              <w:t xml:space="preserve">14 </w:t>
            </w:r>
            <w:r>
              <w:rPr>
                <w:sz w:val="15"/>
                <w:lang w:eastAsia="ja-JP"/>
              </w:rPr>
              <w:t>整備工程・事業継続計画</w:t>
            </w:r>
          </w:p>
        </w:tc>
        <w:tc>
          <w:tcPr>
            <w:tcW w:w="2097" w:type="dxa"/>
            <w:tcMar>
              <w:top w:w="80" w:type="dxa"/>
              <w:left w:w="80" w:type="dxa"/>
              <w:bottom w:w="80" w:type="dxa"/>
              <w:right w:w="80" w:type="dxa"/>
            </w:tcMar>
            <w:vAlign w:val="center"/>
          </w:tcPr>
          <w:p w14:paraId="594607A6" w14:textId="77777777" w:rsidR="00D8042F" w:rsidRDefault="00D8042F">
            <w:pPr>
              <w:rPr>
                <w:lang w:eastAsia="ja-JP"/>
              </w:rPr>
            </w:pPr>
          </w:p>
        </w:tc>
        <w:tc>
          <w:tcPr>
            <w:tcW w:w="1587" w:type="dxa"/>
            <w:tcMar>
              <w:top w:w="80" w:type="dxa"/>
              <w:left w:w="80" w:type="dxa"/>
              <w:bottom w:w="80" w:type="dxa"/>
              <w:right w:w="80" w:type="dxa"/>
            </w:tcMar>
            <w:vAlign w:val="center"/>
          </w:tcPr>
          <w:p w14:paraId="6EA043B8" w14:textId="77777777" w:rsidR="00D8042F" w:rsidRDefault="00D8042F">
            <w:pPr>
              <w:rPr>
                <w:lang w:eastAsia="ja-JP"/>
              </w:rPr>
            </w:pPr>
          </w:p>
        </w:tc>
        <w:tc>
          <w:tcPr>
            <w:tcW w:w="1701" w:type="dxa"/>
            <w:tcMar>
              <w:top w:w="80" w:type="dxa"/>
              <w:left w:w="80" w:type="dxa"/>
              <w:bottom w:w="80" w:type="dxa"/>
              <w:right w:w="80" w:type="dxa"/>
            </w:tcMar>
            <w:vAlign w:val="center"/>
          </w:tcPr>
          <w:p w14:paraId="1552D093" w14:textId="77777777" w:rsidR="00D8042F" w:rsidRDefault="00D8042F">
            <w:pPr>
              <w:rPr>
                <w:lang w:eastAsia="ja-JP"/>
              </w:rPr>
            </w:pPr>
          </w:p>
        </w:tc>
        <w:tc>
          <w:tcPr>
            <w:tcW w:w="2268" w:type="dxa"/>
            <w:tcMar>
              <w:top w:w="80" w:type="dxa"/>
              <w:left w:w="80" w:type="dxa"/>
              <w:bottom w:w="80" w:type="dxa"/>
              <w:right w:w="80" w:type="dxa"/>
            </w:tcMar>
            <w:vAlign w:val="center"/>
          </w:tcPr>
          <w:p w14:paraId="25184C14" w14:textId="77777777" w:rsidR="00D8042F" w:rsidRDefault="00D8042F">
            <w:pPr>
              <w:rPr>
                <w:lang w:eastAsia="ja-JP"/>
              </w:rPr>
            </w:pPr>
          </w:p>
        </w:tc>
      </w:tr>
      <w:tr w:rsidR="00D8042F" w14:paraId="11F9E7CE" w14:textId="77777777">
        <w:trPr>
          <w:trHeight w:val="499"/>
          <w:jc w:val="center"/>
        </w:trPr>
        <w:tc>
          <w:tcPr>
            <w:tcW w:w="4082" w:type="dxa"/>
            <w:tcMar>
              <w:top w:w="80" w:type="dxa"/>
              <w:left w:w="80" w:type="dxa"/>
              <w:bottom w:w="80" w:type="dxa"/>
              <w:right w:w="80" w:type="dxa"/>
            </w:tcMar>
            <w:vAlign w:val="center"/>
          </w:tcPr>
          <w:p w14:paraId="0C7512CA" w14:textId="77777777" w:rsidR="00D8042F" w:rsidRDefault="007A4ED0">
            <w:r>
              <w:rPr>
                <w:sz w:val="15"/>
              </w:rPr>
              <w:t xml:space="preserve">15 </w:t>
            </w:r>
            <w:proofErr w:type="spellStart"/>
            <w:r>
              <w:rPr>
                <w:sz w:val="15"/>
              </w:rPr>
              <w:t>リスク管理</w:t>
            </w:r>
            <w:proofErr w:type="spellEnd"/>
          </w:p>
        </w:tc>
        <w:tc>
          <w:tcPr>
            <w:tcW w:w="2097" w:type="dxa"/>
            <w:tcMar>
              <w:top w:w="80" w:type="dxa"/>
              <w:left w:w="80" w:type="dxa"/>
              <w:bottom w:w="80" w:type="dxa"/>
              <w:right w:w="80" w:type="dxa"/>
            </w:tcMar>
            <w:vAlign w:val="center"/>
          </w:tcPr>
          <w:p w14:paraId="025E7D3E" w14:textId="77777777" w:rsidR="00D8042F" w:rsidRDefault="00D8042F"/>
        </w:tc>
        <w:tc>
          <w:tcPr>
            <w:tcW w:w="1587" w:type="dxa"/>
            <w:tcMar>
              <w:top w:w="80" w:type="dxa"/>
              <w:left w:w="80" w:type="dxa"/>
              <w:bottom w:w="80" w:type="dxa"/>
              <w:right w:w="80" w:type="dxa"/>
            </w:tcMar>
            <w:vAlign w:val="center"/>
          </w:tcPr>
          <w:p w14:paraId="7DF76D4A" w14:textId="77777777" w:rsidR="00D8042F" w:rsidRDefault="00D8042F"/>
        </w:tc>
        <w:tc>
          <w:tcPr>
            <w:tcW w:w="1701" w:type="dxa"/>
            <w:tcMar>
              <w:top w:w="80" w:type="dxa"/>
              <w:left w:w="80" w:type="dxa"/>
              <w:bottom w:w="80" w:type="dxa"/>
              <w:right w:w="80" w:type="dxa"/>
            </w:tcMar>
            <w:vAlign w:val="center"/>
          </w:tcPr>
          <w:p w14:paraId="1828B1D0" w14:textId="77777777" w:rsidR="00D8042F" w:rsidRDefault="00D8042F"/>
        </w:tc>
        <w:tc>
          <w:tcPr>
            <w:tcW w:w="2268" w:type="dxa"/>
            <w:tcMar>
              <w:top w:w="80" w:type="dxa"/>
              <w:left w:w="80" w:type="dxa"/>
              <w:bottom w:w="80" w:type="dxa"/>
              <w:right w:w="80" w:type="dxa"/>
            </w:tcMar>
            <w:vAlign w:val="center"/>
          </w:tcPr>
          <w:p w14:paraId="6C3A41C4" w14:textId="77777777" w:rsidR="00D8042F" w:rsidRDefault="00D8042F"/>
        </w:tc>
      </w:tr>
      <w:tr w:rsidR="00D8042F" w14:paraId="550EC3ED" w14:textId="77777777">
        <w:trPr>
          <w:trHeight w:val="499"/>
          <w:jc w:val="center"/>
        </w:trPr>
        <w:tc>
          <w:tcPr>
            <w:tcW w:w="4082" w:type="dxa"/>
            <w:tcMar>
              <w:top w:w="80" w:type="dxa"/>
              <w:left w:w="80" w:type="dxa"/>
              <w:bottom w:w="80" w:type="dxa"/>
              <w:right w:w="80" w:type="dxa"/>
            </w:tcMar>
            <w:vAlign w:val="center"/>
          </w:tcPr>
          <w:p w14:paraId="3B3E7705" w14:textId="77777777" w:rsidR="00D8042F" w:rsidRDefault="007A4ED0">
            <w:pPr>
              <w:rPr>
                <w:lang w:eastAsia="ja-JP"/>
              </w:rPr>
            </w:pPr>
            <w:r>
              <w:rPr>
                <w:sz w:val="15"/>
                <w:lang w:eastAsia="ja-JP"/>
              </w:rPr>
              <w:t xml:space="preserve">16 </w:t>
            </w:r>
            <w:r>
              <w:rPr>
                <w:sz w:val="15"/>
                <w:lang w:eastAsia="ja-JP"/>
              </w:rPr>
              <w:t>市民・関係者意見把握</w:t>
            </w:r>
          </w:p>
        </w:tc>
        <w:tc>
          <w:tcPr>
            <w:tcW w:w="2097" w:type="dxa"/>
            <w:tcMar>
              <w:top w:w="80" w:type="dxa"/>
              <w:left w:w="80" w:type="dxa"/>
              <w:bottom w:w="80" w:type="dxa"/>
              <w:right w:w="80" w:type="dxa"/>
            </w:tcMar>
            <w:vAlign w:val="center"/>
          </w:tcPr>
          <w:p w14:paraId="6668C298" w14:textId="77777777" w:rsidR="00D8042F" w:rsidRDefault="00D8042F">
            <w:pPr>
              <w:rPr>
                <w:lang w:eastAsia="ja-JP"/>
              </w:rPr>
            </w:pPr>
          </w:p>
        </w:tc>
        <w:tc>
          <w:tcPr>
            <w:tcW w:w="1587" w:type="dxa"/>
            <w:tcMar>
              <w:top w:w="80" w:type="dxa"/>
              <w:left w:w="80" w:type="dxa"/>
              <w:bottom w:w="80" w:type="dxa"/>
              <w:right w:w="80" w:type="dxa"/>
            </w:tcMar>
            <w:vAlign w:val="center"/>
          </w:tcPr>
          <w:p w14:paraId="5BFE41DF" w14:textId="77777777" w:rsidR="00D8042F" w:rsidRDefault="00D8042F">
            <w:pPr>
              <w:rPr>
                <w:lang w:eastAsia="ja-JP"/>
              </w:rPr>
            </w:pPr>
          </w:p>
        </w:tc>
        <w:tc>
          <w:tcPr>
            <w:tcW w:w="1701" w:type="dxa"/>
            <w:tcMar>
              <w:top w:w="80" w:type="dxa"/>
              <w:left w:w="80" w:type="dxa"/>
              <w:bottom w:w="80" w:type="dxa"/>
              <w:right w:w="80" w:type="dxa"/>
            </w:tcMar>
            <w:vAlign w:val="center"/>
          </w:tcPr>
          <w:p w14:paraId="4431DD21" w14:textId="77777777" w:rsidR="00D8042F" w:rsidRDefault="00D8042F">
            <w:pPr>
              <w:rPr>
                <w:lang w:eastAsia="ja-JP"/>
              </w:rPr>
            </w:pPr>
          </w:p>
        </w:tc>
        <w:tc>
          <w:tcPr>
            <w:tcW w:w="2268" w:type="dxa"/>
            <w:tcMar>
              <w:top w:w="80" w:type="dxa"/>
              <w:left w:w="80" w:type="dxa"/>
              <w:bottom w:w="80" w:type="dxa"/>
              <w:right w:w="80" w:type="dxa"/>
            </w:tcMar>
            <w:vAlign w:val="center"/>
          </w:tcPr>
          <w:p w14:paraId="47FD2204" w14:textId="77777777" w:rsidR="00D8042F" w:rsidRDefault="00D8042F">
            <w:pPr>
              <w:rPr>
                <w:lang w:eastAsia="ja-JP"/>
              </w:rPr>
            </w:pPr>
          </w:p>
        </w:tc>
      </w:tr>
      <w:tr w:rsidR="00D8042F" w14:paraId="53E73143" w14:textId="77777777">
        <w:trPr>
          <w:trHeight w:val="499"/>
          <w:jc w:val="center"/>
        </w:trPr>
        <w:tc>
          <w:tcPr>
            <w:tcW w:w="4082" w:type="dxa"/>
            <w:tcMar>
              <w:top w:w="80" w:type="dxa"/>
              <w:left w:w="80" w:type="dxa"/>
              <w:bottom w:w="80" w:type="dxa"/>
              <w:right w:w="80" w:type="dxa"/>
            </w:tcMar>
            <w:vAlign w:val="center"/>
          </w:tcPr>
          <w:p w14:paraId="327F3816" w14:textId="77777777" w:rsidR="00D8042F" w:rsidRDefault="007A4ED0">
            <w:r>
              <w:rPr>
                <w:sz w:val="15"/>
              </w:rPr>
              <w:t xml:space="preserve">17 </w:t>
            </w:r>
            <w:proofErr w:type="spellStart"/>
            <w:r>
              <w:rPr>
                <w:sz w:val="15"/>
              </w:rPr>
              <w:t>委員会等運営支援</w:t>
            </w:r>
            <w:proofErr w:type="spellEnd"/>
          </w:p>
        </w:tc>
        <w:tc>
          <w:tcPr>
            <w:tcW w:w="2097" w:type="dxa"/>
            <w:tcMar>
              <w:top w:w="80" w:type="dxa"/>
              <w:left w:w="80" w:type="dxa"/>
              <w:bottom w:w="80" w:type="dxa"/>
              <w:right w:w="80" w:type="dxa"/>
            </w:tcMar>
            <w:vAlign w:val="center"/>
          </w:tcPr>
          <w:p w14:paraId="5597676D" w14:textId="77777777" w:rsidR="00D8042F" w:rsidRDefault="00D8042F"/>
        </w:tc>
        <w:tc>
          <w:tcPr>
            <w:tcW w:w="1587" w:type="dxa"/>
            <w:tcMar>
              <w:top w:w="80" w:type="dxa"/>
              <w:left w:w="80" w:type="dxa"/>
              <w:bottom w:w="80" w:type="dxa"/>
              <w:right w:w="80" w:type="dxa"/>
            </w:tcMar>
            <w:vAlign w:val="center"/>
          </w:tcPr>
          <w:p w14:paraId="2C67ACB8" w14:textId="77777777" w:rsidR="00D8042F" w:rsidRDefault="00D8042F"/>
        </w:tc>
        <w:tc>
          <w:tcPr>
            <w:tcW w:w="1701" w:type="dxa"/>
            <w:tcMar>
              <w:top w:w="80" w:type="dxa"/>
              <w:left w:w="80" w:type="dxa"/>
              <w:bottom w:w="80" w:type="dxa"/>
              <w:right w:w="80" w:type="dxa"/>
            </w:tcMar>
            <w:vAlign w:val="center"/>
          </w:tcPr>
          <w:p w14:paraId="2059ECCE" w14:textId="77777777" w:rsidR="00D8042F" w:rsidRDefault="00D8042F"/>
        </w:tc>
        <w:tc>
          <w:tcPr>
            <w:tcW w:w="2268" w:type="dxa"/>
            <w:tcMar>
              <w:top w:w="80" w:type="dxa"/>
              <w:left w:w="80" w:type="dxa"/>
              <w:bottom w:w="80" w:type="dxa"/>
              <w:right w:w="80" w:type="dxa"/>
            </w:tcMar>
            <w:vAlign w:val="center"/>
          </w:tcPr>
          <w:p w14:paraId="34DE6C22" w14:textId="77777777" w:rsidR="00D8042F" w:rsidRDefault="00D8042F"/>
        </w:tc>
      </w:tr>
      <w:tr w:rsidR="00D8042F" w14:paraId="62FF6B1F" w14:textId="77777777">
        <w:trPr>
          <w:trHeight w:val="499"/>
          <w:jc w:val="center"/>
        </w:trPr>
        <w:tc>
          <w:tcPr>
            <w:tcW w:w="4082" w:type="dxa"/>
            <w:tcMar>
              <w:top w:w="80" w:type="dxa"/>
              <w:left w:w="80" w:type="dxa"/>
              <w:bottom w:w="80" w:type="dxa"/>
              <w:right w:w="80" w:type="dxa"/>
            </w:tcMar>
            <w:vAlign w:val="center"/>
          </w:tcPr>
          <w:p w14:paraId="6759BA2B" w14:textId="77777777" w:rsidR="00D8042F" w:rsidRDefault="007A4ED0">
            <w:r>
              <w:rPr>
                <w:sz w:val="15"/>
              </w:rPr>
              <w:t xml:space="preserve">18 </w:t>
            </w:r>
            <w:r>
              <w:rPr>
                <w:sz w:val="15"/>
              </w:rPr>
              <w:t>打合せ・記録</w:t>
            </w:r>
          </w:p>
        </w:tc>
        <w:tc>
          <w:tcPr>
            <w:tcW w:w="2097" w:type="dxa"/>
            <w:tcMar>
              <w:top w:w="80" w:type="dxa"/>
              <w:left w:w="80" w:type="dxa"/>
              <w:bottom w:w="80" w:type="dxa"/>
              <w:right w:w="80" w:type="dxa"/>
            </w:tcMar>
            <w:vAlign w:val="center"/>
          </w:tcPr>
          <w:p w14:paraId="7847F3DC" w14:textId="77777777" w:rsidR="00D8042F" w:rsidRDefault="00D8042F"/>
        </w:tc>
        <w:tc>
          <w:tcPr>
            <w:tcW w:w="1587" w:type="dxa"/>
            <w:tcMar>
              <w:top w:w="80" w:type="dxa"/>
              <w:left w:w="80" w:type="dxa"/>
              <w:bottom w:w="80" w:type="dxa"/>
              <w:right w:w="80" w:type="dxa"/>
            </w:tcMar>
            <w:vAlign w:val="center"/>
          </w:tcPr>
          <w:p w14:paraId="7B6342DE" w14:textId="77777777" w:rsidR="00D8042F" w:rsidRDefault="00D8042F"/>
        </w:tc>
        <w:tc>
          <w:tcPr>
            <w:tcW w:w="1701" w:type="dxa"/>
            <w:tcMar>
              <w:top w:w="80" w:type="dxa"/>
              <w:left w:w="80" w:type="dxa"/>
              <w:bottom w:w="80" w:type="dxa"/>
              <w:right w:w="80" w:type="dxa"/>
            </w:tcMar>
            <w:vAlign w:val="center"/>
          </w:tcPr>
          <w:p w14:paraId="2A0939E8" w14:textId="77777777" w:rsidR="00D8042F" w:rsidRDefault="00D8042F"/>
        </w:tc>
        <w:tc>
          <w:tcPr>
            <w:tcW w:w="2268" w:type="dxa"/>
            <w:tcMar>
              <w:top w:w="80" w:type="dxa"/>
              <w:left w:w="80" w:type="dxa"/>
              <w:bottom w:w="80" w:type="dxa"/>
              <w:right w:w="80" w:type="dxa"/>
            </w:tcMar>
            <w:vAlign w:val="center"/>
          </w:tcPr>
          <w:p w14:paraId="3EFF4B7A" w14:textId="77777777" w:rsidR="00D8042F" w:rsidRDefault="00D8042F"/>
        </w:tc>
      </w:tr>
      <w:tr w:rsidR="00D8042F" w14:paraId="746255A9" w14:textId="77777777">
        <w:trPr>
          <w:trHeight w:val="499"/>
          <w:jc w:val="center"/>
        </w:trPr>
        <w:tc>
          <w:tcPr>
            <w:tcW w:w="4082" w:type="dxa"/>
            <w:tcMar>
              <w:top w:w="80" w:type="dxa"/>
              <w:left w:w="80" w:type="dxa"/>
              <w:bottom w:w="80" w:type="dxa"/>
              <w:right w:w="80" w:type="dxa"/>
            </w:tcMar>
            <w:vAlign w:val="center"/>
          </w:tcPr>
          <w:p w14:paraId="7BBD825D" w14:textId="77777777" w:rsidR="00D8042F" w:rsidRDefault="007A4ED0">
            <w:pPr>
              <w:rPr>
                <w:lang w:eastAsia="ja-JP"/>
              </w:rPr>
            </w:pPr>
            <w:r>
              <w:rPr>
                <w:sz w:val="15"/>
                <w:lang w:eastAsia="ja-JP"/>
              </w:rPr>
              <w:lastRenderedPageBreak/>
              <w:t xml:space="preserve">19 </w:t>
            </w:r>
            <w:r>
              <w:rPr>
                <w:sz w:val="15"/>
                <w:lang w:eastAsia="ja-JP"/>
              </w:rPr>
              <w:t>成果物・印刷・電子データ</w:t>
            </w:r>
          </w:p>
        </w:tc>
        <w:tc>
          <w:tcPr>
            <w:tcW w:w="2097" w:type="dxa"/>
            <w:tcMar>
              <w:top w:w="80" w:type="dxa"/>
              <w:left w:w="80" w:type="dxa"/>
              <w:bottom w:w="80" w:type="dxa"/>
              <w:right w:w="80" w:type="dxa"/>
            </w:tcMar>
            <w:vAlign w:val="center"/>
          </w:tcPr>
          <w:p w14:paraId="303F1E86" w14:textId="77777777" w:rsidR="00D8042F" w:rsidRDefault="00D8042F">
            <w:pPr>
              <w:rPr>
                <w:lang w:eastAsia="ja-JP"/>
              </w:rPr>
            </w:pPr>
          </w:p>
        </w:tc>
        <w:tc>
          <w:tcPr>
            <w:tcW w:w="1587" w:type="dxa"/>
            <w:tcMar>
              <w:top w:w="80" w:type="dxa"/>
              <w:left w:w="80" w:type="dxa"/>
              <w:bottom w:w="80" w:type="dxa"/>
              <w:right w:w="80" w:type="dxa"/>
            </w:tcMar>
            <w:vAlign w:val="center"/>
          </w:tcPr>
          <w:p w14:paraId="0082D486" w14:textId="77777777" w:rsidR="00D8042F" w:rsidRDefault="00D8042F">
            <w:pPr>
              <w:rPr>
                <w:lang w:eastAsia="ja-JP"/>
              </w:rPr>
            </w:pPr>
          </w:p>
        </w:tc>
        <w:tc>
          <w:tcPr>
            <w:tcW w:w="1701" w:type="dxa"/>
            <w:tcMar>
              <w:top w:w="80" w:type="dxa"/>
              <w:left w:w="80" w:type="dxa"/>
              <w:bottom w:w="80" w:type="dxa"/>
              <w:right w:w="80" w:type="dxa"/>
            </w:tcMar>
            <w:vAlign w:val="center"/>
          </w:tcPr>
          <w:p w14:paraId="361FC3FD" w14:textId="77777777" w:rsidR="00D8042F" w:rsidRDefault="00D8042F">
            <w:pPr>
              <w:rPr>
                <w:lang w:eastAsia="ja-JP"/>
              </w:rPr>
            </w:pPr>
          </w:p>
        </w:tc>
        <w:tc>
          <w:tcPr>
            <w:tcW w:w="2268" w:type="dxa"/>
            <w:tcMar>
              <w:top w:w="80" w:type="dxa"/>
              <w:left w:w="80" w:type="dxa"/>
              <w:bottom w:w="80" w:type="dxa"/>
              <w:right w:w="80" w:type="dxa"/>
            </w:tcMar>
            <w:vAlign w:val="center"/>
          </w:tcPr>
          <w:p w14:paraId="7BAE9A4C" w14:textId="77777777" w:rsidR="00D8042F" w:rsidRDefault="00D8042F">
            <w:pPr>
              <w:rPr>
                <w:lang w:eastAsia="ja-JP"/>
              </w:rPr>
            </w:pPr>
          </w:p>
        </w:tc>
      </w:tr>
      <w:tr w:rsidR="00D8042F" w14:paraId="206053BB" w14:textId="77777777">
        <w:trPr>
          <w:trHeight w:val="499"/>
          <w:jc w:val="center"/>
        </w:trPr>
        <w:tc>
          <w:tcPr>
            <w:tcW w:w="4082" w:type="dxa"/>
            <w:tcMar>
              <w:top w:w="80" w:type="dxa"/>
              <w:left w:w="80" w:type="dxa"/>
              <w:bottom w:w="80" w:type="dxa"/>
              <w:right w:w="80" w:type="dxa"/>
            </w:tcMar>
            <w:vAlign w:val="center"/>
          </w:tcPr>
          <w:p w14:paraId="7B7D1E91" w14:textId="77777777" w:rsidR="00D8042F" w:rsidRDefault="007A4ED0">
            <w:pPr>
              <w:rPr>
                <w:lang w:eastAsia="ja-JP"/>
              </w:rPr>
            </w:pPr>
            <w:r>
              <w:rPr>
                <w:sz w:val="15"/>
                <w:lang w:eastAsia="ja-JP"/>
              </w:rPr>
              <w:t xml:space="preserve">20 </w:t>
            </w:r>
            <w:r>
              <w:rPr>
                <w:sz w:val="15"/>
                <w:lang w:eastAsia="ja-JP"/>
              </w:rPr>
              <w:t>旅費・交通費・現地調査費等</w:t>
            </w:r>
          </w:p>
        </w:tc>
        <w:tc>
          <w:tcPr>
            <w:tcW w:w="2097" w:type="dxa"/>
            <w:tcMar>
              <w:top w:w="80" w:type="dxa"/>
              <w:left w:w="80" w:type="dxa"/>
              <w:bottom w:w="80" w:type="dxa"/>
              <w:right w:w="80" w:type="dxa"/>
            </w:tcMar>
            <w:vAlign w:val="center"/>
          </w:tcPr>
          <w:p w14:paraId="0A0A895B" w14:textId="77777777" w:rsidR="00D8042F" w:rsidRDefault="00D8042F">
            <w:pPr>
              <w:rPr>
                <w:lang w:eastAsia="ja-JP"/>
              </w:rPr>
            </w:pPr>
          </w:p>
        </w:tc>
        <w:tc>
          <w:tcPr>
            <w:tcW w:w="1587" w:type="dxa"/>
            <w:tcMar>
              <w:top w:w="80" w:type="dxa"/>
              <w:left w:w="80" w:type="dxa"/>
              <w:bottom w:w="80" w:type="dxa"/>
              <w:right w:w="80" w:type="dxa"/>
            </w:tcMar>
            <w:vAlign w:val="center"/>
          </w:tcPr>
          <w:p w14:paraId="51441218" w14:textId="77777777" w:rsidR="00D8042F" w:rsidRDefault="00D8042F">
            <w:pPr>
              <w:rPr>
                <w:lang w:eastAsia="ja-JP"/>
              </w:rPr>
            </w:pPr>
          </w:p>
        </w:tc>
        <w:tc>
          <w:tcPr>
            <w:tcW w:w="1701" w:type="dxa"/>
            <w:tcMar>
              <w:top w:w="80" w:type="dxa"/>
              <w:left w:w="80" w:type="dxa"/>
              <w:bottom w:w="80" w:type="dxa"/>
              <w:right w:w="80" w:type="dxa"/>
            </w:tcMar>
            <w:vAlign w:val="center"/>
          </w:tcPr>
          <w:p w14:paraId="3B76F8BD" w14:textId="77777777" w:rsidR="00D8042F" w:rsidRDefault="00D8042F">
            <w:pPr>
              <w:rPr>
                <w:lang w:eastAsia="ja-JP"/>
              </w:rPr>
            </w:pPr>
          </w:p>
        </w:tc>
        <w:tc>
          <w:tcPr>
            <w:tcW w:w="2268" w:type="dxa"/>
            <w:tcMar>
              <w:top w:w="80" w:type="dxa"/>
              <w:left w:w="80" w:type="dxa"/>
              <w:bottom w:w="80" w:type="dxa"/>
              <w:right w:w="80" w:type="dxa"/>
            </w:tcMar>
            <w:vAlign w:val="center"/>
          </w:tcPr>
          <w:p w14:paraId="5E313237" w14:textId="77777777" w:rsidR="00D8042F" w:rsidRDefault="00D8042F">
            <w:pPr>
              <w:rPr>
                <w:lang w:eastAsia="ja-JP"/>
              </w:rPr>
            </w:pPr>
          </w:p>
        </w:tc>
      </w:tr>
      <w:tr w:rsidR="00D8042F" w14:paraId="6B73E48F" w14:textId="77777777">
        <w:trPr>
          <w:trHeight w:val="499"/>
          <w:jc w:val="center"/>
        </w:trPr>
        <w:tc>
          <w:tcPr>
            <w:tcW w:w="4082" w:type="dxa"/>
            <w:tcMar>
              <w:top w:w="80" w:type="dxa"/>
              <w:left w:w="80" w:type="dxa"/>
              <w:bottom w:w="80" w:type="dxa"/>
              <w:right w:w="80" w:type="dxa"/>
            </w:tcMar>
            <w:vAlign w:val="center"/>
          </w:tcPr>
          <w:p w14:paraId="2A78E80E" w14:textId="77777777" w:rsidR="00D8042F" w:rsidRDefault="007A4ED0">
            <w:r>
              <w:rPr>
                <w:sz w:val="15"/>
              </w:rPr>
              <w:t xml:space="preserve">21 </w:t>
            </w:r>
            <w:proofErr w:type="spellStart"/>
            <w:r>
              <w:rPr>
                <w:sz w:val="15"/>
              </w:rPr>
              <w:t>その他</w:t>
            </w:r>
            <w:proofErr w:type="spellEnd"/>
          </w:p>
        </w:tc>
        <w:tc>
          <w:tcPr>
            <w:tcW w:w="2097" w:type="dxa"/>
            <w:tcMar>
              <w:top w:w="80" w:type="dxa"/>
              <w:left w:w="80" w:type="dxa"/>
              <w:bottom w:w="80" w:type="dxa"/>
              <w:right w:w="80" w:type="dxa"/>
            </w:tcMar>
            <w:vAlign w:val="center"/>
          </w:tcPr>
          <w:p w14:paraId="7B6B209F" w14:textId="77777777" w:rsidR="00D8042F" w:rsidRDefault="00D8042F"/>
        </w:tc>
        <w:tc>
          <w:tcPr>
            <w:tcW w:w="1587" w:type="dxa"/>
            <w:tcMar>
              <w:top w:w="80" w:type="dxa"/>
              <w:left w:w="80" w:type="dxa"/>
              <w:bottom w:w="80" w:type="dxa"/>
              <w:right w:w="80" w:type="dxa"/>
            </w:tcMar>
            <w:vAlign w:val="center"/>
          </w:tcPr>
          <w:p w14:paraId="57CF7529" w14:textId="77777777" w:rsidR="00D8042F" w:rsidRDefault="00D8042F"/>
        </w:tc>
        <w:tc>
          <w:tcPr>
            <w:tcW w:w="1701" w:type="dxa"/>
            <w:tcMar>
              <w:top w:w="80" w:type="dxa"/>
              <w:left w:w="80" w:type="dxa"/>
              <w:bottom w:w="80" w:type="dxa"/>
              <w:right w:w="80" w:type="dxa"/>
            </w:tcMar>
            <w:vAlign w:val="center"/>
          </w:tcPr>
          <w:p w14:paraId="4CCE9A68" w14:textId="77777777" w:rsidR="00D8042F" w:rsidRDefault="00D8042F"/>
        </w:tc>
        <w:tc>
          <w:tcPr>
            <w:tcW w:w="2268" w:type="dxa"/>
            <w:tcMar>
              <w:top w:w="80" w:type="dxa"/>
              <w:left w:w="80" w:type="dxa"/>
              <w:bottom w:w="80" w:type="dxa"/>
              <w:right w:w="80" w:type="dxa"/>
            </w:tcMar>
            <w:vAlign w:val="center"/>
          </w:tcPr>
          <w:p w14:paraId="2D0672EE" w14:textId="77777777" w:rsidR="00D8042F" w:rsidRDefault="00D8042F"/>
        </w:tc>
      </w:tr>
    </w:tbl>
    <w:p w14:paraId="58142275" w14:textId="77777777" w:rsidR="00D8042F" w:rsidRDefault="007A4ED0">
      <w:r>
        <w:t xml:space="preserve">小計（税抜）：　　　　　　　　　</w:t>
      </w:r>
      <w:proofErr w:type="gramStart"/>
      <w:r>
        <w:t>円　　消費税等</w:t>
      </w:r>
      <w:proofErr w:type="gramEnd"/>
      <w:r>
        <w:t xml:space="preserve">：　　　　　　　　　</w:t>
      </w:r>
      <w:proofErr w:type="gramStart"/>
      <w:r>
        <w:t>円　　合計</w:t>
      </w:r>
      <w:proofErr w:type="gramEnd"/>
      <w:r>
        <w:t>：　　　　　　　　　円</w:t>
      </w:r>
    </w:p>
    <w:p w14:paraId="177ABA8C" w14:textId="77777777" w:rsidR="00D8042F" w:rsidRDefault="007A4ED0">
      <w:pPr>
        <w:rPr>
          <w:lang w:eastAsia="ja-JP"/>
        </w:rPr>
      </w:pPr>
      <w:r>
        <w:rPr>
          <w:lang w:eastAsia="ja-JP"/>
        </w:rPr>
        <w:t>※</w:t>
      </w:r>
      <w:r>
        <w:rPr>
          <w:lang w:eastAsia="ja-JP"/>
        </w:rPr>
        <w:t>実施体制、工数、旅費、再委託等の履行可能性を確認できる程度に内訳を記載してください。合計額は見積書と一致させてください。</w:t>
      </w:r>
    </w:p>
    <w:p w14:paraId="5A5350BE" w14:textId="77777777" w:rsidR="00D8042F" w:rsidRDefault="007A4ED0">
      <w:pPr>
        <w:rPr>
          <w:lang w:eastAsia="ja-JP"/>
        </w:rPr>
      </w:pPr>
      <w:r>
        <w:rPr>
          <w:lang w:eastAsia="ja-JP"/>
        </w:rPr>
        <w:br w:type="page"/>
      </w:r>
    </w:p>
    <w:p w14:paraId="494D7897" w14:textId="77777777" w:rsidR="00D8042F" w:rsidRDefault="007A4ED0">
      <w:pPr>
        <w:jc w:val="right"/>
      </w:pPr>
      <w:r>
        <w:rPr>
          <w:b/>
        </w:rPr>
        <w:lastRenderedPageBreak/>
        <w:t>様式第</w:t>
      </w:r>
      <w:r>
        <w:rPr>
          <w:b/>
        </w:rPr>
        <w:t>19</w:t>
      </w:r>
      <w:r>
        <w:rPr>
          <w:b/>
        </w:rPr>
        <w:t>号</w:t>
      </w:r>
    </w:p>
    <w:p w14:paraId="3C182474" w14:textId="77777777" w:rsidR="00D8042F" w:rsidRDefault="007A4ED0">
      <w:pPr>
        <w:jc w:val="center"/>
      </w:pPr>
      <w:r>
        <w:rPr>
          <w:b/>
          <w:sz w:val="32"/>
        </w:rPr>
        <w:t>非公開希望箇所一覧</w:t>
      </w:r>
    </w:p>
    <w:p w14:paraId="053B49B1" w14:textId="77777777" w:rsidR="00D8042F" w:rsidRDefault="007A4ED0">
      <w:pPr>
        <w:jc w:val="right"/>
        <w:rPr>
          <w:lang w:eastAsia="ja-JP"/>
        </w:rPr>
      </w:pPr>
      <w:r>
        <w:rPr>
          <w:color w:val="666666"/>
          <w:sz w:val="16"/>
          <w:lang w:eastAsia="ja-JP"/>
        </w:rPr>
        <w:t>（根拠：実施要領第</w:t>
      </w:r>
      <w:r>
        <w:rPr>
          <w:color w:val="666666"/>
          <w:sz w:val="16"/>
          <w:lang w:eastAsia="ja-JP"/>
        </w:rPr>
        <w:t>18</w:t>
      </w:r>
      <w:r>
        <w:rPr>
          <w:color w:val="666666"/>
          <w:sz w:val="16"/>
          <w:lang w:eastAsia="ja-JP"/>
        </w:rPr>
        <w:t>）</w:t>
      </w:r>
    </w:p>
    <w:p w14:paraId="4E86ACB8" w14:textId="77777777" w:rsidR="00D8042F" w:rsidRDefault="007A4ED0">
      <w:pPr>
        <w:rPr>
          <w:lang w:eastAsia="ja-JP"/>
        </w:rPr>
      </w:pPr>
      <w:r>
        <w:rPr>
          <w:lang w:eastAsia="ja-JP"/>
        </w:rPr>
        <w:t>提出書類のうち、情報公開請求等に際して非公開を希望する箇所がある場合に提出してください。</w:t>
      </w:r>
    </w:p>
    <w:tbl>
      <w:tblPr>
        <w:tblStyle w:val="afe"/>
        <w:tblW w:w="0" w:type="auto"/>
        <w:jc w:val="center"/>
        <w:tblLook w:val="04A0" w:firstRow="1" w:lastRow="0" w:firstColumn="1" w:lastColumn="0" w:noHBand="0" w:noVBand="1"/>
      </w:tblPr>
      <w:tblGrid>
        <w:gridCol w:w="636"/>
        <w:gridCol w:w="1787"/>
        <w:gridCol w:w="1422"/>
        <w:gridCol w:w="3334"/>
        <w:gridCol w:w="3067"/>
      </w:tblGrid>
      <w:tr w:rsidR="00D8042F" w14:paraId="24D77475" w14:textId="77777777">
        <w:trPr>
          <w:tblHeader/>
          <w:jc w:val="center"/>
        </w:trPr>
        <w:tc>
          <w:tcPr>
            <w:tcW w:w="680" w:type="dxa"/>
            <w:shd w:val="clear" w:color="auto" w:fill="1F4E78"/>
            <w:tcMar>
              <w:top w:w="80" w:type="dxa"/>
              <w:left w:w="80" w:type="dxa"/>
              <w:bottom w:w="80" w:type="dxa"/>
              <w:right w:w="80" w:type="dxa"/>
            </w:tcMar>
          </w:tcPr>
          <w:p w14:paraId="1F9CE922" w14:textId="77777777" w:rsidR="00D8042F" w:rsidRDefault="007A4ED0">
            <w:pPr>
              <w:jc w:val="center"/>
            </w:pPr>
            <w:r>
              <w:rPr>
                <w:b/>
                <w:color w:val="FFFFFF"/>
                <w:sz w:val="15"/>
              </w:rPr>
              <w:t>No.</w:t>
            </w:r>
          </w:p>
        </w:tc>
        <w:tc>
          <w:tcPr>
            <w:tcW w:w="2041" w:type="dxa"/>
            <w:shd w:val="clear" w:color="auto" w:fill="1F4E78"/>
            <w:tcMar>
              <w:top w:w="80" w:type="dxa"/>
              <w:left w:w="80" w:type="dxa"/>
              <w:bottom w:w="80" w:type="dxa"/>
              <w:right w:w="80" w:type="dxa"/>
            </w:tcMar>
          </w:tcPr>
          <w:p w14:paraId="61A89278" w14:textId="77777777" w:rsidR="00D8042F" w:rsidRDefault="007A4ED0">
            <w:pPr>
              <w:jc w:val="center"/>
            </w:pPr>
            <w:r>
              <w:rPr>
                <w:b/>
                <w:color w:val="FFFFFF"/>
                <w:sz w:val="15"/>
              </w:rPr>
              <w:t>資料名</w:t>
            </w:r>
          </w:p>
        </w:tc>
        <w:tc>
          <w:tcPr>
            <w:tcW w:w="1587" w:type="dxa"/>
            <w:shd w:val="clear" w:color="auto" w:fill="1F4E78"/>
            <w:tcMar>
              <w:top w:w="80" w:type="dxa"/>
              <w:left w:w="80" w:type="dxa"/>
              <w:bottom w:w="80" w:type="dxa"/>
              <w:right w:w="80" w:type="dxa"/>
            </w:tcMar>
          </w:tcPr>
          <w:p w14:paraId="1B07EC9F" w14:textId="77777777" w:rsidR="00D8042F" w:rsidRDefault="007A4ED0">
            <w:pPr>
              <w:jc w:val="center"/>
            </w:pPr>
            <w:r>
              <w:rPr>
                <w:b/>
                <w:color w:val="FFFFFF"/>
                <w:sz w:val="15"/>
              </w:rPr>
              <w:t>頁・箇所</w:t>
            </w:r>
          </w:p>
        </w:tc>
        <w:tc>
          <w:tcPr>
            <w:tcW w:w="3855" w:type="dxa"/>
            <w:shd w:val="clear" w:color="auto" w:fill="1F4E78"/>
            <w:tcMar>
              <w:top w:w="80" w:type="dxa"/>
              <w:left w:w="80" w:type="dxa"/>
              <w:bottom w:w="80" w:type="dxa"/>
              <w:right w:w="80" w:type="dxa"/>
            </w:tcMar>
          </w:tcPr>
          <w:p w14:paraId="1A0D603D" w14:textId="77777777" w:rsidR="00D8042F" w:rsidRDefault="007A4ED0">
            <w:pPr>
              <w:jc w:val="center"/>
              <w:rPr>
                <w:lang w:eastAsia="ja-JP"/>
              </w:rPr>
            </w:pPr>
            <w:r>
              <w:rPr>
                <w:b/>
                <w:color w:val="FFFFFF"/>
                <w:sz w:val="15"/>
                <w:lang w:eastAsia="ja-JP"/>
              </w:rPr>
              <w:t>非公開を希望する具体的理由</w:t>
            </w:r>
          </w:p>
        </w:tc>
        <w:tc>
          <w:tcPr>
            <w:tcW w:w="3515" w:type="dxa"/>
            <w:shd w:val="clear" w:color="auto" w:fill="1F4E78"/>
            <w:tcMar>
              <w:top w:w="80" w:type="dxa"/>
              <w:left w:w="80" w:type="dxa"/>
              <w:bottom w:w="80" w:type="dxa"/>
              <w:right w:w="80" w:type="dxa"/>
            </w:tcMar>
          </w:tcPr>
          <w:p w14:paraId="0E31BAC9" w14:textId="77777777" w:rsidR="00D8042F" w:rsidRDefault="007A4ED0">
            <w:pPr>
              <w:jc w:val="center"/>
              <w:rPr>
                <w:lang w:eastAsia="ja-JP"/>
              </w:rPr>
            </w:pPr>
            <w:r>
              <w:rPr>
                <w:b/>
                <w:color w:val="FFFFFF"/>
                <w:sz w:val="15"/>
                <w:lang w:eastAsia="ja-JP"/>
              </w:rPr>
              <w:t>開示により害される権利・利益等</w:t>
            </w:r>
          </w:p>
        </w:tc>
      </w:tr>
      <w:tr w:rsidR="00D8042F" w14:paraId="0DA0F3D9" w14:textId="77777777">
        <w:trPr>
          <w:trHeight w:val="1134"/>
          <w:jc w:val="center"/>
        </w:trPr>
        <w:tc>
          <w:tcPr>
            <w:tcW w:w="680" w:type="dxa"/>
            <w:tcMar>
              <w:top w:w="80" w:type="dxa"/>
              <w:left w:w="80" w:type="dxa"/>
              <w:bottom w:w="80" w:type="dxa"/>
              <w:right w:w="80" w:type="dxa"/>
            </w:tcMar>
            <w:vAlign w:val="center"/>
          </w:tcPr>
          <w:p w14:paraId="789B7242" w14:textId="77777777" w:rsidR="00D8042F" w:rsidRDefault="007A4ED0">
            <w:r>
              <w:rPr>
                <w:sz w:val="15"/>
              </w:rPr>
              <w:t>1</w:t>
            </w:r>
          </w:p>
        </w:tc>
        <w:tc>
          <w:tcPr>
            <w:tcW w:w="2041" w:type="dxa"/>
            <w:tcMar>
              <w:top w:w="80" w:type="dxa"/>
              <w:left w:w="80" w:type="dxa"/>
              <w:bottom w:w="80" w:type="dxa"/>
              <w:right w:w="80" w:type="dxa"/>
            </w:tcMar>
            <w:vAlign w:val="center"/>
          </w:tcPr>
          <w:p w14:paraId="7E7B524C" w14:textId="77777777" w:rsidR="00D8042F" w:rsidRDefault="00D8042F"/>
        </w:tc>
        <w:tc>
          <w:tcPr>
            <w:tcW w:w="1587" w:type="dxa"/>
            <w:tcMar>
              <w:top w:w="80" w:type="dxa"/>
              <w:left w:w="80" w:type="dxa"/>
              <w:bottom w:w="80" w:type="dxa"/>
              <w:right w:w="80" w:type="dxa"/>
            </w:tcMar>
            <w:vAlign w:val="center"/>
          </w:tcPr>
          <w:p w14:paraId="5C11256B" w14:textId="77777777" w:rsidR="00D8042F" w:rsidRDefault="00D8042F"/>
        </w:tc>
        <w:tc>
          <w:tcPr>
            <w:tcW w:w="3855" w:type="dxa"/>
            <w:tcMar>
              <w:top w:w="80" w:type="dxa"/>
              <w:left w:w="80" w:type="dxa"/>
              <w:bottom w:w="80" w:type="dxa"/>
              <w:right w:w="80" w:type="dxa"/>
            </w:tcMar>
            <w:vAlign w:val="center"/>
          </w:tcPr>
          <w:p w14:paraId="18D564CC" w14:textId="77777777" w:rsidR="00D8042F" w:rsidRDefault="00D8042F"/>
        </w:tc>
        <w:tc>
          <w:tcPr>
            <w:tcW w:w="3515" w:type="dxa"/>
            <w:tcMar>
              <w:top w:w="80" w:type="dxa"/>
              <w:left w:w="80" w:type="dxa"/>
              <w:bottom w:w="80" w:type="dxa"/>
              <w:right w:w="80" w:type="dxa"/>
            </w:tcMar>
            <w:vAlign w:val="center"/>
          </w:tcPr>
          <w:p w14:paraId="4D88A14D" w14:textId="77777777" w:rsidR="00D8042F" w:rsidRDefault="00D8042F"/>
        </w:tc>
      </w:tr>
      <w:tr w:rsidR="00D8042F" w14:paraId="6524F3FE" w14:textId="77777777">
        <w:trPr>
          <w:trHeight w:val="1134"/>
          <w:jc w:val="center"/>
        </w:trPr>
        <w:tc>
          <w:tcPr>
            <w:tcW w:w="680" w:type="dxa"/>
            <w:tcMar>
              <w:top w:w="80" w:type="dxa"/>
              <w:left w:w="80" w:type="dxa"/>
              <w:bottom w:w="80" w:type="dxa"/>
              <w:right w:w="80" w:type="dxa"/>
            </w:tcMar>
            <w:vAlign w:val="center"/>
          </w:tcPr>
          <w:p w14:paraId="72B77C62" w14:textId="77777777" w:rsidR="00D8042F" w:rsidRDefault="007A4ED0">
            <w:r>
              <w:rPr>
                <w:sz w:val="15"/>
              </w:rPr>
              <w:t>2</w:t>
            </w:r>
          </w:p>
        </w:tc>
        <w:tc>
          <w:tcPr>
            <w:tcW w:w="2041" w:type="dxa"/>
            <w:tcMar>
              <w:top w:w="80" w:type="dxa"/>
              <w:left w:w="80" w:type="dxa"/>
              <w:bottom w:w="80" w:type="dxa"/>
              <w:right w:w="80" w:type="dxa"/>
            </w:tcMar>
            <w:vAlign w:val="center"/>
          </w:tcPr>
          <w:p w14:paraId="042BB06B" w14:textId="77777777" w:rsidR="00D8042F" w:rsidRDefault="00D8042F"/>
        </w:tc>
        <w:tc>
          <w:tcPr>
            <w:tcW w:w="1587" w:type="dxa"/>
            <w:tcMar>
              <w:top w:w="80" w:type="dxa"/>
              <w:left w:w="80" w:type="dxa"/>
              <w:bottom w:w="80" w:type="dxa"/>
              <w:right w:w="80" w:type="dxa"/>
            </w:tcMar>
            <w:vAlign w:val="center"/>
          </w:tcPr>
          <w:p w14:paraId="1B1BB33E" w14:textId="77777777" w:rsidR="00D8042F" w:rsidRDefault="00D8042F"/>
        </w:tc>
        <w:tc>
          <w:tcPr>
            <w:tcW w:w="3855" w:type="dxa"/>
            <w:tcMar>
              <w:top w:w="80" w:type="dxa"/>
              <w:left w:w="80" w:type="dxa"/>
              <w:bottom w:w="80" w:type="dxa"/>
              <w:right w:w="80" w:type="dxa"/>
            </w:tcMar>
            <w:vAlign w:val="center"/>
          </w:tcPr>
          <w:p w14:paraId="10B8181C" w14:textId="77777777" w:rsidR="00D8042F" w:rsidRDefault="00D8042F"/>
        </w:tc>
        <w:tc>
          <w:tcPr>
            <w:tcW w:w="3515" w:type="dxa"/>
            <w:tcMar>
              <w:top w:w="80" w:type="dxa"/>
              <w:left w:w="80" w:type="dxa"/>
              <w:bottom w:w="80" w:type="dxa"/>
              <w:right w:w="80" w:type="dxa"/>
            </w:tcMar>
            <w:vAlign w:val="center"/>
          </w:tcPr>
          <w:p w14:paraId="0181A1B3" w14:textId="77777777" w:rsidR="00D8042F" w:rsidRDefault="00D8042F"/>
        </w:tc>
      </w:tr>
      <w:tr w:rsidR="00D8042F" w14:paraId="2DA792DE" w14:textId="77777777">
        <w:trPr>
          <w:trHeight w:val="1134"/>
          <w:jc w:val="center"/>
        </w:trPr>
        <w:tc>
          <w:tcPr>
            <w:tcW w:w="680" w:type="dxa"/>
            <w:tcMar>
              <w:top w:w="80" w:type="dxa"/>
              <w:left w:w="80" w:type="dxa"/>
              <w:bottom w:w="80" w:type="dxa"/>
              <w:right w:w="80" w:type="dxa"/>
            </w:tcMar>
            <w:vAlign w:val="center"/>
          </w:tcPr>
          <w:p w14:paraId="55B1384E" w14:textId="77777777" w:rsidR="00D8042F" w:rsidRDefault="007A4ED0">
            <w:r>
              <w:rPr>
                <w:sz w:val="15"/>
              </w:rPr>
              <w:t>3</w:t>
            </w:r>
          </w:p>
        </w:tc>
        <w:tc>
          <w:tcPr>
            <w:tcW w:w="2041" w:type="dxa"/>
            <w:tcMar>
              <w:top w:w="80" w:type="dxa"/>
              <w:left w:w="80" w:type="dxa"/>
              <w:bottom w:w="80" w:type="dxa"/>
              <w:right w:w="80" w:type="dxa"/>
            </w:tcMar>
            <w:vAlign w:val="center"/>
          </w:tcPr>
          <w:p w14:paraId="0AC9F642" w14:textId="77777777" w:rsidR="00D8042F" w:rsidRDefault="00D8042F"/>
        </w:tc>
        <w:tc>
          <w:tcPr>
            <w:tcW w:w="1587" w:type="dxa"/>
            <w:tcMar>
              <w:top w:w="80" w:type="dxa"/>
              <w:left w:w="80" w:type="dxa"/>
              <w:bottom w:w="80" w:type="dxa"/>
              <w:right w:w="80" w:type="dxa"/>
            </w:tcMar>
            <w:vAlign w:val="center"/>
          </w:tcPr>
          <w:p w14:paraId="00F9075D" w14:textId="77777777" w:rsidR="00D8042F" w:rsidRDefault="00D8042F"/>
        </w:tc>
        <w:tc>
          <w:tcPr>
            <w:tcW w:w="3855" w:type="dxa"/>
            <w:tcMar>
              <w:top w:w="80" w:type="dxa"/>
              <w:left w:w="80" w:type="dxa"/>
              <w:bottom w:w="80" w:type="dxa"/>
              <w:right w:w="80" w:type="dxa"/>
            </w:tcMar>
            <w:vAlign w:val="center"/>
          </w:tcPr>
          <w:p w14:paraId="6C9C35E7" w14:textId="77777777" w:rsidR="00D8042F" w:rsidRDefault="00D8042F"/>
        </w:tc>
        <w:tc>
          <w:tcPr>
            <w:tcW w:w="3515" w:type="dxa"/>
            <w:tcMar>
              <w:top w:w="80" w:type="dxa"/>
              <w:left w:w="80" w:type="dxa"/>
              <w:bottom w:w="80" w:type="dxa"/>
              <w:right w:w="80" w:type="dxa"/>
            </w:tcMar>
            <w:vAlign w:val="center"/>
          </w:tcPr>
          <w:p w14:paraId="3FCCC4D2" w14:textId="77777777" w:rsidR="00D8042F" w:rsidRDefault="00D8042F"/>
        </w:tc>
      </w:tr>
      <w:tr w:rsidR="00D8042F" w14:paraId="75168BB9" w14:textId="77777777">
        <w:trPr>
          <w:trHeight w:val="1134"/>
          <w:jc w:val="center"/>
        </w:trPr>
        <w:tc>
          <w:tcPr>
            <w:tcW w:w="680" w:type="dxa"/>
            <w:tcMar>
              <w:top w:w="80" w:type="dxa"/>
              <w:left w:w="80" w:type="dxa"/>
              <w:bottom w:w="80" w:type="dxa"/>
              <w:right w:w="80" w:type="dxa"/>
            </w:tcMar>
            <w:vAlign w:val="center"/>
          </w:tcPr>
          <w:p w14:paraId="10BA1BAE" w14:textId="77777777" w:rsidR="00D8042F" w:rsidRDefault="007A4ED0">
            <w:r>
              <w:rPr>
                <w:sz w:val="15"/>
              </w:rPr>
              <w:t>4</w:t>
            </w:r>
          </w:p>
        </w:tc>
        <w:tc>
          <w:tcPr>
            <w:tcW w:w="2041" w:type="dxa"/>
            <w:tcMar>
              <w:top w:w="80" w:type="dxa"/>
              <w:left w:w="80" w:type="dxa"/>
              <w:bottom w:w="80" w:type="dxa"/>
              <w:right w:w="80" w:type="dxa"/>
            </w:tcMar>
            <w:vAlign w:val="center"/>
          </w:tcPr>
          <w:p w14:paraId="4EC48B32" w14:textId="77777777" w:rsidR="00D8042F" w:rsidRDefault="00D8042F"/>
        </w:tc>
        <w:tc>
          <w:tcPr>
            <w:tcW w:w="1587" w:type="dxa"/>
            <w:tcMar>
              <w:top w:w="80" w:type="dxa"/>
              <w:left w:w="80" w:type="dxa"/>
              <w:bottom w:w="80" w:type="dxa"/>
              <w:right w:w="80" w:type="dxa"/>
            </w:tcMar>
            <w:vAlign w:val="center"/>
          </w:tcPr>
          <w:p w14:paraId="651CE4B7" w14:textId="77777777" w:rsidR="00D8042F" w:rsidRDefault="00D8042F"/>
        </w:tc>
        <w:tc>
          <w:tcPr>
            <w:tcW w:w="3855" w:type="dxa"/>
            <w:tcMar>
              <w:top w:w="80" w:type="dxa"/>
              <w:left w:w="80" w:type="dxa"/>
              <w:bottom w:w="80" w:type="dxa"/>
              <w:right w:w="80" w:type="dxa"/>
            </w:tcMar>
            <w:vAlign w:val="center"/>
          </w:tcPr>
          <w:p w14:paraId="207F1B5F" w14:textId="77777777" w:rsidR="00D8042F" w:rsidRDefault="00D8042F"/>
        </w:tc>
        <w:tc>
          <w:tcPr>
            <w:tcW w:w="3515" w:type="dxa"/>
            <w:tcMar>
              <w:top w:w="80" w:type="dxa"/>
              <w:left w:w="80" w:type="dxa"/>
              <w:bottom w:w="80" w:type="dxa"/>
              <w:right w:w="80" w:type="dxa"/>
            </w:tcMar>
            <w:vAlign w:val="center"/>
          </w:tcPr>
          <w:p w14:paraId="4749CBA6" w14:textId="77777777" w:rsidR="00D8042F" w:rsidRDefault="00D8042F"/>
        </w:tc>
      </w:tr>
      <w:tr w:rsidR="00D8042F" w14:paraId="1659D1D9" w14:textId="77777777">
        <w:trPr>
          <w:trHeight w:val="1134"/>
          <w:jc w:val="center"/>
        </w:trPr>
        <w:tc>
          <w:tcPr>
            <w:tcW w:w="680" w:type="dxa"/>
            <w:tcMar>
              <w:top w:w="80" w:type="dxa"/>
              <w:left w:w="80" w:type="dxa"/>
              <w:bottom w:w="80" w:type="dxa"/>
              <w:right w:w="80" w:type="dxa"/>
            </w:tcMar>
            <w:vAlign w:val="center"/>
          </w:tcPr>
          <w:p w14:paraId="7CFB3209" w14:textId="77777777" w:rsidR="00D8042F" w:rsidRDefault="007A4ED0">
            <w:r>
              <w:rPr>
                <w:sz w:val="15"/>
              </w:rPr>
              <w:t>5</w:t>
            </w:r>
          </w:p>
        </w:tc>
        <w:tc>
          <w:tcPr>
            <w:tcW w:w="2041" w:type="dxa"/>
            <w:tcMar>
              <w:top w:w="80" w:type="dxa"/>
              <w:left w:w="80" w:type="dxa"/>
              <w:bottom w:w="80" w:type="dxa"/>
              <w:right w:w="80" w:type="dxa"/>
            </w:tcMar>
            <w:vAlign w:val="center"/>
          </w:tcPr>
          <w:p w14:paraId="4BBB90F5" w14:textId="77777777" w:rsidR="00D8042F" w:rsidRDefault="00D8042F"/>
        </w:tc>
        <w:tc>
          <w:tcPr>
            <w:tcW w:w="1587" w:type="dxa"/>
            <w:tcMar>
              <w:top w:w="80" w:type="dxa"/>
              <w:left w:w="80" w:type="dxa"/>
              <w:bottom w:w="80" w:type="dxa"/>
              <w:right w:w="80" w:type="dxa"/>
            </w:tcMar>
            <w:vAlign w:val="center"/>
          </w:tcPr>
          <w:p w14:paraId="75B4F36C" w14:textId="77777777" w:rsidR="00D8042F" w:rsidRDefault="00D8042F"/>
        </w:tc>
        <w:tc>
          <w:tcPr>
            <w:tcW w:w="3855" w:type="dxa"/>
            <w:tcMar>
              <w:top w:w="80" w:type="dxa"/>
              <w:left w:w="80" w:type="dxa"/>
              <w:bottom w:w="80" w:type="dxa"/>
              <w:right w:w="80" w:type="dxa"/>
            </w:tcMar>
            <w:vAlign w:val="center"/>
          </w:tcPr>
          <w:p w14:paraId="39EB7012" w14:textId="77777777" w:rsidR="00D8042F" w:rsidRDefault="00D8042F"/>
        </w:tc>
        <w:tc>
          <w:tcPr>
            <w:tcW w:w="3515" w:type="dxa"/>
            <w:tcMar>
              <w:top w:w="80" w:type="dxa"/>
              <w:left w:w="80" w:type="dxa"/>
              <w:bottom w:w="80" w:type="dxa"/>
              <w:right w:w="80" w:type="dxa"/>
            </w:tcMar>
            <w:vAlign w:val="center"/>
          </w:tcPr>
          <w:p w14:paraId="18372381" w14:textId="77777777" w:rsidR="00D8042F" w:rsidRDefault="00D8042F"/>
        </w:tc>
      </w:tr>
    </w:tbl>
    <w:p w14:paraId="0ED43E56" w14:textId="77777777" w:rsidR="00D8042F" w:rsidRDefault="007A4ED0">
      <w:pPr>
        <w:rPr>
          <w:lang w:eastAsia="ja-JP"/>
        </w:rPr>
      </w:pPr>
      <w:r>
        <w:rPr>
          <w:lang w:eastAsia="ja-JP"/>
        </w:rPr>
        <w:t>※</w:t>
      </w:r>
      <w:r>
        <w:rPr>
          <w:lang w:eastAsia="ja-JP"/>
        </w:rPr>
        <w:t>本一覧の提出により非公開が保証されるものではありません。開示・非開示は、関係法令・条例等に基づき市が判断します。</w:t>
      </w:r>
    </w:p>
    <w:p w14:paraId="7F682E2C" w14:textId="5A1C87AC" w:rsidR="00D8042F" w:rsidRPr="00525CDE" w:rsidRDefault="00D8042F">
      <w:pPr>
        <w:rPr>
          <w:rFonts w:eastAsiaTheme="minorEastAsia" w:hint="eastAsia"/>
          <w:lang w:eastAsia="ja-JP"/>
        </w:rPr>
      </w:pPr>
    </w:p>
    <w:sectPr w:rsidR="00D8042F" w:rsidRPr="00525CDE" w:rsidSect="00034616">
      <w:headerReference w:type="default" r:id="rId8"/>
      <w:footerReference w:type="default" r:id="rId9"/>
      <w:pgSz w:w="12240" w:h="15840"/>
      <w:pgMar w:top="1020" w:right="1020" w:bottom="96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D0674" w14:textId="77777777" w:rsidR="007A4ED0" w:rsidRDefault="007A4ED0">
      <w:pPr>
        <w:spacing w:after="0" w:line="240" w:lineRule="auto"/>
      </w:pPr>
      <w:r>
        <w:separator/>
      </w:r>
    </w:p>
  </w:endnote>
  <w:endnote w:type="continuationSeparator" w:id="0">
    <w:p w14:paraId="25C11145" w14:textId="77777777" w:rsidR="007A4ED0" w:rsidRDefault="007A4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7704" w14:textId="77777777" w:rsidR="00D8042F" w:rsidRDefault="007A4ED0">
    <w:pPr>
      <w:pStyle w:val="a7"/>
      <w:jc w:val="center"/>
      <w:rPr>
        <w:lang w:eastAsia="ja-JP"/>
      </w:rPr>
    </w:pPr>
    <w:r>
      <w:rPr>
        <w:lang w:eastAsia="ja-JP"/>
      </w:rPr>
      <w:t xml:space="preserve">種子島開発総合センターリニューアル基本構想・基本計画策定業務委託　</w:t>
    </w:r>
    <w:r>
      <w:fldChar w:fldCharType="begin"/>
    </w:r>
    <w:r>
      <w:rPr>
        <w:lang w:eastAsia="ja-JP"/>
      </w:rPr>
      <w:instrText xml:space="preserve"> PAGE </w:instrText>
    </w:r>
    <w:r>
      <w:fldChar w:fldCharType="separate"/>
    </w:r>
    <w:r w:rsidR="00EC7CCC">
      <w:rPr>
        <w:noProof/>
        <w:lang w:eastAsia="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5802C" w14:textId="77777777" w:rsidR="007A4ED0" w:rsidRDefault="007A4ED0">
      <w:pPr>
        <w:spacing w:after="0" w:line="240" w:lineRule="auto"/>
      </w:pPr>
      <w:r>
        <w:separator/>
      </w:r>
    </w:p>
  </w:footnote>
  <w:footnote w:type="continuationSeparator" w:id="0">
    <w:p w14:paraId="44047FDB" w14:textId="77777777" w:rsidR="007A4ED0" w:rsidRDefault="007A4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D346" w14:textId="77777777" w:rsidR="00D8042F" w:rsidRDefault="00D8042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20183805">
    <w:abstractNumId w:val="8"/>
  </w:num>
  <w:num w:numId="2" w16cid:durableId="6255111">
    <w:abstractNumId w:val="6"/>
  </w:num>
  <w:num w:numId="3" w16cid:durableId="1084839266">
    <w:abstractNumId w:val="5"/>
  </w:num>
  <w:num w:numId="4" w16cid:durableId="301735966">
    <w:abstractNumId w:val="4"/>
  </w:num>
  <w:num w:numId="5" w16cid:durableId="1883060002">
    <w:abstractNumId w:val="7"/>
  </w:num>
  <w:num w:numId="6" w16cid:durableId="195774904">
    <w:abstractNumId w:val="3"/>
  </w:num>
  <w:num w:numId="7" w16cid:durableId="1702975792">
    <w:abstractNumId w:val="2"/>
  </w:num>
  <w:num w:numId="8" w16cid:durableId="996422473">
    <w:abstractNumId w:val="1"/>
  </w:num>
  <w:num w:numId="9" w16cid:durableId="1096973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078F"/>
    <w:rsid w:val="00222CD6"/>
    <w:rsid w:val="0029639D"/>
    <w:rsid w:val="00326F90"/>
    <w:rsid w:val="00514181"/>
    <w:rsid w:val="00525CDE"/>
    <w:rsid w:val="007A4ED0"/>
    <w:rsid w:val="00AA1D8D"/>
    <w:rsid w:val="00B47730"/>
    <w:rsid w:val="00CB0664"/>
    <w:rsid w:val="00D8042F"/>
    <w:rsid w:val="00EC7C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9284CDE"/>
  <w14:defaultImageDpi w14:val="300"/>
  <w15:docId w15:val="{A70F6858-CA78-4455-BFA5-FD66E339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60"/>
    </w:pPr>
    <w:rPr>
      <w:rFonts w:ascii="Noto Sans CJK JP" w:eastAsia="Noto Sans CJK JP" w:hAnsi="Noto Sans CJK JP"/>
      <w:sz w:val="21"/>
    </w:rPr>
  </w:style>
  <w:style w:type="paragraph" w:styleId="1">
    <w:name w:val="heading 1"/>
    <w:basedOn w:val="a1"/>
    <w:next w:val="a1"/>
    <w:link w:val="10"/>
    <w:uiPriority w:val="9"/>
    <w:qFormat/>
    <w:rsid w:val="00FC693F"/>
    <w:pPr>
      <w:keepNext/>
      <w:keepLines/>
      <w:spacing w:before="160" w:after="100"/>
      <w:outlineLvl w:val="0"/>
    </w:pPr>
    <w:rPr>
      <w:rFonts w:asciiTheme="majorHAnsi" w:eastAsiaTheme="majorEastAsia" w:hAnsiTheme="majorHAnsi" w:cstheme="majorBidi"/>
      <w:b/>
      <w:bCs/>
      <w:color w:val="1F4E78"/>
      <w:sz w:val="28"/>
      <w:szCs w:val="28"/>
    </w:rPr>
  </w:style>
  <w:style w:type="paragraph" w:styleId="21">
    <w:name w:val="heading 2"/>
    <w:basedOn w:val="a1"/>
    <w:next w:val="a1"/>
    <w:link w:val="22"/>
    <w:uiPriority w:val="9"/>
    <w:unhideWhenUsed/>
    <w:qFormat/>
    <w:rsid w:val="00FC693F"/>
    <w:pPr>
      <w:keepNext/>
      <w:keepLines/>
      <w:spacing w:before="160" w:after="100"/>
      <w:outlineLvl w:val="1"/>
    </w:pPr>
    <w:rPr>
      <w:rFonts w:asciiTheme="majorHAnsi" w:eastAsiaTheme="majorEastAsia" w:hAnsiTheme="majorHAnsi" w:cstheme="majorBidi"/>
      <w:b/>
      <w:bCs/>
      <w:color w:val="1F4E78"/>
      <w:sz w:val="24"/>
      <w:szCs w:val="26"/>
    </w:rPr>
  </w:style>
  <w:style w:type="paragraph" w:styleId="31">
    <w:name w:val="heading 3"/>
    <w:basedOn w:val="a1"/>
    <w:next w:val="a1"/>
    <w:link w:val="32"/>
    <w:uiPriority w:val="9"/>
    <w:unhideWhenUsed/>
    <w:qFormat/>
    <w:rsid w:val="00FC693F"/>
    <w:pPr>
      <w:keepNext/>
      <w:keepLines/>
      <w:spacing w:before="160" w:after="100"/>
      <w:outlineLvl w:val="2"/>
    </w:pPr>
    <w:rPr>
      <w:rFonts w:asciiTheme="majorHAnsi" w:eastAsiaTheme="majorEastAsia" w:hAnsiTheme="majorHAnsi" w:cstheme="majorBidi"/>
      <w:b/>
      <w:bCs/>
      <w:color w:val="1F4E78"/>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rPr>
      <w:rFonts w:ascii="Noto Sans CJK JP" w:eastAsia="Noto Sans CJK JP" w:hAnsi="Noto Sans CJK JP"/>
    </w:rPr>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rPr>
      <w:rFonts w:ascii="Noto Sans CJK JP" w:eastAsia="Noto Sans CJK JP" w:hAnsi="Noto Sans CJK JP"/>
    </w:rPr>
  </w:style>
  <w:style w:type="paragraph" w:styleId="a9">
    <w:name w:val="No Spacing"/>
    <w:uiPriority w:val="1"/>
    <w:qFormat/>
    <w:rsid w:val="00FC693F"/>
    <w:pPr>
      <w:spacing w:after="0" w:line="240" w:lineRule="auto"/>
    </w:pPr>
    <w:rPr>
      <w:rFonts w:ascii="Noto Sans CJK JP" w:eastAsia="Noto Sans CJK JP" w:hAnsi="Noto Sans CJK JP"/>
    </w:r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before="160" w:after="100" w:line="240" w:lineRule="auto"/>
      <w:contextualSpacing/>
    </w:pPr>
    <w:rPr>
      <w:rFonts w:asciiTheme="majorHAnsi" w:eastAsiaTheme="majorEastAsia" w:hAnsiTheme="majorHAnsi" w:cstheme="majorBidi"/>
      <w:b/>
      <w:color w:val="1F4E78"/>
      <w:spacing w:val="5"/>
      <w:kern w:val="28"/>
      <w:sz w:val="36"/>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rPr>
      <w:rFonts w:ascii="Noto Sans CJK JP" w:eastAsia="Noto Sans CJK JP" w:hAnsi="Noto Sans CJK JP"/>
    </w:rPr>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rPr>
      <w:rFonts w:ascii="Noto Sans CJK JP" w:eastAsia="Noto Sans CJK JP" w:hAnsi="Noto Sans CJK JP"/>
    </w:rPr>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rFonts w:ascii="Noto Sans CJK JP" w:eastAsia="Noto Sans CJK JP" w:hAnsi="Noto Sans CJK JP"/>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Noto Sans CJK JP" w:eastAsia="Noto Sans CJK JP" w:hAnsi="Noto Sans CJK JP"/>
      <w:sz w:val="20"/>
      <w:szCs w:val="20"/>
    </w:rPr>
  </w:style>
  <w:style w:type="character" w:customStyle="1" w:styleId="af4">
    <w:name w:val="マクロ文字列 (文字)"/>
    <w:basedOn w:val="a2"/>
    <w:link w:val="af3"/>
    <w:uiPriority w:val="99"/>
    <w:rsid w:val="0029639D"/>
    <w:rPr>
      <w:rFonts w:ascii="Noto Sans CJK JP" w:eastAsia="Noto Sans CJK JP" w:hAnsi="Noto Sans CJK JP"/>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rFonts w:ascii="Noto Sans CJK JP" w:eastAsia="Noto Sans CJK JP" w:hAnsi="Noto Sans CJK JP"/>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rFonts w:ascii="Noto Sans CJK JP" w:eastAsia="Noto Sans CJK JP" w:hAnsi="Noto Sans CJK JP"/>
      <w:b/>
      <w:bCs/>
    </w:rPr>
  </w:style>
  <w:style w:type="character" w:styleId="af9">
    <w:name w:val="Emphasis"/>
    <w:basedOn w:val="a2"/>
    <w:uiPriority w:val="20"/>
    <w:qFormat/>
    <w:rsid w:val="00FC693F"/>
    <w:rPr>
      <w:rFonts w:ascii="Noto Sans CJK JP" w:eastAsia="Noto Sans CJK JP" w:hAnsi="Noto Sans CJK JP"/>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rFonts w:ascii="Noto Sans CJK JP" w:eastAsia="Noto Sans CJK JP" w:hAnsi="Noto Sans CJK JP"/>
      <w:b/>
      <w:bCs/>
      <w:i/>
      <w:iCs/>
      <w:color w:val="4F81BD" w:themeColor="accent1"/>
    </w:rPr>
  </w:style>
  <w:style w:type="character" w:styleId="afa">
    <w:name w:val="Subtle Emphasis"/>
    <w:basedOn w:val="a2"/>
    <w:uiPriority w:val="19"/>
    <w:qFormat/>
    <w:rsid w:val="00FC693F"/>
    <w:rPr>
      <w:rFonts w:ascii="Noto Sans CJK JP" w:eastAsia="Noto Sans CJK JP" w:hAnsi="Noto Sans CJK JP"/>
      <w:i/>
      <w:iCs/>
      <w:color w:val="808080" w:themeColor="text1" w:themeTint="7F"/>
    </w:rPr>
  </w:style>
  <w:style w:type="character" w:styleId="29">
    <w:name w:val="Intense Emphasis"/>
    <w:basedOn w:val="a2"/>
    <w:uiPriority w:val="21"/>
    <w:qFormat/>
    <w:rsid w:val="00FC693F"/>
    <w:rPr>
      <w:rFonts w:ascii="Noto Sans CJK JP" w:eastAsia="Noto Sans CJK JP" w:hAnsi="Noto Sans CJK JP"/>
      <w:b/>
      <w:bCs/>
      <w:i/>
      <w:iCs/>
      <w:color w:val="4F81BD" w:themeColor="accent1"/>
    </w:rPr>
  </w:style>
  <w:style w:type="character" w:styleId="afb">
    <w:name w:val="Subtle Reference"/>
    <w:basedOn w:val="a2"/>
    <w:uiPriority w:val="31"/>
    <w:qFormat/>
    <w:rsid w:val="00FC693F"/>
    <w:rPr>
      <w:rFonts w:ascii="Noto Sans CJK JP" w:eastAsia="Noto Sans CJK JP" w:hAnsi="Noto Sans CJK JP"/>
      <w:smallCaps/>
      <w:color w:val="C0504D" w:themeColor="accent2"/>
      <w:u w:val="single"/>
    </w:rPr>
  </w:style>
  <w:style w:type="character" w:styleId="2a">
    <w:name w:val="Intense Reference"/>
    <w:basedOn w:val="a2"/>
    <w:uiPriority w:val="32"/>
    <w:qFormat/>
    <w:rsid w:val="00FC693F"/>
    <w:rPr>
      <w:rFonts w:ascii="Noto Sans CJK JP" w:eastAsia="Noto Sans CJK JP" w:hAnsi="Noto Sans CJK JP"/>
      <w:b/>
      <w:bCs/>
      <w:smallCaps/>
      <w:color w:val="C0504D" w:themeColor="accent2"/>
      <w:spacing w:val="5"/>
      <w:u w:val="single"/>
    </w:rPr>
  </w:style>
  <w:style w:type="character" w:styleId="afc">
    <w:name w:val="Book Title"/>
    <w:basedOn w:val="a2"/>
    <w:uiPriority w:val="33"/>
    <w:qFormat/>
    <w:rsid w:val="00FC693F"/>
    <w:rPr>
      <w:rFonts w:ascii="Noto Sans CJK JP" w:eastAsia="Noto Sans CJK JP" w:hAnsi="Noto Sans CJK JP"/>
      <w:b/>
      <w:bCs/>
      <w:smallCaps/>
      <w:spacing w:val="5"/>
    </w:rPr>
  </w:style>
  <w:style w:type="paragraph" w:styleId="afd">
    <w:name w:val="TOC Heading"/>
    <w:basedOn w:val="1"/>
    <w:next w:val="a1"/>
    <w:uiPriority w:val="39"/>
    <w:semiHidden/>
    <w:unhideWhenUsed/>
    <w:qFormat/>
    <w:rsid w:val="00FC693F"/>
    <w:pPr>
      <w:outlineLvl w:val="9"/>
    </w:pPr>
    <w:rPr>
      <w:rFonts w:ascii="Noto Sans CJK JP" w:eastAsia="Noto Sans CJK JP" w:hAnsi="Noto Sans CJK JP"/>
    </w:rPr>
  </w:style>
  <w:style w:type="table" w:styleId="afe">
    <w:name w:val="Table Grid"/>
    <w:basedOn w:val="a3"/>
    <w:uiPriority w:val="59"/>
    <w:rsid w:val="00FC693F"/>
    <w:pPr>
      <w:spacing w:after="0" w:line="240" w:lineRule="auto"/>
    </w:pPr>
    <w:rPr>
      <w:rFonts w:ascii="Noto Sans CJK JP" w:eastAsia="Noto Sans CJK JP" w:hAnsi="Noto Sans CJK 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rFonts w:ascii="Noto Sans CJK JP" w:eastAsia="Noto Sans CJK JP" w:hAnsi="Noto Sans CJK JP"/>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rFonts w:ascii="Noto Sans CJK JP" w:eastAsia="Noto Sans CJK JP" w:hAnsi="Noto Sans CJK JP"/>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rFonts w:ascii="Noto Sans CJK JP" w:eastAsia="Noto Sans CJK JP" w:hAnsi="Noto Sans CJK JP"/>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rFonts w:ascii="Noto Sans CJK JP" w:eastAsia="Noto Sans CJK JP" w:hAnsi="Noto Sans CJK JP"/>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rFonts w:ascii="Noto Sans CJK JP" w:eastAsia="Noto Sans CJK JP" w:hAnsi="Noto Sans CJK JP"/>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rFonts w:ascii="Noto Sans CJK JP" w:eastAsia="Noto Sans CJK JP" w:hAnsi="Noto Sans CJK JP"/>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rFonts w:ascii="Noto Sans CJK JP" w:eastAsia="Noto Sans CJK JP" w:hAnsi="Noto Sans CJK JP"/>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rPr>
      <w:rFonts w:ascii="Noto Sans CJK JP" w:eastAsia="Noto Sans CJK JP" w:hAnsi="Noto Sans CJK 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rPr>
      <w:rFonts w:ascii="Noto Sans CJK JP" w:eastAsia="Noto Sans CJK JP" w:hAnsi="Noto Sans CJK 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rPr>
      <w:rFonts w:ascii="Noto Sans CJK JP" w:eastAsia="Noto Sans CJK JP" w:hAnsi="Noto Sans CJK 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rPr>
      <w:rFonts w:ascii="Noto Sans CJK JP" w:eastAsia="Noto Sans CJK JP" w:hAnsi="Noto Sans CJK 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rPr>
      <w:rFonts w:ascii="Noto Sans CJK JP" w:eastAsia="Noto Sans CJK JP" w:hAnsi="Noto Sans CJK 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rPr>
      <w:rFonts w:ascii="Noto Sans CJK JP" w:eastAsia="Noto Sans CJK JP" w:hAnsi="Noto Sans CJK 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rPr>
      <w:rFonts w:ascii="Noto Sans CJK JP" w:eastAsia="Noto Sans CJK JP" w:hAnsi="Noto Sans CJK 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rPr>
      <w:rFonts w:ascii="Noto Sans CJK JP" w:eastAsia="Noto Sans CJK JP" w:hAnsi="Noto Sans CJK 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rPr>
      <w:rFonts w:ascii="Noto Sans CJK JP" w:eastAsia="Noto Sans CJK JP" w:hAnsi="Noto Sans CJK 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rPr>
      <w:rFonts w:ascii="Noto Sans CJK JP" w:eastAsia="Noto Sans CJK JP" w:hAnsi="Noto Sans CJK 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rPr>
      <w:rFonts w:ascii="Noto Sans CJK JP" w:eastAsia="Noto Sans CJK JP" w:hAnsi="Noto Sans CJK 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rPr>
      <w:rFonts w:ascii="Noto Sans CJK JP" w:eastAsia="Noto Sans CJK JP" w:hAnsi="Noto Sans CJK 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rPr>
      <w:rFonts w:ascii="Noto Sans CJK JP" w:eastAsia="Noto Sans CJK JP" w:hAnsi="Noto Sans CJK 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rPr>
      <w:rFonts w:ascii="Noto Sans CJK JP" w:eastAsia="Noto Sans CJK JP" w:hAnsi="Noto Sans CJK 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rPr>
      <w:rFonts w:ascii="Noto Sans CJK JP" w:eastAsia="Noto Sans CJK JP" w:hAnsi="Noto Sans CJK 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rPr>
      <w:rFonts w:ascii="Noto Sans CJK JP" w:eastAsia="Noto Sans CJK JP" w:hAnsi="Noto Sans CJK 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rPr>
      <w:rFonts w:ascii="Noto Sans CJK JP" w:eastAsia="Noto Sans CJK JP" w:hAnsi="Noto Sans CJK JP"/>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rPr>
      <w:rFonts w:ascii="Noto Sans CJK JP" w:eastAsia="Noto Sans CJK JP" w:hAnsi="Noto Sans CJK JP"/>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rPr>
      <w:rFonts w:ascii="Noto Sans CJK JP" w:eastAsia="Noto Sans CJK JP" w:hAnsi="Noto Sans CJK JP"/>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rPr>
      <w:rFonts w:ascii="Noto Sans CJK JP" w:eastAsia="Noto Sans CJK JP" w:hAnsi="Noto Sans CJK 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rPr>
      <w:rFonts w:ascii="Noto Sans CJK JP" w:eastAsia="Noto Sans CJK JP" w:hAnsi="Noto Sans CJK JP"/>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rPr>
      <w:rFonts w:ascii="Noto Sans CJK JP" w:eastAsia="Noto Sans CJK JP" w:hAnsi="Noto Sans CJK 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rPr>
      <w:rFonts w:ascii="Noto Sans CJK JP" w:eastAsia="Noto Sans CJK JP" w:hAnsi="Noto Sans CJK 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rPr>
      <w:rFonts w:ascii="Noto Sans CJK JP" w:eastAsia="Noto Sans CJK JP" w:hAnsi="Noto Sans CJK 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rPr>
      <w:rFonts w:ascii="Noto Sans CJK JP" w:eastAsia="Noto Sans CJK JP" w:hAnsi="Noto Sans CJK 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rPr>
      <w:rFonts w:ascii="Noto Sans CJK JP" w:eastAsia="Noto Sans CJK JP" w:hAnsi="Noto Sans CJK 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rPr>
      <w:rFonts w:ascii="Noto Sans CJK JP" w:eastAsia="Noto Sans CJK JP" w:hAnsi="Noto Sans CJK 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rPr>
      <w:rFonts w:ascii="Noto Sans CJK JP" w:eastAsia="Noto Sans CJK JP" w:hAnsi="Noto Sans CJK 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rPr>
      <w:rFonts w:ascii="Noto Sans CJK JP" w:eastAsia="Noto Sans CJK JP" w:hAnsi="Noto Sans CJK 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rPr>
      <w:rFonts w:ascii="Noto Sans CJK JP" w:eastAsia="Noto Sans CJK JP" w:hAnsi="Noto Sans CJK 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rPr>
      <w:rFonts w:ascii="Noto Sans CJK JP" w:eastAsia="Noto Sans CJK JP" w:hAnsi="Noto Sans CJK JP"/>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rPr>
      <w:rFonts w:ascii="Noto Sans CJK JP" w:eastAsia="Noto Sans CJK JP" w:hAnsi="Noto Sans CJK JP"/>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rPr>
      <w:rFonts w:ascii="Noto Sans CJK JP" w:eastAsia="Noto Sans CJK JP" w:hAnsi="Noto Sans CJK JP"/>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rPr>
      <w:rFonts w:ascii="Noto Sans CJK JP" w:eastAsia="Noto Sans CJK JP" w:hAnsi="Noto Sans CJK 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rPr>
      <w:rFonts w:ascii="Noto Sans CJK JP" w:eastAsia="Noto Sans CJK JP" w:hAnsi="Noto Sans CJK JP"/>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rPr>
      <w:rFonts w:ascii="Noto Sans CJK JP" w:eastAsia="Noto Sans CJK JP" w:hAnsi="Noto Sans CJK 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rPr>
      <w:rFonts w:ascii="Noto Sans CJK JP" w:eastAsia="Noto Sans CJK JP" w:hAnsi="Noto Sans CJK 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rPr>
      <w:rFonts w:ascii="Noto Sans CJK JP" w:eastAsia="Noto Sans CJK JP" w:hAnsi="Noto Sans CJK 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rPr>
      <w:rFonts w:ascii="Noto Sans CJK JP" w:eastAsia="Noto Sans CJK JP" w:hAnsi="Noto Sans CJK 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rPr>
      <w:rFonts w:ascii="Noto Sans CJK JP" w:eastAsia="Noto Sans CJK JP" w:hAnsi="Noto Sans CJK 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rPr>
      <w:rFonts w:ascii="Noto Sans CJK JP" w:eastAsia="Noto Sans CJK JP" w:hAnsi="Noto Sans CJK 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rPr>
      <w:rFonts w:ascii="Noto Sans CJK JP" w:eastAsia="Noto Sans CJK JP" w:hAnsi="Noto Sans CJK 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rFonts w:ascii="Noto Sans CJK JP" w:eastAsia="Noto Sans CJK JP" w:hAnsi="Noto Sans CJK JP"/>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rFonts w:ascii="Noto Sans CJK JP" w:eastAsia="Noto Sans CJK JP" w:hAnsi="Noto Sans CJK JP"/>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rFonts w:ascii="Noto Sans CJK JP" w:eastAsia="Noto Sans CJK JP" w:hAnsi="Noto Sans CJK JP"/>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rFonts w:ascii="Noto Sans CJK JP" w:eastAsia="Noto Sans CJK JP" w:hAnsi="Noto Sans CJK JP"/>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rFonts w:ascii="Noto Sans CJK JP" w:eastAsia="Noto Sans CJK JP" w:hAnsi="Noto Sans CJK JP"/>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rFonts w:ascii="Noto Sans CJK JP" w:eastAsia="Noto Sans CJK JP" w:hAnsi="Noto Sans CJK JP"/>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rFonts w:ascii="Noto Sans CJK JP" w:eastAsia="Noto Sans CJK JP" w:hAnsi="Noto Sans CJK JP"/>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rFonts w:ascii="Noto Sans CJK JP" w:eastAsia="Noto Sans CJK JP" w:hAnsi="Noto Sans CJK JP"/>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rFonts w:ascii="Noto Sans CJK JP" w:eastAsia="Noto Sans CJK JP" w:hAnsi="Noto Sans CJK JP"/>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rFonts w:ascii="Noto Sans CJK JP" w:eastAsia="Noto Sans CJK JP" w:hAnsi="Noto Sans CJK JP"/>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rFonts w:ascii="Noto Sans CJK JP" w:eastAsia="Noto Sans CJK JP" w:hAnsi="Noto Sans CJK JP"/>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rFonts w:ascii="Noto Sans CJK JP" w:eastAsia="Noto Sans CJK JP" w:hAnsi="Noto Sans CJK JP"/>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rFonts w:ascii="Noto Sans CJK JP" w:eastAsia="Noto Sans CJK JP" w:hAnsi="Noto Sans CJK JP"/>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rFonts w:ascii="Noto Sans CJK JP" w:eastAsia="Noto Sans CJK JP" w:hAnsi="Noto Sans CJK JP"/>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rFonts w:ascii="Noto Sans CJK JP" w:eastAsia="Noto Sans CJK JP" w:hAnsi="Noto Sans CJK JP"/>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rFonts w:ascii="Noto Sans CJK JP" w:eastAsia="Noto Sans CJK JP" w:hAnsi="Noto Sans CJK JP"/>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rFonts w:ascii="Noto Sans CJK JP" w:eastAsia="Noto Sans CJK JP" w:hAnsi="Noto Sans CJK JP"/>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rFonts w:ascii="Noto Sans CJK JP" w:eastAsia="Noto Sans CJK JP" w:hAnsi="Noto Sans CJK JP"/>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rFonts w:ascii="Noto Sans CJK JP" w:eastAsia="Noto Sans CJK JP" w:hAnsi="Noto Sans CJK JP"/>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rFonts w:ascii="Noto Sans CJK JP" w:eastAsia="Noto Sans CJK JP" w:hAnsi="Noto Sans CJK JP"/>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rFonts w:ascii="Noto Sans CJK JP" w:eastAsia="Noto Sans CJK JP" w:hAnsi="Noto Sans CJK JP"/>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rFonts w:ascii="Noto Sans CJK JP" w:eastAsia="Noto Sans CJK JP" w:hAnsi="Noto Sans CJK JP"/>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前之園 公貴</cp:lastModifiedBy>
  <cp:revision>3</cp:revision>
  <dcterms:created xsi:type="dcterms:W3CDTF">2013-12-23T23:15:00Z</dcterms:created>
  <dcterms:modified xsi:type="dcterms:W3CDTF">2026-08-14T01:10:00Z</dcterms:modified>
  <cp:category/>
</cp:coreProperties>
</file>